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Наймдугаар Дугаар</w:t>
      </w:r>
    </w:p>
    <w:p>
      <w:pPr>
        <w:pStyle w:val="ArticleSubtitle"/>
        <w:jc w:val="left"/>
      </w:pPr>
      <w:r>
        <w:rPr>
          <w:rFonts w:ascii="Arial" w:hAnsi="Arial" w:eastAsia="Arial" w:cs="Arial"/>
        </w:rPr>
        <w:t>Үйл явц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Иудагийн хаан Иехоиакимын хаанчлалын гурав дахь жилд Вавилоны хаан Небухаднезар Иерусалимд ирж, түүнийг бүслэв. ЭЗЭН Иудагийн хаан Иехоиакимыг, мөн Бурханы өргөөний сав суулганы нэг хэсгийг түүний гарт өгсөн бөгөөд тэр тэдгээрийг Шинарын нутагт өөрийн бурхны өргөө уруу авч явж, сав суулгыг өөрийн бурхны эрдэнэсийн санд оруулав. Даниел 1:1, 2.</w:t>
      </w:r>
    </w:p>
    <w:p>
      <w:pPr>
        <w:pStyle w:val="ArticleBody"/>
        <w:jc w:val="left"/>
      </w:pPr>
      <w:r>
        <w:rPr>
          <w:rFonts w:ascii="Times New Roman" w:hAnsi="Times New Roman" w:eastAsia="Times New Roman" w:cs="Times New Roman"/>
        </w:rPr>
        <w:t>Даниел ба Илчлэлт номууд нь нэгэн адил ном бөгөөд Даниелын номд дүрслэгдсэн эш үзүүллэгийн мөнөөх шугамууд Илчлэлтийн номд дахин авч үзэгддэг. Есүс Христийн Илчлэлт нь нигүүлслийн хугацаа хаагдахын яг өмнө лац нь нээгддэг эцсийн эш үзүүллэгийн мэдээг илэрхийлдэг.</w:t>
      </w:r>
    </w:p>
    <w:p>
      <w:pPr>
        <w:pStyle w:val="ArticleBody"/>
        <w:jc w:val="left"/>
      </w:pPr>
      <w:r>
        <w:rPr>
          <w:rFonts w:ascii="Times New Roman" w:hAnsi="Times New Roman" w:eastAsia="Times New Roman" w:cs="Times New Roman"/>
        </w:rPr>
        <w:t>Илчлэлт номоос өнгөрсөн үед зөвөөр ойлгогдож байсан боловч заншил ба уламжлалаар лацлагдан хаагдсан үнэнүүд нь мөн л үнэн хэвээр бөгөөд өнөөдөр тэдгээр нь Иудагийн овгийн Арслангаар дахин лац тайлагдан, эдүгээ тэр үнэнүүд өөрсдийн төгс биеллийг илчилж байна.</w:t>
      </w:r>
    </w:p>
    <w:p>
      <w:pPr>
        <w:pStyle w:val="ArticleBody"/>
        <w:jc w:val="left"/>
      </w:pPr>
      <w:r>
        <w:rPr>
          <w:rFonts w:ascii="Times New Roman" w:hAnsi="Times New Roman" w:eastAsia="Times New Roman" w:cs="Times New Roman"/>
        </w:rPr>
        <w:t>Өнгөрсөн цагт Даниелын номоос зөвөөр ойлгогдож байсан боловч заншил ба уламжлалаар лацдан хаагдсан үнэнүүд нь мөн л үнэн хэвээр бөгөөд өнөөдөр тэдгээр нь Иуда овгийн Арслангаар дахин тайлагдан нээгдэж, эдүгээ тэр үнэнүүд өөрсдийн төгс биеллээ илчилж байна.</w:t>
      </w:r>
    </w:p>
    <w:p>
      <w:pPr>
        <w:pStyle w:val="ArticleBody"/>
        <w:jc w:val="left"/>
      </w:pPr>
      <w:r>
        <w:rPr>
          <w:rFonts w:ascii="Times New Roman" w:hAnsi="Times New Roman" w:eastAsia="Times New Roman" w:cs="Times New Roman"/>
        </w:rPr>
        <w:t>Даниел бол Есүс Христийн Илчлэлтийг төлөөлдөг хоёр номын ердөө эхнийх нь юм.</w:t>
      </w:r>
    </w:p>
    <w:p>
      <w:pPr>
        <w:pStyle w:val="ArticleBody"/>
        <w:jc w:val="left"/>
      </w:pPr>
      <w:r>
        <w:rPr>
          <w:rFonts w:ascii="Times New Roman" w:hAnsi="Times New Roman" w:eastAsia="Times New Roman" w:cs="Times New Roman"/>
        </w:rPr>
        <w:t>Иехоиаким бол шинэчлэлийн хөдөлгөөн дэх эхний мэдээ хүч чадалтай болохын бэлгэдэл мөн. Тэрээр мөн гэрээний бэлгэдэл юм, учир нь нэр өөрчлөгдөх нь эш үзүүллэгийн хувьд гэрээт харилцааны эхлэлийг илтгэнэ. Урьд нь Бурханы гэрээт ард түмэн байгаагүй хүмүүстэй Бурхан байгуулдаг тэрхүү гэрээт харилцаа нь эхний мэдээ хүч чадалтай болох үед эхэлдэг.</w:t>
      </w:r>
    </w:p>
    <w:p>
      <w:pPr>
        <w:pStyle w:val="ArticleScripture"/>
        <w:jc w:val="left"/>
      </w:pPr>
      <w:r>
        <w:rPr>
          <w:rFonts w:ascii="Times New Roman" w:hAnsi="Times New Roman" w:eastAsia="Times New Roman" w:cs="Times New Roman"/>
        </w:rPr>
        <w:t>Та нар урьд нь ард түмэн биш байсан боловч эдүгээ Бурханы ард түмэн болсон; урьд нь өршөөл хүртээгүй байсан боловч эдүгээ өршөөл хүртсэн билээ. 1 Петр 2:10.</w:t>
      </w:r>
    </w:p>
    <w:p>
      <w:pPr>
        <w:pStyle w:val="ArticleBody"/>
        <w:jc w:val="left"/>
      </w:pPr>
      <w:r>
        <w:rPr>
          <w:rFonts w:ascii="Times New Roman" w:hAnsi="Times New Roman" w:eastAsia="Times New Roman" w:cs="Times New Roman"/>
        </w:rPr>
        <w:t>Нэр солигдох нь гэрээний харилцааг бэлгэддэг билээ; үүнийг Абрамын нэр Абрахам болж, Сарайн нэр Сараа болж, Иаковын нэр Израиль болж, Саулын нэр Паул болсон явдлууд тогтоон харуулдаг. Энэ бэлгэдлийн өөр гэрчлэлүүд ч бий. Харин Даниелын нэг дүгээр бүлэгт Даниелын нэр Белтешаззар болж, Хананиагийн нэр Шадрах болж, Мишаелын нэр Мешах болж, Азариагийн нэр Абеднего болж өөрчлөгдсөн байдаг.</w:t>
      </w:r>
    </w:p>
    <w:p>
      <w:pPr>
        <w:pStyle w:val="ArticleBody"/>
        <w:jc w:val="left"/>
      </w:pPr>
      <w:r>
        <w:rPr>
          <w:rFonts w:ascii="Times New Roman" w:hAnsi="Times New Roman" w:eastAsia="Times New Roman" w:cs="Times New Roman"/>
        </w:rPr>
        <w:t>Эзэн нэгэн ард түмэнтэй гэрээний харилцаанд орох үедээ, үүний зэрэгцээ өмнөх гэрээт ард түмнийг өнгөрөн одож байдаг. Иехоиаким нь өнгөрөн одогдож буй гэрээт ард түмнийг төлөөлдөг бөгөөд Даниел, Хананиа, Мишаел, Азариа нар нь дараа нь сонгогдож буй гэрээт ард түмнийг төлөөлдөг. Хүмүүс гэрээний харилцаанд орох үедээ, тэд гэрээний нөхцлүүдийг сахин биелүүлэх эсэхээрээ дараа нь соригддог. Энэ сорилт нь идэх үйлдлээр төлөөлөгддөг.</w:t>
      </w:r>
    </w:p>
    <w:p>
      <w:pPr>
        <w:pStyle w:val="ArticleBody"/>
        <w:jc w:val="left"/>
      </w:pPr>
      <w:r>
        <w:rPr>
          <w:rFonts w:ascii="Times New Roman" w:hAnsi="Times New Roman" w:eastAsia="Times New Roman" w:cs="Times New Roman"/>
        </w:rPr>
        <w:t>Адам, Ева хоёр идэх үйлдлээр шалгалтад бүдэрсэн бөгөөд Бурхан анх сонгогдсон ард түмэнтэй гэрээ байгуулахдаа тэдэнтэй харилцах харилцаагаа маннагаар шалган эхэлсэн юм. Эртний Израиль эцэст нь тэр шалгалтад унасан боловч, тийнхүү унахдаа гэрээний шалгалт нь ганц удаагийн сорил бус, харин соригдлын үйл явц мөн гэдгийн анхны эшлэл, анхны гэрчлэлийг өгсөн юм. Арав дахь шалгалтын үед тэд дараагийн дөчин жилийн турш цөлд үхэхээр оноогдов. Үүний дараа Бурхан Иошуа, Калеб хоёртой гэрээ байгуулсан бөгөөд ингэснээр Эзэн сонгогдсон ард түмэнтэй гэрээ байгуулахдаа Тэрээр мөн өмнөх гэрээт ард түмнийг өнгөрөн одож байдаг гэдгийн гэрчлэлийг өгсөн юм. Эртний Израилийн төгсгөлд, тэр нь мөн сүнслэг Израилийн эхлэл байсан үед, эртний Израилийн хувьд сүүлчийн шалгалтын үйл явц нь сүнслэг Израилийн хувьд анхны шалгалтын үйл явц байсан бөгөөд энэ нь Тэнгэрийн Талхаар илэрхийлэгдсэн байв. Энэ нь анхны гэрээний шалгалтын үйл явц дахь маннагаар дүрслэгдсэн байсан юм.</w:t>
      </w:r>
    </w:p>
    <w:p>
      <w:pPr>
        <w:pStyle w:val="ArticleBody"/>
        <w:jc w:val="left"/>
      </w:pPr>
      <w:r>
        <w:rPr>
          <w:rFonts w:ascii="Times New Roman" w:hAnsi="Times New Roman" w:eastAsia="Times New Roman" w:cs="Times New Roman"/>
        </w:rPr>
        <w:t>Тэрхүү сорилтын үйл явцад, анхны бөгөөд эцсийн сорилтын үйл явц байсан тэр үед, Есүс Өөрийн гэрээний ард түмэн Түүний махыг идэж, Түүний цусыг уух ёстой хэмээн хэлэхдээ тэнгэрлэг Талхны сорилтыг тодорхойлон заасан юм. Тэр илэрхийллийн улмаас Тэр Өөрийн үйлчлэлийн бусад аль ч үеэс илүү олон шавиа алдсан. Түүний үйлчлэл дэх тэрхүү маргаан нь гэрээний сорилтын үйл явцыг дүрсэлсэн жишээний оргил цэг байсан бөгөөд Эллен Уайт энэ үйл явдлын талаар “The Desire of Ages” номдоо “The Crisis in Galilee” хэмээх бүлэгт дэлгэрэнгүй тайлбарласан байдаг. “Galilee” гэдэг нэр нь “нугас”, эсвэл “эргэлтийн цэг” гэсэн утгатай бөгөөд тэр бүлэгт тэрээр шавь нар яагаад Түүнээс эргэн холдсоныг тайлбарладаг. Тэд Түүний махыг идэж, Түүний цусыг уух шаардлагын тухай гэрчлэлийг зөв эш үзүүллэгийн аргачлалаар хэрэгжүүлэн ойлгохоос татгалзсан юм. Тэд эш үзүүллэгийн ухагдахуунуудын талаарх ёс заншил, уламжлалыг баримталж байсан бөгөөд Сатан тэдгээрийг эртний Израилийн Библийн ойлголтод шингээн суулгасан хэмээн тэрээр тэмдэглэсэн. Тэдгээр буруу ойлголтууд нь Түүний үгийг сүнслэгээр бус, харин шууд утгаар нь хэрэглэх шалтаг гэж тэдний бодсон зүйлийг тэдэнд өгсөн юм. Мөн Есүсээс “эргэн” холдсон хүмүүсийг (Galilee) Иоханы 6-р бүлэгт (Иохан 6:66) тодорхойлсон бөгөөд тэд үүнээс хойш Түүнтэй хамт хэзээ ч дахин яваагүй гэж тэрээр мөн онцолдог.</w:t>
      </w:r>
    </w:p>
    <w:p>
      <w:pPr>
        <w:pStyle w:val="ArticleBody"/>
        <w:jc w:val="left"/>
      </w:pPr>
      <w:r>
        <w:rPr>
          <w:rFonts w:ascii="Times New Roman" w:hAnsi="Times New Roman" w:eastAsia="Times New Roman" w:cs="Times New Roman"/>
        </w:rPr>
        <w:t>Эртний Израилийн хамгийн анхны болон хамгийн сүүлчийн гэрээний шалгалтын үйл явцын аль алинд нь, Бурхан сонгогдсон нэг ард түмэнтэй гэрээт харилцаанд орох үедээ Тэрээр үүнтэй зэрэгцэн өмнөх гэрээний ард түмнийг өнгөрөн одож байдгийг бид олж хардаг. Мөн Тэр тэдгээр хүмүүсийг ганцхан сорилоор бус, харин сорилтын нэгэн үйл явцаар шалгадаг болохыг бид хардаг. Түүнчлэн тэрхүү сорилтын үйл явц нь идэх ёстой ямар нэг зүйлээр дүрслэгдэн илэрхийлэгддэгийг бид хардаг. Мөн тэрхүү хоол нь Бурханы Үгийг төлөөлдөг бөгөөд сорилт нь идэх хоёр төрлийн хоолны хоорондын сонголтыг агуулдгийг бид олж хардаг. Бурхан идэж болно хэмээн айлдсан бүх модноос бид идэх үү, эсвэл идэхийг хориглосон тэр модноос идэх үү? Мөн юу идэх тухай сонголт нь санал болгогдсон хоолыг хэрхэн идэх тухай сорилтыг ч мөн агуулдгийг бид олж хардаг.</w:t>
      </w:r>
    </w:p>
    <w:p>
      <w:pPr>
        <w:pStyle w:val="ArticleBody"/>
        <w:jc w:val="left"/>
      </w:pPr>
      <w:r>
        <w:rPr>
          <w:rFonts w:ascii="Times New Roman" w:hAnsi="Times New Roman" w:eastAsia="Times New Roman" w:cs="Times New Roman"/>
        </w:rPr>
        <w:t>Сүнслэг Израилийн төгсгөлд, Миллерийн хөдөлгөөний үед, эхний мэдээ 1840 оны 8 дугаар сарын 11-нд хүч чадлаар дэмжигдсэн юм. Тэнд Иехоиаким нь тэр үед Вавилон уруу аваачигдан, түүний охид болох гэж буй протестантуудыг төлөөлдөг. Илчлэл арванын тэнгэрэлч бууж ирж, мутартаа нээгдсэн бяцхан ном барьсан үед тэд сорилттой тулгарсан. Иехоиаким Небухаднезарын шаардлагын эсрэг тэрсэлж, улмаар олзлогдон хөтлөгдсөнтэй адил, протестантууд Харанхуйн эрин үеэс өөрсөдтэйгөө авч гарсан уламжлал, заншилдаа тулгуурлан, тэнгэрэлчийн мутарт байсан хоолноос идэхээс татгалзсан юм.</w:t>
      </w:r>
    </w:p>
    <w:p>
      <w:pPr>
        <w:pStyle w:val="ArticleBody"/>
        <w:jc w:val="left"/>
      </w:pPr>
      <w:r>
        <w:rPr>
          <w:rFonts w:ascii="Times New Roman" w:hAnsi="Times New Roman" w:eastAsia="Times New Roman" w:cs="Times New Roman"/>
        </w:rPr>
        <w:t>1844 оны хавар гэхэд Иехоиаким болон Протестантуудын хувьд шалгалтын үйл явц нэгэн “эргэлтийн цэг”-т хүрсэн бөгөөд сүнслэг Израилийн эхний шалгалтын үйл явцын нэгэн адил тэд “эргэж,” Есүстэй хамт цааш явахаа больсон юм. Тэрхүү түүхэнд Даниел, Хананиа, Мишаел, Азариа нар амандаа чихэрлэг боловч гэдсэндээ гашуун болсон жижиг номыг идэхээр сонгосон Миллерчүүдийг төлөөлдөг.</w:t>
      </w:r>
    </w:p>
    <w:p>
      <w:pPr>
        <w:pStyle w:val="ArticleBody"/>
        <w:jc w:val="left"/>
      </w:pPr>
      <w:r>
        <w:rPr>
          <w:rFonts w:ascii="Times New Roman" w:hAnsi="Times New Roman" w:eastAsia="Times New Roman" w:cs="Times New Roman"/>
        </w:rPr>
        <w:t>Адам, Ева хоёрыг оруулан тооцвол, сорилт нь идэх үйлдлээр төлөөлөгддөгийг гэрчлэх сонгодог дөрвөн гэрч бидэнд байна. Бидэнд хэд хэдэн эш үзүүллэгийн гэрч байдаг бөгөөд тэдгээр нь бүгд эхний ба эцсийнхний тамгыг агуулдаг. Маннагийн сорилтын гэрч нь эхний гэрч мөн бөгөөд Тэнгэрийн Талхны сорилт нь сүнслэг Израилийн хувьд анхны сорилт байх зуур, мөн эртний Израилийн хувьд эцсийн гэрч болдог. Бяцхан номын сорилт нь нэгэн зэрэг эхний бөгөөд эцсийнх мөн. Энэ нь цөл дэх чуулган болох сүнслэг Израилийн тэнүүлч байдлын төгсгөл бөгөөд Бурханы эцсийн нэрлэгдсэн ард түмэн байхаар сонгогдсон хүмүүсийн эхлэл мөн. Миллерчүүд нь Бурханы нэрлэгдсэн ард түмний эхлэл байсан бөгөөд тэд Протестантизмын жинхэнэ эвэр хэмээн тодорхойлогдох ёстой байв. Эхний мэдээ хүчинжих үед эхэлдэг сорилтын үйл явцыг гэрчлэх хэд хэдэн гэрч байдаг.</w:t>
      </w:r>
    </w:p>
    <w:p>
      <w:pPr>
        <w:pStyle w:val="ArticleBody"/>
        <w:jc w:val="left"/>
      </w:pPr>
      <w:r>
        <w:rPr>
          <w:rFonts w:ascii="Times New Roman" w:hAnsi="Times New Roman" w:eastAsia="Times New Roman" w:cs="Times New Roman"/>
        </w:rPr>
        <w:t>Тэрхүү сорилтын үйл явцуудад бараг бүх шавь нар нүүр буруулан оддог нэгэн “эргэх цэг” хүрч ирдэг. Иошуа, Калеб хоёрын гэрчлэлийн үед бүх Израиль нүүр буруулж, Египет рүү буцан очихыг эрмэлзсэн. Галил дахь чуулганд шавь нарын олонх нь нүүр буруулан одсон. Есүс Альфа ба Омега мөн тул сорилтын үйл явцын төгсгөлд дүрслэгддэг тэрхүү “эргэх цэг” нь сорилтын үйл явцын эхэнд ч мөн дүрслэгдсэн байдаг. Эртний Израильд манна анх өгөгдөх үед заавраас даруйхан нүүр буруулсан хүмүүс байсан. Христ баптисм хүртэх үедээ Тэрээр нүүр буруулан цөл рүү явсан. Эгч Уайт “эргэх цэг” хэмээх бэлгэдлийг ихээхэн мэдээлэл өгөмөөр байдлаар хэрэглэдэг.</w:t>
      </w:r>
    </w:p>
    <w:p>
      <w:pPr>
        <w:pStyle w:val="ArticleScripture"/>
        <w:jc w:val="left"/>
      </w:pPr>
      <w:r>
        <w:rPr>
          <w:rFonts w:ascii="Times New Roman" w:hAnsi="Times New Roman" w:eastAsia="Times New Roman" w:cs="Times New Roman"/>
        </w:rPr>
        <w:t>“Үндэстнүүдийн болон чуулганы түүхэнд эргэлтийн цэг болдог үеүүд байдаг. Ийм янз бүрийн хямралт мөчүүд ирэхэд, Бурханы мутрын удирдлага дор тухайн цаг үеийн гэрэл өгөгддөг. Хэрэв түүнийг хүлээн авбал, сүнслэг дэвшил гардаг; харин түүнийг няцаавал, сүнслэг доройтол ба сүйрэл дагалддаг. Эзэн Өөрийн үгээр, сайн мэдээний урагшлан довтлох ажлыг өнгөрсөнд хэрхэн явуулж ирснийг, мөн ирээдүйд, Сатаны хүчинүүд эцсийн гайхамшигт хөдөлгөөнөө хийх хаалтын тэмцэл хүртэл хэрхэн явагдахыг нээн харуулсан. Тэр үгээс бид, сайн ба муугийн хоорондох—харанхуйн ноён Сатан болон амийн Хунтайж Христийн хоорондох—эцсийн агуу тэмцлийг эхлүүлэх хүчнүүд эдүгээ ажиллаж байгааг ойлгодог. Харин Бурханыг хайрлаж, Түүнээс эмээдэг хүмүүст ирэх ялалт нь Түүний сэнтий тэнгэрт бат тогтсон байдагтай адил гарцаагүй юм.” Bible Echo, 1895 оны 8 дугаар сарын 26.</w:t>
      </w:r>
    </w:p>
    <w:p>
      <w:pPr>
        <w:pStyle w:val="ArticleBody"/>
        <w:jc w:val="left"/>
      </w:pPr>
      <w:r>
        <w:rPr>
          <w:rFonts w:ascii="Times New Roman" w:hAnsi="Times New Roman" w:eastAsia="Times New Roman" w:cs="Times New Roman"/>
        </w:rPr>
        <w:t>Манна эртний Израильд анх өгөгдөхөд, тэрхүү түүхийн гэрэл өгөгдсөн юм. Христийн баптисмын үед тэрхүү түүхийн гэрэл өгөгдсөн юм. 1840 оны 8 дугаар сарын 11-нд тэрхүү түүхийн гэрэл өгөгдсөн юм. Эдгээр эргэлтийн мөч бүр нь сорилтын үйл явцын эхлэлийг тэмдэглэдэг бөгөөд тэр нь эцэстээ өөр нэгэн эргэлтийн мөчөөр төгсөнө. Тэр үед өмнөх гэрээний ард түмэн нүүр буруулж, Христтэй хамт цааш явахаа болино.</w:t>
      </w:r>
    </w:p>
    <w:p>
      <w:pPr>
        <w:pStyle w:val="ArticleBody"/>
        <w:jc w:val="left"/>
      </w:pPr>
      <w:r>
        <w:rPr>
          <w:rFonts w:ascii="Times New Roman" w:hAnsi="Times New Roman" w:eastAsia="Times New Roman" w:cs="Times New Roman"/>
        </w:rPr>
        <w:t>Эдгээр янз бүрийн шалгалтын үйл явцууд нь хуучин гэрээний ард түмний хувьд ч, мөн шинэ гэрээний ард түмний хувьд ч шалгалтын үйл явцыг төлөөлдөг тул шалгалтын үйл явцын хоёр төгсгөл байдаг. Иймээс шалгалтын үйл явцын төгсгөл, улмаар Миллеритийн түүхэн дэх Протестантуудын хувьд эцсийн эргэлтийн цэг нь 1844 оны хавар байв. Харин шалгалтын үйл явцын төгсгөл (1844 оны намар), өөрөөр хэлбэл Миллеритүүдийн өөрсдийнх нь хувьд эргэлтийн цэг нь Бурханы хуучин ард түмний эргэлтийн цэгийн дараа тохиосон юм.</w:t>
      </w:r>
    </w:p>
    <w:p>
      <w:pPr>
        <w:pStyle w:val="ArticleBody"/>
        <w:jc w:val="left"/>
      </w:pPr>
      <w:r>
        <w:rPr>
          <w:rFonts w:ascii="Times New Roman" w:hAnsi="Times New Roman" w:eastAsia="Times New Roman" w:cs="Times New Roman"/>
        </w:rPr>
        <w:t>Христийн түүхэнд шалгалтын үйл явц нь Түүний сүмийг хоёр удаа цэвэрлэснээр илэрхийлэгддэг бөгөөд нэг нь Түүний үйлчлэлийн эхэнд, нөгөө нь Түүний үйлчлэлийн төгсгөлд болсон юм.</w:t>
      </w:r>
    </w:p>
    <w:p>
      <w:pPr>
        <w:pStyle w:val="ArticleScripture"/>
        <w:jc w:val="left"/>
      </w:pPr>
      <w:r>
        <w:rPr>
          <w:rFonts w:ascii="Times New Roman" w:hAnsi="Times New Roman" w:eastAsia="Times New Roman" w:cs="Times New Roman"/>
        </w:rPr>
        <w:t>“Есүс Өөрийн олон нийтийн үйлчлэлийг эхлэхдээ Сүмийг түүний ариун бус доромжлолт бузарлалаас цэвэрлэсэн. Түүний үйлчлэлийн төгсгөлийн үеийн сүүлчийн үйлдлүүдийн нэг нь Сүмийг хоёр дахь удаа цэвэрлэсэн явдал байв. Үүнтэй адил, дэлхий дахинд өгөгдөх сэрэмжлүүлгийн эцсийн ажилд сүмүүдэд хандсан хоёр тусдаа дуудлага өгөгддөг. Хоёр дахь тэнгэрэлчийн мэдээ нь: ‘Агуу хот Вавилон унасан, унасан; учир нь тэр өөрийн завхайрлын хилэнгийн дарсаар бүх үндэстнүүдийг уулгасан’ (Илчлэл 14:8) гэдэг. Харин гурав дахь тэнгэрэлчийн мэдээний хүчтэй хашхираанд тэнгэрээс нэгэн дуу сонсогдон: ‘Миний ард түмэн, түүний нүглүүдэд хамсаатан болохгүйн тулд, мөн түүний гай гамшгуудаас хүртэхгүйн тулд түүнээс гарцгаа. Учир нь түүний нүглүүд тэнгэрт тулан хүрсэн бөгөөд Бурхан түүний гэм бурууг санасан’ (Илчлэл 18:4, 5) хэмээн өгүүлдэг.” Сонгомол Мэдээнүүд, 2-р боть, 118.</w:t>
      </w:r>
    </w:p>
    <w:p>
      <w:pPr>
        <w:pStyle w:val="ArticleBody"/>
        <w:jc w:val="left"/>
      </w:pPr>
      <w:r>
        <w:rPr>
          <w:rFonts w:ascii="Times New Roman" w:hAnsi="Times New Roman" w:eastAsia="Times New Roman" w:cs="Times New Roman"/>
        </w:rPr>
        <w:t>Христийн сүмийг хоёр удаа цэвэрлэсэн шалгалтын үйл явц нь Эш Үзүүллийн бичвэрүүдэд, Малахийн гуравдугаар бүлэгтэй нийцэж байдаг.</w:t>
      </w:r>
    </w:p>
    <w:p>
      <w:pPr>
        <w:pStyle w:val="ArticleScripture"/>
        <w:jc w:val="left"/>
      </w:pPr>
      <w:r>
        <w:rPr>
          <w:rFonts w:ascii="Times New Roman" w:hAnsi="Times New Roman" w:eastAsia="Times New Roman" w:cs="Times New Roman"/>
        </w:rPr>
        <w:t>“Есүс дэлхийн худалдан авагчид ба худалдагчдаас сүмийг цэвэрлэхдээ нүглийн бузраар бузарлагдсан зүрх сэтгэлийг,—сүнсийг завхруулдаг газрын хүсэл тачаал, аминч шунахай хүсэл, бузар муу зуршлаас,—цэвэрлэх Өөрийн эрхэм зорилгыг тунхагласан юм. Малахиа 3:1–3-ыг иш татсан.” Үе үеийн Хүсэл, 161.</w:t>
      </w:r>
    </w:p>
    <w:p>
      <w:pPr>
        <w:pStyle w:val="ArticleBody"/>
        <w:jc w:val="left"/>
      </w:pPr>
      <w:r>
        <w:rPr>
          <w:rFonts w:ascii="Times New Roman" w:hAnsi="Times New Roman" w:eastAsia="Times New Roman" w:cs="Times New Roman"/>
        </w:rPr>
        <w:t>Бурханы ард түмний цэвэршүүлэлт нь эш үзүүллэгийн хэд хэдэн шугамтай дахин дахин адилтган тодорхойлогддог шалгалтын үйл явцыг илэрхийлдэг. Адам, Ева хоёроос эхлэн Миллеритийн түүх хүртэлх бүх эшлэл нь нэг зуун дөчин дөрвөн мянган хүний цэвэршүүлэлтийг төлөөлдөг.</w:t>
      </w:r>
    </w:p>
    <w:p>
      <w:pPr>
        <w:pStyle w:val="ArticleScripture"/>
        <w:jc w:val="left"/>
      </w:pPr>
      <w:r>
        <w:rPr>
          <w:rFonts w:ascii="Times New Roman" w:hAnsi="Times New Roman" w:eastAsia="Times New Roman" w:cs="Times New Roman"/>
        </w:rPr>
        <w:t>“Энэ дэлхийн түүхийн эцсийн өдрүүдэд, Бурханы тушаалуудыг сахигч Өөрийн ард түмэнтэй байгуулсан Бурханы гэрээ шинэчлэгдэх ёстой.” Review and Herald, 1914 оны 2 дугаар сарын 26.</w:t>
      </w:r>
    </w:p>
    <w:p>
      <w:pPr>
        <w:pStyle w:val="ArticleBody"/>
        <w:jc w:val="left"/>
      </w:pPr>
      <w:r>
        <w:rPr>
          <w:rFonts w:ascii="Times New Roman" w:hAnsi="Times New Roman" w:eastAsia="Times New Roman" w:cs="Times New Roman"/>
        </w:rPr>
        <w:t>Нэг зуун дөчин дөрвөн мянгын ариусгалын үйл явц нь Даниелын ном дахь анхны эшлэл бөгөөд Даниелын ном нь хамтдаа хүний сорилтын хугацаа хаагдахын яг өмнө лац нь тайлагддаг Есүс Христийн Илчлэлийг төлөөлдөг хоёр номын эхнийх нь юм. Нэг зуун дөчин дөрвөн мянгын ариусгалын үйл явц нь мөн лацдах үйл явц болгон дүрслэгддэг. Нэг зуун дөчин дөрвөн мянгын ариусгал, лацдалтын үйл явцын анхны мэдээ 2001 оны 9 дүгээр сарын 11-нд эхлэхэд, энэ нь сүмийн хувьд ч, дэлхийн хувьд ч эргэлтийн цэг болсон юм. Илчлэл номын арван наймдугаар бүлэгт, өөрийн сүр жавхаагаар ертөнцийг гэрэлтүүлэгч тэнгэрэлч тэр үед ирсэн. Гэвч Илчлэл 18-д, тэр тэнгэрэлчийг гартаа идэх юмтай хэмээн дүрслээгүй боловч тэр нь тэнд бий. Бяцхан ном тэнд бий. Эш үзүүлэгч Исаиагийн “мөрийн дээр мөр” хэмээн төлөөлүүлсэн аргачлалыг идэхийг сонгогсод үүнийг амархан таньж чадна.</w:t>
      </w:r>
    </w:p>
    <w:p>
      <w:pPr>
        <w:pStyle w:val="ArticleBody"/>
        <w:jc w:val="left"/>
      </w:pPr>
      <w:r>
        <w:rPr>
          <w:rFonts w:ascii="Times New Roman" w:hAnsi="Times New Roman" w:eastAsia="Times New Roman" w:cs="Times New Roman"/>
        </w:rPr>
        <w:t>“Мөр мөрийн дээр” тавьсны дагуу бидний ойлгож буйгаар, Христ 2001 оны 9 дүгээр сарын 11-нд бууж ирэхдээ мөн “тэнгэрийн талх” болох “манна” хэмээн, түүнчлэн “бяцхан ном” хэмээн төлөөлөгдөн ирсэн нэгэн “бяцхан ном”-той байсан. Харин 2001 оны 9 дүгээр сарын 11-нд, Иехоиакимаар төлөөлөгдсөн урьдны сонгогдсон ард түмэн Адвентизмийн заншил ба уламжлалыг баримтлан үлдэхийг сонгосон бөгөөд улмаар Ням гаргийн хуулиар бүрэн гүйцэх Вавилоны олзлол руу хийх өөрсдийнх нь аян эхэлсэн юм.</w:t>
      </w:r>
    </w:p>
    <w:p>
      <w:pPr>
        <w:pStyle w:val="ArticleScripture"/>
        <w:jc w:val="left"/>
      </w:pPr>
      <w:r>
        <w:rPr>
          <w:rFonts w:ascii="Times New Roman" w:hAnsi="Times New Roman" w:eastAsia="Times New Roman" w:cs="Times New Roman"/>
        </w:rPr>
        <w:t>“Би Нью-Йорк асар их түрлэгийн давалгаанд автагдан арчигдана гэж тунхагласан гэсэн үг одоо гарч байна уу? Үүнийг би хэзээ ч хэлж байгаагүй. Харин тэнд асар өндөр барилгууд давхар дээр давхар нэмэгдэн сүндэрлэж байгааг харахдаа би, ‘Эзэн газар дэлхийг хүчтэйгээр донсолгохоор босох үед ямар аймшигт үзэгдлүүд тохиох бол оо! Тэгвэл Илчлэлт 18:1–3-ын үгс биелэх болно’ гэж хэлсэн. Илчлэлтийн арван наймдугаар бүлэг бүхэлдээ дэлхий дээр ирэх зүйлийн талаар өгөгдөж буй сэрэмжлүүлэг мөн. Гэвч Нью-Йоркт онцгойлон юу тохиох талаар надад өгөгдсөн тодорхой гэрэл байхгүй, зөвхөн Бурханы хүчний эргэлт, хөмрөлтийн дор тэндэх агуу барилгууд нэгэн өдөр нураан хаягдана гэдгийг л би мэднэ. Надад өгөгдсөн гэрлээс би сүйрэл дэлхийд буйг мэднэ. Эзэнээс ирэх ганц үг, Түүний сүр хүчний ганцхан хүрэлт л байхад эдгээр аварга байгууламжууд нуран унах болно. Бидний төсөөлж ч үл чадах тийм аймшигт үзэгдлүүд тохиох болно.” Review and Herald, 1906 оны 7 дугаар сарын 5.</w:t>
      </w:r>
    </w:p>
    <w:p>
      <w:pPr>
        <w:pStyle w:val="ArticleBody"/>
        <w:jc w:val="left"/>
      </w:pPr>
      <w:r>
        <w:rPr>
          <w:rFonts w:ascii="Times New Roman" w:hAnsi="Times New Roman" w:eastAsia="Times New Roman" w:cs="Times New Roman"/>
        </w:rPr>
        <w:t>2001 оны есдүгээр сарын 11-нд “Нью-Йорк”-ийн “аугаа барилгууд” “Бурханы хүчний эргүүлэн, дахин дахин нураах үйлдлээр” “доош хаягдах” үед Илчлэлт арван наймын тэнгэрэлчийн гэрэл бүх дэлхийг дүүргэсэн; учир нь Илчлэлт арван гурав дахь газрын араатны түүхэнд нэгэн эргэлтийн мөч ирээд байсан юм.</w:t>
      </w:r>
    </w:p>
    <w:p>
      <w:pPr>
        <w:pStyle w:val="ArticleScripture"/>
        <w:jc w:val="left"/>
      </w:pPr>
      <w:r>
        <w:rPr>
          <w:rFonts w:ascii="Times New Roman" w:hAnsi="Times New Roman" w:eastAsia="Times New Roman" w:cs="Times New Roman"/>
        </w:rPr>
        <w:t>“Үндэстнүүдийн болон сүмийн түүхэнд эргэлтийн цэг болдог үе мөчлөгүүд байдаг. Бурханы удирдлагын дагуу эдгээр янз бүрийн хямралт мөчүүд ирэхэд тухайн цаг үеийн гэрэл өгөгддөг. Хэрэв түүнийг хүлээн авбал сүнслэг ахиц дэвшил бий болдог; харин түүнийг няцаавал сүнслэг уруудал болон сүйрэл дагалддаг.” Bible Echo, August 26, 1895.</w:t>
      </w:r>
    </w:p>
    <w:p>
      <w:pPr>
        <w:pStyle w:val="ArticleBody"/>
        <w:jc w:val="left"/>
      </w:pPr>
      <w:r>
        <w:rPr>
          <w:rFonts w:ascii="Times New Roman" w:hAnsi="Times New Roman" w:eastAsia="Times New Roman" w:cs="Times New Roman"/>
        </w:rPr>
        <w:t>Илчлэлт арван наймын тэнгэрэлчийн гэрэл 2001 оны 9 дүгээр сарын 11-нд ирэхэд, тэр гэрлийг хүлээн авсан хүмүүс сүнслэгээр ахиц дэвшилд хүрсэн бөгөөд тэр гэрлийг няцаасан хүмүүс сүнслэгээр доройтож, гурав дахь тэнгэрэлчийн элч нар хэмээх өөрсдийн гэрчлэлийг үүрд сүйрүүлэн баллах Ням гаргийн хуулийн эцсийн эргэлтийн цэг хүртэл үргэлжлэх өөрсдийн тэрслүү аяллыг эхлүүлсэн. Иохан 6:66-д Христээс буцаж, цаашид Түүнтэй хамт явахаа больсон Галилын хүмүүс, Түүний баптисм дээр анх ирсэн гэрлээс нүүр буруулж байсан бөгөөд тэрхүү сорилтын түүхийн анхны мэдээ тэнд хүч чадлаар баталгаажсан юм. Даниелын нэгдүгээр бүлэгт, анхны мэдээ хүчжих үеийн түүхэнд мөргөгчдийн хоёр ангийг дүрслэн үзүүлдэг. Иехоиаким итгэлээ сүйрүүлэн баллагчдыг төлөөлдөг бөгөөд Даниел, Хананиа, Мишаел, Азариа нар үнэнч хүмүүсийг төлөөлдөг.</w:t>
      </w:r>
    </w:p>
    <w:p>
      <w:pPr>
        <w:pStyle w:val="ArticleScripture"/>
        <w:jc w:val="left"/>
      </w:pPr>
      <w:r>
        <w:rPr>
          <w:rFonts w:ascii="Times New Roman" w:hAnsi="Times New Roman" w:eastAsia="Times New Roman" w:cs="Times New Roman"/>
        </w:rPr>
        <w:t>Иудагийн хаан Иехоиакимын хаанчлалын гурав дахь жилд Вавилоны хаан Небухаднезар Иерусалимд ирж, түүнийг бүслэв. Эзэн Иудагийн хаан Иехоиакимыг, мөн Бурханы өргөөний сав суулганы нэг хэсгийг түүний гарт өгсөн бөгөөд тэр тэдгээрийг Шинарын нутагт өөрийн бурхныхаа өргөөнд авчирч, сав суулгыг бурхныхаа эрдэнэсийн санд оруулав. Хаан тайган нарынхаа тэргүүн Ашпеназад Израилийн хөвгүүдээс, хааны үр удмаас, ноёд язгууртнуудаас заримыг авчруулахыг тушаав. Тэд бол өө сэвгүй, үзэмж сайтай, аливаа мэргэн ухаанд чадварлаг, мэдлэгт боловсорсон, ухаан ойлголттой, хааны ордонд зогсон үйлчлэх чадалтай, мөн тэдэнд халдейчуудын бичиг ном ба хэлийг зааж сургаж болохуйц хөвгүүд байв. Хаан тэдэнд хааны зоогноос болон өөрийн уудаг дарснаас өдөр бүрийн хувь тогтоон өгч, тэднийг гурван жилийн турш тэжээн өсгөхөөр тогтоосон бөгөөд үүний эцэст тэд хааны өмнө зогсох ёстой байв. Эдгээрийн дотор Иудагийн хөвгүүдээс Даниел, Хананиа, Мишаел, Азариа нар байлаа. Тайган нарын тэргүүн тэдэнд нэр өгсөн нь: Даниелд Белтешазар, Хананиад Шадрах, Мишаелд Мешах, Азариад Абеднего хэмээх нэр өгчээ. Харин Даниел хааны зоогийн хувь болон түүний уудаг дарсаар өөрийгөө бузарлахгүй гэж зүрхэндээ шийдсэн тул өөрийгөө бузарлуулахгүй байхыг тайган нарын тэргүүнээс хүсэв. Даниел 1:1–8.</w:t>
      </w:r>
    </w:p>
    <w:p>
      <w:pPr>
        <w:pStyle w:val="ArticleBody"/>
        <w:jc w:val="left"/>
      </w:pPr>
      <w:r>
        <w:rPr>
          <w:rFonts w:ascii="Times New Roman" w:hAnsi="Times New Roman" w:eastAsia="Times New Roman" w:cs="Times New Roman"/>
        </w:rPr>
        <w:t>Даниел, Хананиа, Мишаел, Азариа нар Иудагийн хөвгүүд байв. Тэднийг тайган болгосон нь Адвентизмын эцсийн үеийнхнийг төлөөлж байна. Небухаднезар эртний олон хаадын адил, хааны эхнэрүүд болон татвар эмстэй харилцах үедээ боолын хувиар үйлчлэхэд нь өөрт нь төрж болох аливаа болгоомжлолыг арилгахын тулд Иудагийн тэр дөрвөн залууг хөнгөлсөн билээ.</w:t>
      </w:r>
    </w:p>
    <w:p>
      <w:pPr>
        <w:pStyle w:val="ArticleBody"/>
        <w:jc w:val="left"/>
      </w:pPr>
      <w:r>
        <w:rPr>
          <w:rFonts w:ascii="Times New Roman" w:hAnsi="Times New Roman" w:eastAsia="Times New Roman" w:cs="Times New Roman"/>
        </w:rPr>
        <w:t>Бэлгэдлийн утгаараа энэ нь Адвентизмын эцсийн үеийнхнийг илэрхийлдэг. Учир нь эдгээр дөрвийн дараа Иудагийн өөр ямар ч шугам дахин байхгүй. Дөрөв нь дэлхий дахины бэлгэдэл тул, энэ нь 2001 оны 9 дүгээр сарын 11-нийг Бурханы эш үзүүллэгийн Үгийн биелэлт хэмээн хүлээн зөвшөөрдөг дэлхий даяарх Долоо дахь өдрийн Адвентистуудын эцсийн үеийнхнийг төлөөлдөг.</w:t>
      </w:r>
    </w:p>
    <w:p>
      <w:pPr>
        <w:pStyle w:val="ArticleBody"/>
        <w:jc w:val="left"/>
      </w:pPr>
      <w:r>
        <w:rPr>
          <w:rFonts w:ascii="Times New Roman" w:hAnsi="Times New Roman" w:eastAsia="Times New Roman" w:cs="Times New Roman"/>
        </w:rPr>
        <w:t>Тэдгээр Долоо дахь өдрийн Адвентистууд нь Бурханы эш үзүүллийн Үгийн сэдэв мөн; учир нь тэд бол нэг зуун дөчин дөрвөн мянга болохоор дуудагдсан хүмүүс юм. Гэвч тэдний эш үзүүллэгийн өв нь 1863 онд эцгүүдийнх нь бослогоос эхэлсэн билээ. Тэрхүү анхны бослогыг таньж мэдэх нь бараг боломжгүй, учир нь өсөн нэмэгдсэн бослогын дөрвөн үеийн уламжлал, заншлуудаар халхлагдсан байдаг. Хэдийгээр таньж мэдэхэд бэрх боловч, Даниел эцэст нь Даниелын номын есдүгээр бүлэгт үйлддэгийн адил, үүнийг харж, хүлээн зөвшөөрөх ёстой. Тэрээр Бурханы эш үзүүллийн Үгэнд оршдог үнэнийг таньж мэдсэнээр тийнхүү үйлдсэн юм.</w:t>
      </w:r>
    </w:p>
    <w:p>
      <w:pPr>
        <w:pStyle w:val="ArticleBody"/>
        <w:jc w:val="left"/>
      </w:pPr>
      <w:r>
        <w:rPr>
          <w:rFonts w:ascii="Times New Roman" w:hAnsi="Times New Roman" w:eastAsia="Times New Roman" w:cs="Times New Roman"/>
        </w:rPr>
        <w:t>Даниел болон гурван үнэнч хүний шууд удамшсан тэрсэлдэл нь тэдний эцэг өвгөдийн өөрсдийг нь хүрээлэн байсан харь үндэстний нөлөөнөөс тусгаар хэвээр үлдэхээс татгалзсан явдал байв. 1863 онд Лаодикейн Адвентизм, Левит хорин зургаадугаар бүлгийн “долоон цаг”-ийг Миллер тодорхойлсныг няцааснаа бататгахын тулд, тэрсэлсэн Протестантизм ба Католицизмын библийн аргачлалд эргэн орсон. Даниел болон гурван үнэнч хүний хувьд тэрхүү тэрсэлдлийг хаан Хезекиа төлөөлөн харуулсан юм.</w:t>
      </w:r>
    </w:p>
    <w:p>
      <w:pPr>
        <w:pStyle w:val="ArticleBody"/>
        <w:jc w:val="left"/>
      </w:pPr>
      <w:r>
        <w:rPr>
          <w:rFonts w:ascii="Times New Roman" w:hAnsi="Times New Roman" w:eastAsia="Times New Roman" w:cs="Times New Roman"/>
        </w:rPr>
        <w:t>Хезекиа хаан үхэхгүй байхыг ЭЗЭНээс гуйхад, ЭЗЭН түүнд дахин арван таван жил өгснөөр түүний залбирал хариулагдсан билээ. Ингэснээр тэр Иудагийн хамгийн ёс бус хаадын нэг болох Манассег төрүүлсэн бөгөөд мөн Иудаг аажмаар долоон үе шаттайгаар эзлэн авч боолчлох явдлын эхлэлийг тэмдэглэдэг хаан ч болсон юм. 1856 онд Үнэн Гэрч Лаодикийн Адвентизмын үүдийг тогшихоор ирсэн боловч тэд өөрсдөөсөө үхэл хүлээн авахын оронд амьдрахыг сонгосон. 1863 он гэхэд тэд “Иерихо”-г дахин босгож, эцэстээ 2001 оны 9 дүгээр сарын 11-нийг Ням гаргийн хуулиар төгсөх сүнслэг Вавилоны боолчлол руу чиглэсэн өөрсдийн гурван үе шаттай аяллын эхлэл хэмээн танин мэдэхэд нь саад болсон өсөн нэмэгдэх тэрслүү бослогыг эхлүүлсэн юм.</w:t>
      </w:r>
    </w:p>
    <w:p>
      <w:pPr>
        <w:pStyle w:val="ArticleBody"/>
        <w:jc w:val="left"/>
      </w:pPr>
      <w:r>
        <w:rPr>
          <w:rFonts w:ascii="Times New Roman" w:hAnsi="Times New Roman" w:eastAsia="Times New Roman" w:cs="Times New Roman"/>
        </w:rPr>
        <w:t>Хезекиа хаанд амьд үлдэх тухай түүний залбирал сонсогдон биелэгдэх үед 1863 он ирсэн юм. Эзэн түүний залбирал хүлээн зөвшөөрөгдсөний тэмдгийг өгсөн. Бурхан нарыг хөдөлгөн тэрхүү залбирлыг батлан нотолсон бөгөөд вавилончууд тэнгэрт илэрсэн Бурханы үйлдлийг харсан боловч, энэ нь юу гэсэн утгатайг мэдсэнгүй. Тэгээд вавилончууд нарыг захирах хүчтэй Тэр Бурханы тухай мэдэхээр Иерусалимд ирэв. Гэвч Тэнгэрийн Бурханыг алдаршуулахын оронд, Хезекиа хаан, өөрийгөө үгүйсгэхийн оронд, Өөрийн нэрийг тэр сүм ба тэр хотод байрлуулахаар сонгосон Бурханыг биш, харин өөрийн сүм ба хотыг алдаршуулахаар сонгосон юм.</w:t>
      </w:r>
    </w:p>
    <w:p>
      <w:pPr>
        <w:pStyle w:val="ArticleBody"/>
        <w:jc w:val="left"/>
      </w:pPr>
      <w:r>
        <w:rPr>
          <w:rFonts w:ascii="Times New Roman" w:hAnsi="Times New Roman" w:eastAsia="Times New Roman" w:cs="Times New Roman"/>
        </w:rPr>
        <w:t>Тэрхүү тэрслэл нь түүний угсаа гарлын үр хүүхдүүд Вавилонд боол болон тайганууд болно гэсэн эш үзүүллэгийг авчирсан. Тэрхүү хүүхдүүд нь Даниел, Хананиа, Мишаел, Азариа нар байсан бөгөөд дэлхийн үндэстнүүдийн түүх болон сүмийн түүхэн дэх эргэлтийн мөч хэмээн 2001 оны 9 дүгээр сарын 11-нийг хүлээн зөвшөөрдөг, нэг зуун дөчин дөрвөн мянгыг шалгаж, лацдах ёстой гэрэл өгөгдөх үед амьдарч буй Долоо дахь өдрийн Адвентистуудын сүнслэг эцсийн үеийнхнийг төлөөлдөг.</w:t>
      </w:r>
    </w:p>
    <w:p>
      <w:pPr>
        <w:pStyle w:val="ArticleScripture"/>
        <w:jc w:val="left"/>
      </w:pPr>
      <w:r>
        <w:rPr>
          <w:rFonts w:ascii="Times New Roman" w:hAnsi="Times New Roman" w:eastAsia="Times New Roman" w:cs="Times New Roman"/>
        </w:rPr>
        <w:t>Тэр өдрүүдэд Хезекиа үхтлээ өвджээ. Тэгэхэд Амозын хүү эш үзүүлэгч Исаиа түүн дээр ирж, түүнд, «ЭЗЭН ийн айлдаж байна: Гэр орноо эмхэл; учир нь чи үхнэ, амьд үлдэхгүй» гэв. Тэгэхэд тэр нүүрээ ханын зүг эргүүлж, ЭЗЭНд залбиран, «Ай ЭЗЭН, би Таны өмнө үнэнээр, төгс зүрхээр явж, Таны мэлмийд сайн гэж үзэгдсэн юмыг үйлдсэнийг минь одоо санаж соёрхоно уу» гэжээ. Хезекиа ихэд уйлав. Исаиа дундах хашаанаас ч гараагүй байхад ЭЗЭНий үг түүнд ирж, «Буцаж очоод Миний ард түмний удирдагч Хезекиад хэл. Эцэг Давидын чинь Бурхан ЭЗЭН ийн айлдаж байна: Би чиний залбирлыг сонслоо, нулимсыг чинь үзлээ. Болгоогтун, Би чамайг эдгээнэ. Гурав дахь өдөр чи ЭЗЭНий өргөө уруу өгсөнө. Би чиний өдрүүдэд арван таван жил нэмнэ. Мөн Би чамайг болон энэ хотыг Ассирийн хааны гараас аварч, Өөрийнхөө төлөө болон Өөрийн зарц Давидын төлөө энэ хотыг хамгаална» гэжээ. Исаиа, «Инжрийн шахмал ав» гэв. Тэд авч, хавдар дээр нь тавихад тэр эдгэрэв. Хезекиа Исаиад, «ЭЗЭН намайг эдгээж, гурав дахь өдөр би ЭЗЭНий өргөө уруу өгсөнө гэдгийн тэмдэг нь юу байх вэ?» гэжээ. Исаиа, «ЭЗЭН Өөрийн айлдсан үгийг үйлдэхийн тэмдэг чамд ЭЗЭНээс энэ байна: сүүдэр арван зэрэг урагшлах уу, эсвэл арван зэрэг ухрах уу?» гэв. Хезекиа хариулж, «Сүүдэр арван зэрэг доошлох нь амархан хэрэг; үгүй, харин сүүдэр арван зэрэг хойш буцаг» гэв. Эш үзүүлэгч Исаиа ЭЗЭНд хандан дуудав. Тэгэхэд Тэр Ахазын нарны цаг дээр доошилсон байсан сүүдрийг арван зэрэг хойш буцаав. Тэр үед Вавилоны хаан Баладаны хүү Беродахбаладан Хезекиад захидал болон бэлэг илгээжээ. Учир нь Хезекиа өвдсөнийг тэр сонссон байв. Хезекиа тэднийг хүлээн авч, үнэт зүйлсийнхээ бүх өргөө—мөнгө, алт, анхилуун амттан, үнэт тос, бүх зэр зэвсгийн өргөө болон сан хөмрөгт нь байсан бүхнийг—тэдэнд үзүүлэв. Түүний гэрт ч, бүх ноёрхолд нь ч Хезекиагийн тэдэнд үзүүлээгүй юм юу ч байсангүй. Тэгэхэд эш үзүүлэгч Исаиа Хезекиа хаан дээр ирж, түүнд, «Эдгээр хүмүүс юу гэж хэлэв? Тэд хаанаас чам дээр ирэв?» гэв. Хезекиа, «Тэд алс холын орноос, Вавилоноос ирсэн» гэв. Тэр, «Тэд чиний гэрт юу үзэв?» гэж асуув. Хезекиа хариулж, «Миний гэрт буй бүхнийг тэд үзсэн; миний сан хөмрөгийн дунд миний тэдэнд үзүүлээгүй юм юу ч үгүй» гэв. Исаиа Хезекиад, «ЭЗЭНий үгийг сонсогтун. Болгоогтун, чиний гэрт буй бүхэн болон эцэг өвгөд чинь энэ өдрийг хүртэл хураан хадгалсан бүхэн Вавилон уруу аваачигдах өдрүүд ирж байна. Юу ч үлдэхгүй гэж ЭЗЭН айлдаж байна. Чамаас гарах, чиний төрүүлэх хөвгүүдээс чинь ч тэд авч явна; тэд Вавилоны хааны ордонд тайганууд болно» гэв. Тэгэхэд Хезекиа Исаиад, «Чиний айлдсан ЭЗЭНий үг сайн байна» гэв. Тэр, «Миний өдрүүдэд амар тайван ба үнэн байх нь сайн бус уу?» гэж хэлэв. Хезекиагийн бусад үйл хэрэг, түүний бүх хүч чадал, тэр хэрхэн цөөрөм болон усан суваг байгуулж, хот уруу ус оруулсан нь Иудагийн хаадын шастирын номд бичигдээгүй гэж үү? Хезекиа эцэг өвгөдийнхөө хамт нойрсов. Түүний оронд хүү Манассе нь хаан ширээнд суув. Хаадын дэд 20:1–21.</w:t>
      </w:r>
    </w:p>
    <w:p>
      <w:pPr>
        <w:pStyle w:val="ArticleBody"/>
        <w:jc w:val="left"/>
      </w:pPr>
      <w:r>
        <w:rPr>
          <w:rFonts w:ascii="Times New Roman" w:hAnsi="Times New Roman" w:eastAsia="Times New Roman" w:cs="Times New Roman"/>
        </w:rPr>
        <w:t>Дараагийн эшлэлд:</w:t>
      </w:r>
    </w:p>
    <w:p>
      <w:pPr>
        <w:pStyle w:val="ArticleScripture"/>
        <w:jc w:val="left"/>
      </w:pPr>
      <w:r>
        <w:rPr>
          <w:rFonts w:ascii="Times New Roman" w:hAnsi="Times New Roman" w:eastAsia="Times New Roman" w:cs="Times New Roman"/>
        </w:rPr>
        <w:t>Манассе хаан ширээнд суухдаа арван хоёр настай байсан бөгөөд Иерусалимд тавин таван жил хаанчилжээ. Түүний эхийн нэр Хефзиба байв. Хаадын дэд 21:1.</w:t>
      </w:r>
    </w:p>
    <w:p>
      <w:pPr>
        <w:pStyle w:val="ArticleBody"/>
        <w:jc w:val="left"/>
      </w:pPr>
      <w:r>
        <w:rPr>
          <w:rFonts w:ascii="Times New Roman" w:hAnsi="Times New Roman" w:eastAsia="Times New Roman" w:cs="Times New Roman"/>
        </w:rPr>
        <w:t>Хэрэв хаан Хезекиа Эзэний хүслийг хүлээн авч, зүгээр л гэр орноо журамлан зохицуулаад нас барсан бол үр дүн нь юу байх байсан бэ? Түүнд нэмэлтээр арван таван жил өгөгдсөн бөгөөд гурван жилийн дараа хорон муу Манассе төрсөн. Хэрэв 1856 онд Адвентизм Филаделфиас Лаодики уруу шилжилтийг хүлээн авч, гэр орноо журамлан зохицуулаад, Уильям Миллерийн суурь үнэнүүдийг хэвээр нь хадгалсан бол юу тохиох байсан бэ? Энэ асуултын хариуг бид хэзээ ч мэдэхгүй болов уу гэж би боддог, харин бидний мэддэг зүйл бол “Даниел өөрийгөө хааны идэшний хувь, мөн түүний уудаг дарсаар бузартуулахгүй гэж зүрхэндээ шийдсэн” явдал юм.</w:t>
      </w:r>
    </w:p>
    <w:p>
      <w:pPr>
        <w:pStyle w:val="ArticleBody"/>
        <w:jc w:val="left"/>
      </w:pPr>
      <w:r>
        <w:rPr>
          <w:rFonts w:ascii="Times New Roman" w:hAnsi="Times New Roman" w:eastAsia="Times New Roman" w:cs="Times New Roman"/>
        </w:rPr>
        <w:t>Бид дараагийн өгүүлэлд Даниел номын нэгдүгээр бүлгийг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Наймдугаар Дугаар</dc:title>
  <dc:subject>Үйл явц</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