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Есдүгээр бүлэг</w:t>
      </w:r>
    </w:p>
    <w:p>
      <w:pPr>
        <w:pStyle w:val="ArticleSubtitle"/>
        <w:jc w:val="left"/>
      </w:pPr>
      <w:r>
        <w:rPr>
          <w:rFonts w:ascii="Arial" w:hAnsi="Arial" w:eastAsia="Arial" w:cs="Arial"/>
        </w:rPr>
        <w:t>Эхний тэнгэрэлчийн мэдээ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Даниелын нэгдүгээр бүлэг Илчлэл номын арван дөрөвдүгээр бүлгийн эхний тэнгэрэлчийн мэдээг төлөөлдөг. Иехоиаким нь “эцсийн цаг”-т анх ирснийг бус, харин эхний тэнгэрэлчийн мэдээ хүчирхэгжсэнийг бэлгэдлээр илтгэдэг. Бүх эш үзүүлэгчид мөрдөн шалгах шүүлтийн “эцсийн өдрүүд”-ийг зааж байгаа тул энэ бүлэг нь нэг зуун дөчин дөрвөн мянгын сорилтын үйл явц эхэлсэн 2001 оны 9 дүгээр сарын 11-ийг төлөөлж байна. Малахи номын гуравдугаар бүлэгт, тэрхүү үйл явц нь гэрээний Элч Өөрийн сүмд гэнэт ирэхийн тулд нэгэн элч замыг нь бэлтгэх үед явагдах цэвэршүүлэх үйл явцаар дүрслэгдсэн байдаг. Замыг нь бэлтгэдэг тэрхүү элч, мөн цөлд хашхирах “дуу хоолой” нь мөн сорилт бөгөөд энэ нь цэвэршүүлэх үйл явцын нэг хэсэг юм. Малахи номын гуравдугаар бүлэгт нэг зуун дөчин дөрвөн мянга нь Левийн хөвгүүдээр төлөөлөгддөг. Левийн хөвгүүд нь араатны дүрийг төлөөлсөн алтан тугалын бослогын үед элч Мосегийн талд зогссон хүмүүсийг төлөөлдөг.</w:t>
      </w:r>
    </w:p>
    <w:p>
      <w:pPr>
        <w:pStyle w:val="ArticleBody"/>
        <w:jc w:val="left"/>
      </w:pPr>
      <w:r>
        <w:rPr>
          <w:rFonts w:ascii="Times New Roman" w:hAnsi="Times New Roman" w:eastAsia="Times New Roman" w:cs="Times New Roman"/>
        </w:rPr>
        <w:t>Араатны дүрсний сорилтыг даван туулах нь, ариусгалын үйл явцыг бүрдүүлдэг гурван сорилтын хоёр дахь сорилтын талаарх Библийн өөр нэгэн дүрслэл мөн. Левийн хөвгүүд тамгалагдахаасаа өмнө тэр сорилтыг даван туулах ёстой.</w:t>
      </w:r>
    </w:p>
    <w:p>
      <w:pPr>
        <w:pStyle w:val="ArticleBody"/>
        <w:jc w:val="left"/>
      </w:pPr>
      <w:r>
        <w:rPr>
          <w:rFonts w:ascii="Times New Roman" w:hAnsi="Times New Roman" w:eastAsia="Times New Roman" w:cs="Times New Roman"/>
        </w:rPr>
        <w:t>Езекиелийн найм ба есдүгээр бүлгүүд дэх тамгалалт нь 2001 оны 9 дүгээр сарын 11-нд эхэлсэн цэвэршүүлэлтийн үйл явцын өөр нэгэн жишээ мөн. Наймдугаар бүлэгт эцэст нь наранд мөргөдөг Иерусалим дахь хүмүүс нь Лаодикеан Адвентизмын дөрвөн үеийг төлөөлдөг. Есдүгээр бүлэгт тамга хүлээн авдаг хүмүүс нь Иерусалимын дотор үйлдэгдэж буй жигшүүрт зүйлсийн төлөө санаа алдан уйлж буй хүмүүс юм. Иерусалим бол Бурханы сүм юм.</w:t>
      </w:r>
    </w:p>
    <w:p>
      <w:pPr>
        <w:pStyle w:val="ArticleBody"/>
        <w:jc w:val="left"/>
      </w:pPr>
      <w:r>
        <w:rPr>
          <w:rFonts w:ascii="Times New Roman" w:hAnsi="Times New Roman" w:eastAsia="Times New Roman" w:cs="Times New Roman"/>
        </w:rPr>
        <w:t>Гурван тэнгэрэлчийн мэдээнүүд нь мөн цэвэршүүлэлтийн үйл явцын дүрслэл юм. Эдгээр гурван мэдээ нь шалгалтын гурван үе шаттай үйл явцыг төлөөлдөг бөгөөд Левийн хөвгүүд хоёр дахь шалгалтад оролцохын тулд эхний шалгалтыг заавал давсан байх ёстой. Гурав дахь шалгалт нь өөр төрлийн шалгалт мөн; учир нь энэ нь Левийн хөвгүүд эхний хоёр шалгалтыг амжилттай давсан эсэхийг тодорхойлдог шалгалтыг төлөөлдөг. Энэ нь эш үзүүллэгийн лакмусын сорил юм. Эхний шалгалт нь хоол тэжээлийн шалгалт (сүнслэг утгаараа) бөгөөд Левийн хөвгүүд гэрээний элчийн замыг бэлтгэдэг элч Елиагаар дамжуулан Ариун Сүнсээс өгөгдсөн мэдээг хүлээн авсан эсэхээс шалтгаалан үүнийг давдаг эсвэл унана.</w:t>
      </w:r>
    </w:p>
    <w:p>
      <w:pPr>
        <w:pStyle w:val="ArticleBody"/>
        <w:jc w:val="left"/>
      </w:pPr>
      <w:r>
        <w:rPr>
          <w:rFonts w:ascii="Times New Roman" w:hAnsi="Times New Roman" w:eastAsia="Times New Roman" w:cs="Times New Roman"/>
        </w:rPr>
        <w:t>Илчлэлт номын эхний эшлэл тэрхүү мэдээний ноцтой чанарыг онцлон тэмдэглэдэг. Энэ нь сүмүүдэд илгээж буй, Иохан хэмээн дүрслэгдсэн хүний элчийн мэдээг түүнд Габриел өгсөн бөгөөд, Габриел үүнийг Христээс, Христ нь эргээд Эцгээс хүлээн авсныг зориуд тодорхойлдог. Елиагийн мэдээ нь тэнгэрлэг эрх мэдлийг эзэмшдэг бөгөөд Иоханы, эсвэл Елиагийн, эсвэл “цөлд хашхирагч дуу хоолойн” мэдээг няцаана гэдэг нь Есүс Христийн Илчлэлтийг няцааж буй хэрэг юм.</w:t>
      </w:r>
    </w:p>
    <w:p>
      <w:pPr>
        <w:pStyle w:val="ArticleBody"/>
        <w:jc w:val="left"/>
      </w:pPr>
      <w:r>
        <w:rPr>
          <w:rFonts w:ascii="Times New Roman" w:hAnsi="Times New Roman" w:eastAsia="Times New Roman" w:cs="Times New Roman"/>
        </w:rPr>
        <w:t>Хоёр дахь сорилт нь харааны сорилт мөн. Учир нь Левийн хөвгүүд дэлхийг Өөрийн алдраар гэрэлтүүлэхээр бууж ирсэн тэнгэрэлчийн гарт байсан Елиагийн мэдээг идсэний дараа, цаг үеийн тэмдгүүдийг зөвөөр ялган таних боломж олгодог библийн аргачлалыг хүлээн авсан байдаг. Тэрхүү аргачлал нь Левийн хөвгүүдэд араатны дүрийн сорилтын биелэл болгон Америкийн Нэгдсэн Улсад сүм ба төр нэгдэн ойртож байгааг харуулж буй цаг үеийн тэмдгүүдийг танин мэдэх боломж олгодог. Үүнээс ч илүү чухал нь, ариун шинэчлэлийн шугамуудын хүрээнд байршуулсан үедээ эдгээр цаг үеийн тэмдгүүд нь Альфа ба Омегагийн мөн чанар, өөрөөр хэлбэл эхлэл нь төгсгөлийг дүрслэн харуулж буй хэрэг мөн. Ариун шинэчлэлийн шугамууд нь Бурханы ард түмэн Бурханы тамгад бэлтгэх ажилд хамтран ажиллахын тулд өөрсдийн хүч чадлын хэрээр бүхнийг хийх ёстойг тодорхойлон харуулдаг.</w:t>
      </w:r>
    </w:p>
    <w:p>
      <w:pPr>
        <w:pStyle w:val="ArticleScripture"/>
        <w:jc w:val="left"/>
      </w:pPr>
      <w:r>
        <w:rPr>
          <w:rFonts w:ascii="Times New Roman" w:hAnsi="Times New Roman" w:eastAsia="Times New Roman" w:cs="Times New Roman"/>
        </w:rPr>
        <w:t>Иймээс, хайрт та нар минь, та нар миний дэргэд байх үедээ төдийгүй, одоо миний эзгүйд бүр ч илүүтэйгээр үргэлж дуулгавартай байсанчлан, өөрсдийн авралыг айдас ба чичрэлтэйгээр гүйцэлдүүл. Учир нь Өөрийн таалалд нийцүүлэн хүсэхийг ч, үйлдэхийг ч та нарын дотор үйлдэгч нь Бурхан мөн. Бүхнийг гомдоллолгүй, маргалдалгүйгээр үйлдэгтүн. Ингэснээр та нар гэм зэмгүй бөгөөд хор хөнөөлгүй, тахир муруй, завхарсан үеийн дунд зэмлэлгүй Бурханы хөвгүүд байж, тэдний дунд дэлхийд гэрлүүд мэт гэрэлтэх болно. Филиппой 2:12–15.</w:t>
      </w:r>
    </w:p>
    <w:p>
      <w:pPr>
        <w:pStyle w:val="ArticleBody"/>
        <w:jc w:val="left"/>
      </w:pPr>
      <w:r>
        <w:rPr>
          <w:rFonts w:ascii="Times New Roman" w:hAnsi="Times New Roman" w:eastAsia="Times New Roman" w:cs="Times New Roman"/>
        </w:rPr>
        <w:t>Дөрвөн хүн болох Даниел, Хананиа, Мишаел, Азариа нар нь 2001 оны 9 дүгээр сарын 11-нийг Илчлэлт арван наймдугаар бүлгийн тэнгэрэлч бууж ирсний танигдахуй хэмээн хүлээн зөвшөөрдөг бөгөөд түүний гарт буй нууцлаг маннаг авч идэхийг сонгодог дэлхий даяарх Долоо дахь өдрийн Адвентистуудыг төлөөлдөг. Идэх ёстой тэрхүү нууцлаг манна нь, элч Паулын саяхан иш татсаны дагуу, Өөрийн хүслийг болон тааллыг нь үйлдүүлэхээр Өөрийн ард түмний дотор үйлчилдэг Бурханыг (нууцлаг маннаг) төлөөлдөг. Паул нь Филадельфийнхэнд илгээгдсэн элчийг төлөөлдөг бөгөөд түүний мэдээг няцаах нь үхэл байв. Даниел, Хананиа, Мишаел, Азариа нар нь нууцлаг маннаг идэхийг сонгодог хүмүүсийг төлөөлдөг.</w:t>
      </w:r>
    </w:p>
    <w:p>
      <w:pPr>
        <w:pStyle w:val="ArticleScripture"/>
        <w:jc w:val="left"/>
      </w:pPr>
      <w:r>
        <w:rPr>
          <w:rFonts w:ascii="Times New Roman" w:hAnsi="Times New Roman" w:eastAsia="Times New Roman" w:cs="Times New Roman"/>
        </w:rPr>
        <w:t>Эдгээрийн дунд Иудагийн хөвгүүдээс Даниел, Хананиа, Мишаел, Азариа нар байв. Тэдэнд тайгануудын тэргүүн нэр өгчээ: учир нь тэр Даниелд Белтешаззар гэдэг нэр, Хананиад Шадрах, Мишаелд Мешах, Азариад Абеднего гэдэг нэр өгсөн ажээ. Харин Даниел хааны хоолны хүртээлээр, мөн түүний уудаг дарсаар өөрийгөө бузарлахгүй гэж зүрхэндээ шийдсэн тул, өөрийгөө бузарлахгүй байж болохын төлөө тайгануудын тэргүүнээс хүсэв. Даниел 1:6–8.</w:t>
      </w:r>
    </w:p>
    <w:p>
      <w:pPr>
        <w:pStyle w:val="ArticleBody"/>
        <w:jc w:val="left"/>
      </w:pPr>
      <w:r>
        <w:rPr>
          <w:rFonts w:ascii="Times New Roman" w:hAnsi="Times New Roman" w:eastAsia="Times New Roman" w:cs="Times New Roman"/>
        </w:rPr>
        <w:t>Даниел 2001 оны 9 дүгээр сарын 11-нд тэнгэрээс буулгаж ирсэн мэдээг идэхийг хүсэж байгаагаа шийдэж, мөн Вавилоны хоол хүнс ба ундаагаар дүрслэгдсэн мэдээнээс татгалзахаар тогтов. Ашпеназ Иудейн олзлогдогсдоос хэнийг хааны өмнө авчрахыг сонгосон байв.</w:t>
      </w:r>
    </w:p>
    <w:p>
      <w:pPr>
        <w:pStyle w:val="ArticleScripture"/>
        <w:jc w:val="left"/>
      </w:pPr>
      <w:r>
        <w:rPr>
          <w:rFonts w:ascii="Times New Roman" w:hAnsi="Times New Roman" w:eastAsia="Times New Roman" w:cs="Times New Roman"/>
        </w:rPr>
        <w:t>Тэгээд хаан өөрийн тайгануудын тэргүүн Ашпеназад зарлиглан, Израилийн хөвгүүдээс, хааны угсааныхнаас, мөн ноёдын удам дотроос заримыг авчрахыг тушаав. Тэд нь өө сэвгүй, царай төрх сайтай, бүх мэргэн ухаанд чадварлаг, мэдлэгт ухаалаг, эрдэм шинжлэх ухааныг ойлгодог, хааны ордонд зогсон үйлчлэх чадвартай, мөн халдеичуудын бичиг ном ба хэлийг заалгаж болохуйц хөвгүүд байх ёстой байв. Даниел 1:4, 5.</w:t>
      </w:r>
    </w:p>
    <w:p>
      <w:pPr>
        <w:pStyle w:val="ArticleBody"/>
        <w:jc w:val="left"/>
      </w:pPr>
      <w:r>
        <w:rPr>
          <w:rFonts w:ascii="Times New Roman" w:hAnsi="Times New Roman" w:eastAsia="Times New Roman" w:cs="Times New Roman"/>
        </w:rPr>
        <w:t>Илчлэлт номын нэгдүгээр бүлэг, нэгдүгээр зүйлд тодорхойлогдсон эрх мэдлийн дарааллыг даган үзвэл, Небухаднезар Исаиа Хезекиад тунхагласан эш үзүүллэгийг биелүүлсэн хөвгүүдийг сонгохыг Ашпеназад тушаасан байв. Ашпеназ тэр мэдээг авч, дараа нь тайгануудын ноён Мелзарт дамжуулсан. Небухаднезар нь тэнгэрлэг Эцгийг төлөөлдөг; Ашпеназ нь Христийг, Мелзар нь Габриелыг төлөөлдөг. Ашпеназ ямар хөвгүүдийг сонгохоо мэдэж байсан бөгөөд Даниелыг хааны өмнө авчрахаасаа өмнө тэрээр хоолны талаар зөв шийдвэр гаргана гэдгийг ч мэдэж байсан.</w:t>
      </w:r>
    </w:p>
    <w:p>
      <w:pPr>
        <w:pStyle w:val="ArticleScripture"/>
        <w:jc w:val="left"/>
      </w:pPr>
      <w:r>
        <w:rPr>
          <w:rFonts w:ascii="Times New Roman" w:hAnsi="Times New Roman" w:eastAsia="Times New Roman" w:cs="Times New Roman"/>
        </w:rPr>
        <w:t>Тэгээд Бурхан Даниелыг тайган нарын ноёны өмнө ивээл ба энэрэнгүй хайр дотор оруулжээ. Тайган нарын ноён Даниелд — Та нарын идэх хоол, уух усыг тогтоосон эзэн хаанаасаа би эмээж байна. Учир нь та нарын царай яагаад өөрсдийн чинь насны хүүхдүүдээс дор харагдах ёстой гэж? Тэгвэл та нар надаар хааны өмнө толгойгоо эрсдэлд оруулах болно гэж хэлэв. Даниел 1:9, 10.</w:t>
      </w:r>
    </w:p>
    <w:p>
      <w:pPr>
        <w:pStyle w:val="ArticleBody"/>
        <w:jc w:val="left"/>
      </w:pPr>
      <w:r>
        <w:rPr>
          <w:rFonts w:ascii="Times New Roman" w:hAnsi="Times New Roman" w:eastAsia="Times New Roman" w:cs="Times New Roman"/>
        </w:rPr>
        <w:t>Энд Мелзар гурван тэнгэрэлчийн мэдээний эхний алхмыг тодорхойлж байна. Эхний алхам нь Бурханаас эмээх явдал бөгөөд энэ нь Мелзар Небухаднезараас эмээж байснаар дүрслэгдсэн байна. Еврей цагаан толгойн эхний, арван гурав дахь, сүүлчийн үсгийг нэгтгэн бүрдүүлсэн “үнэн” хэмээх еврей үг нь эдгээр өгүүллүүдэд өмнө нь гурван тэнгэрэлчийн илэрхийлдэг гурван шатат сорилтын үйл явцыг төлөөлдөг болохыг харуулсан билээ. Ийнхүү хэд хэдэн гэрчийн үндсэн дээр, эхний тэнгэрэлчийн мэдээ нь гурван тэнгэрэлчийн мэдээгээр илэрхийлэгддэг гурван сорилтын бүгдийг өөртөө агуулдаг болох нь тогтоогдсон. Эхний тэнгэрэлчийн мэдээ нь мөнхийн сайн мэдээ хэмээн тодорхойлогддог бөгөөд энэ нь Адамыг цаг үеэс эхлэн Христийн Хоёр дахь ирэлт хүртэлх нэгэн адил сайн мэдээ мөн болохыг тодорхойлж байна.</w:t>
      </w:r>
    </w:p>
    <w:p>
      <w:pPr>
        <w:pStyle w:val="ArticleScripture"/>
        <w:jc w:val="left"/>
      </w:pPr>
      <w:r>
        <w:rPr>
          <w:rFonts w:ascii="Times New Roman" w:hAnsi="Times New Roman" w:eastAsia="Times New Roman" w:cs="Times New Roman"/>
        </w:rPr>
        <w:t>Тэгээд би өөр нэг тэнгэрэлч тэнгэрийн мандлын дундуур нисэн явахыг үзэв. Тэрээр газар дээр оршин суугчдад, мөн бүх үндэстэн, овог, хэл, ард түмэнд тунхаглах мөнхийн сайн мэдээг агуулж байлаа. Тэр чанга дуугаар: Бурханаас эмээгтүн, Түүнд алдрыг өргөгтүн; учир нь Түүний шүүлтийн цаг иржээ. Тэнгэр, газар, тэнгис, усны булгуудыг Бүтээгчийг мөргөгтүн, хэмээн айлдаж байв. Илчлэлт 14:6, 7.</w:t>
      </w:r>
    </w:p>
    <w:p>
      <w:pPr>
        <w:pStyle w:val="ArticleBody"/>
        <w:jc w:val="left"/>
      </w:pPr>
      <w:r>
        <w:rPr>
          <w:rFonts w:ascii="Times New Roman" w:hAnsi="Times New Roman" w:eastAsia="Times New Roman" w:cs="Times New Roman"/>
        </w:rPr>
        <w:t>Эхний тэнгэрэлчийн мэдээний эхний алхам нь Бурханаас эмээх явдал юм. Хоёр дахь алхам нь Түүнд алдрыг өргөх, гурав дахь нь Түүний шүүлтийн цаг ирэх явдал юм. Бусад хоёр тэнгэрэлчийн мэдээтэй уялдуулан авч үзвэл, эхний тэнгэрэлчийн мэдээ нь: “Бурханаас эмээгтүн” гэсэн үг юм. Дараа нь хоёр дахь тэнгэрэлчийн мэдээ Вавилоны уналтыг тунхагладаг бөгөөд эхний тэнгэрэлчийн Миллерийн хөдөлгөөнд ч бай, эсвэл гурав дахь тэнгэрэлчийн хөдөлгөөнд ч бай, Вавилоноос гарах дуудлагын үед Ариун Сүнсний асгаралтын илрэл биеллээ олдог. Тэр цаг үед, үүнийг Шөнө дундын хашхираан, хүчтэй хашхираан, эсвэл хожмын бороо хэмээн дүрсэлсэн ч, мэдээг тунхаглагчид Бурханыг алдаршуулдаг. Хоёр дахь тэнгэрэлчийн мэдээний үед Бурханд алдар өргөгддөг бөгөөд тэрхүү цаг үе нь Миллерийн түүхэнд мөрдөн шалгах шүүлт эхэлсэн мөчид, эсвэл Ням гаргийн хуулийн хямралын үед явагддаг Вавилоны янхны шүүлтэд хүргэдэг.</w:t>
      </w:r>
    </w:p>
    <w:p>
      <w:pPr>
        <w:pStyle w:val="ArticleBody"/>
        <w:jc w:val="left"/>
      </w:pPr>
      <w:r>
        <w:rPr>
          <w:rFonts w:ascii="Times New Roman" w:hAnsi="Times New Roman" w:eastAsia="Times New Roman" w:cs="Times New Roman"/>
        </w:rPr>
        <w:t>Мелзарын айдас нь эхний тэнгэрэлчийн мэдээг төлөөлдөг бөгөөд энэ нь арван өдрийн хоол хүнсний сорилтыг эхлүүлдэг; арван гэсэн тоо өөрөө ч мөн сорилтыг бэлгэддэг. Мелзар хаанаас эмээж байгаагаа илэрхийлсэн нь, Даниел хаанаас илүү Бурханаас эмээн, Вавилоны хоолоор өөрийгөө бузарлуулахгүй хэмээн зүрх сэтгэлдээ шийдсэнтэй адил байсан юм. Даниел болон тэр гурван үнэнчийн соригдсон хугацаа нь гурван жил байсан бөгөөд ийнхүү гурван тэнгэрэлчийн мэдээний гурван алхмыг төлөөлж байв.</w:t>
      </w:r>
    </w:p>
    <w:p>
      <w:pPr>
        <w:pStyle w:val="ArticleScripture"/>
        <w:jc w:val="left"/>
      </w:pPr>
      <w:r>
        <w:rPr>
          <w:rFonts w:ascii="Times New Roman" w:hAnsi="Times New Roman" w:eastAsia="Times New Roman" w:cs="Times New Roman"/>
        </w:rPr>
        <w:t>Хаан тэдэнд хааны зоогноос, мөн өөрийн уудаг дарснаас өдөр тутмын хувь хүртээл оноожээ; тийнхүү тэднийг гурван жилийн турш тэжээн бойжуулсны эцэст хааны өмнө бараалхуулахаар байв. Даниел 1:5.</w:t>
      </w:r>
    </w:p>
    <w:p>
      <w:pPr>
        <w:pStyle w:val="ArticleBody"/>
        <w:jc w:val="left"/>
      </w:pPr>
      <w:r>
        <w:rPr>
          <w:rFonts w:ascii="Times New Roman" w:hAnsi="Times New Roman" w:eastAsia="Times New Roman" w:cs="Times New Roman"/>
        </w:rPr>
        <w:t>Даниелын номын нэгдүгээр бүлэг нь анхны тэнгэрэлчийн мэдээ хүчирхэгжсэнийг төлөөлдөг бөгөөд тэнд хооллолтын шалгалтын эхлэл тэмдэглэгддэг; энэ нь Миллерчүүдийн түүхэнд бяцхан номыг идсэнээр дүрслэгдсэн юм. Даниел болон гурван үнэнчийн шалгалтын хугацаа тэрхүү гурван жилийн эхний арван хоногт биелсэн. Арав гэдэг нь шалгалтын үйл явцын бэлгэдэл бөгөөд энэ нь эртний Израиль Иошуа ба Калебын мэдээгээр илэрхийлэгдсэн арав дахь шалгалтыг няцаасан явдлаар төлөөлөгддөг. Мөн энэ нь Смирнагийн сүмийн хавчлагын үед ч дүрслэгддэг.</w:t>
      </w:r>
    </w:p>
    <w:p>
      <w:pPr>
        <w:pStyle w:val="ArticleScripture"/>
        <w:jc w:val="left"/>
      </w:pPr>
      <w:r>
        <w:rPr>
          <w:rFonts w:ascii="Times New Roman" w:hAnsi="Times New Roman" w:eastAsia="Times New Roman" w:cs="Times New Roman"/>
        </w:rPr>
        <w:t>Чи эдлэх гэж буй тэрхүү зовлонгуудаас алийг нь ч бүү айгтун. Үзэгтүн, та нарыг соригдуулахын тулд диавол та нарын заримаас шоронд хаях болно; мөн та нар арван өдрийн турш зовлон эдлэх болно. Үхэл хүртэл итгэлтэй байгтун, тэгвэл Би чамд амийн титмийг өгнө. Илчлэлт 2:10.</w:t>
      </w:r>
    </w:p>
    <w:p>
      <w:pPr>
        <w:pStyle w:val="ArticleBody"/>
        <w:jc w:val="left"/>
      </w:pPr>
      <w:r>
        <w:rPr>
          <w:rFonts w:ascii="Times New Roman" w:hAnsi="Times New Roman" w:eastAsia="Times New Roman" w:cs="Times New Roman"/>
        </w:rPr>
        <w:t>Смирнагийн чуулганд өгсөн зөвлөгөө нь сорилтын үйл явцаас бүү эмээ гэсэнд оршиж байв. Учир нь хэрэв тэд Бурханаас эмээвэл, Тэр тэдний Бурханаас эмээх эмээлтийг амийн титмээр шагнах байлаа. Тэрхүү бурханлаг эмээлт нь Даниелын тэнгэрийн маннаг идэх хүсэлээр төлөөлөгдөнө.</w:t>
      </w:r>
    </w:p>
    <w:p>
      <w:pPr>
        <w:pStyle w:val="ArticleScripture"/>
        <w:jc w:val="left"/>
      </w:pPr>
      <w:r>
        <w:rPr>
          <w:rFonts w:ascii="Times New Roman" w:hAnsi="Times New Roman" w:eastAsia="Times New Roman" w:cs="Times New Roman"/>
        </w:rPr>
        <w:t>Тэгэхэд Даниел, тайгануудын ноён Даниел, Хананиа, Мишаел, Азариа нарыг хариуцуулан тавьсан Мелзарт хандан, «Гуйя, зарц нараа арван хоног сорьж үзээч; бидэнд идэхээр буурцагт хоол, уухаар ус өгөгтүн. Дараа нь бидний царай төрхийг, мөн хааны зоогийн хувийг иддэг хөвгүүдийн царай төрхтэй харьцуулан Таны өмнө үзэгтүн; тэгээд Та юу үзнэ, түүнийхээ дагуу зарц нартайгаа үйлдэгтүн» гэв. Ийнхүү тэр энэ хэрэгт тэдний үгийг зөвшөөрч, арван хоног сорьж үзэв. Даниел 1:10–14.</w:t>
      </w:r>
    </w:p>
    <w:p>
      <w:pPr>
        <w:pStyle w:val="ArticleBody"/>
        <w:jc w:val="left"/>
      </w:pPr>
      <w:r>
        <w:rPr>
          <w:rFonts w:ascii="Times New Roman" w:hAnsi="Times New Roman" w:eastAsia="Times New Roman" w:cs="Times New Roman"/>
        </w:rPr>
        <w:t>Эхний шалгалт нь Бурханаас эмээх явдал байсан бөгөөд үүнийг Мелзар болон Даниел өөрийгөө Вавилоны хоол, ундаагаар бузарлахгүй байхаар зүрх сэтгэлдээ шийдсэнээр харуулсан. Эхний тэнгэрэлчийн мэдээний хоёр дахь бүрэлдэхүүн нь Бурханд алдрыг өргөх явдал бөгөөд энэ нь хооллолтын үр нөлөөний харагдахуйц илрэлийг төлөөлдөг. Арав хоногийн эцэст Даниел болон тэр гурван үнэнч эр биеийн төрхөөрөө Бурханыг алдаршуулсан.</w:t>
      </w:r>
    </w:p>
    <w:p>
      <w:pPr>
        <w:pStyle w:val="ArticleScripture"/>
        <w:jc w:val="left"/>
      </w:pPr>
      <w:r>
        <w:rPr>
          <w:rFonts w:ascii="Times New Roman" w:hAnsi="Times New Roman" w:eastAsia="Times New Roman" w:cs="Times New Roman"/>
        </w:rPr>
        <w:t>Арван өдрийн эцэст тэдний царай төрх хааны зоогийн хувь иддэг бүх хөвгүүдийнхээс илүү өнгөлөг, бие махбодын хувьд илүү тарган харагдав. Ийнхүү Мелзар тэдний идэх ёстой зоогийн хувийг, мөн уух ёстой дарсыг нь авч, тэдэнд буурцагт ургамал өгч байв. Энэ дөрвөн хөвгүүний тухайд Бурхан тэдэнд бүх эрдэм мэдлэг ба мэргэн ухаанд ухаан, чадвар өгсөн бөгөөд Даниел бүх үзэгдэл ба зүүдийг ойлгох ухаантай байв. Даниел 1:15–17.</w:t>
      </w:r>
    </w:p>
    <w:p>
      <w:pPr>
        <w:pStyle w:val="ArticleBody"/>
        <w:jc w:val="left"/>
      </w:pPr>
      <w:r>
        <w:rPr>
          <w:rFonts w:ascii="Times New Roman" w:hAnsi="Times New Roman" w:eastAsia="Times New Roman" w:cs="Times New Roman"/>
        </w:rPr>
        <w:t>Дөрвөн хүүхэд хоол ундны эхний шалгалтыг даван өнгөрөв. Энэ нь Адам, Ева хоёрын унасан газар байсан бөгөөд Христ Өөрийн баптисмын дараахан нэн даруй тулгарсан анхны шалгалтыг төлөөлж байв. Христийн баптисм нь Түүний эш үзүүллэгийн шугам дахь анхны мэдээний хүчирхэгжилт байлаа. Энэ нь “цөл дэх дуу хоолой”-гоор тунхаглагдсан мэдээг хүчирхэгжүүлж, баталгаажуулсан. Дараа нь Даниел болон гурван итгэлт эрсийн адил Христ дөчин өдрийн турш хоол ундны талаар шалгагдсан, Даниел ч арван өдрийн турш мөн адил шалгагдсан. Даниел ба Христ хоёр 2001 оны 9 дүгээр сарын 11-нд буусан тэнгэрэлчийн гарт буй нууц маннын шалгалтыг бэлгэдэн төлөөлж байв. Христийн хувьд ч, Даниелын хувьд ч үүний дараа хоёр шалгалт дагах ёстой байв. Хоёр дахь шалгалт нь Даниел болон гурван итгэлт эрс төрх байдлаараа Бурханыг алдаршуулсан тэр газар байлаа. Христийн хувьд хоол ундны шалгалтын дараа ирсэн шалгалт мөн алдарыг төлөөлж байв.</w:t>
      </w:r>
    </w:p>
    <w:p>
      <w:pPr>
        <w:pStyle w:val="ArticleScripture"/>
        <w:jc w:val="left"/>
      </w:pPr>
      <w:r>
        <w:rPr>
          <w:rFonts w:ascii="Times New Roman" w:hAnsi="Times New Roman" w:eastAsia="Times New Roman" w:cs="Times New Roman"/>
        </w:rPr>
        <w:t>Тэгээд чөтгөр Түүнд, «Хэрэв чи Бурханы Хүү мөн бол, энэ чулууг талх болгохыг тушаа» гэж хэлэв. Харин Есүс түүнд хариулан, «Хүн зөвхөн талхаар амьдрахгүй, харин Бурханы үг бүрээр амьдарна хэмээн бичигдсэн байдаг» гэв. Тэгээд чөтгөр Түүнийг өндөр ууланд авч гарч, агшин зуурт дэлхийн бүх хаанчлалыг Түүнд үзүүлэв. Чөтгөр Түүнд, «Энэ бүх эрх мэдэл болон тэдгээрийн сүр жавхланг би чамд өгнө. Учир нь энэ нь надад даатгагдсан бөгөөд би үүнийг хүссэн хэндээ өгдөг. Иймээс чи надад мөргөвөл, энэ бүхэн чинийх болно» гэж хэлэв. Харин Есүс түүнд хариулан, «Миний ард зайлагтун, Сатан аа. Учир нь “Чи өөрийн Бурхан Эзэнд мөргөж, зөвхөн Түүнд л үйлчил” хэмээн бичигдсэн байдаг» гэв. Матай 4:3–8.</w:t>
      </w:r>
    </w:p>
    <w:p>
      <w:pPr>
        <w:pStyle w:val="ArticleBody"/>
        <w:jc w:val="left"/>
      </w:pPr>
      <w:r>
        <w:rPr>
          <w:rFonts w:ascii="Times New Roman" w:hAnsi="Times New Roman" w:eastAsia="Times New Roman" w:cs="Times New Roman"/>
        </w:rPr>
        <w:t>Христос хооллолтын сорилтыг даван гарсны дараа Сатан түүнд дэлхийн бүх хаант улсын “алдар”-ыг санал болгосон боловч Христ харин хаадын Хааныг алдаршуулахыг сонгосон. Адам, Ева хоёр эхний сорилтод бүдэрч, үүнийхээ дараа даруй инжрийн навчаар нүүр царайгаа халхлахыг эрэв. Учир нь тэд урьд нь өмсөж байсан гэрлийн өмсгөлөөр илэрхийлэгддэг Бурханы алдрыг цаашид харуулахгүй болсон байв. Даниел болон гурван үнэнч нэгэн хооллолтын сорилтыг даван гарсан үед тэдэнд “бүх эрдэм ном, мэргэн ухаанд мэдлэг ба чадвар” өгөгдөж, “Даниел бүх үзэгдэл ба зүүдийг ойлгодог” болсон юм.</w:t>
      </w:r>
    </w:p>
    <w:p>
      <w:pPr>
        <w:pStyle w:val="ArticleBody"/>
        <w:jc w:val="left"/>
      </w:pPr>
      <w:r>
        <w:rPr>
          <w:rFonts w:ascii="Times New Roman" w:hAnsi="Times New Roman" w:eastAsia="Times New Roman" w:cs="Times New Roman"/>
        </w:rPr>
        <w:t>Тэд Мелзарын явуулсан харааны шалгалт байсан хоёр дахь сорилтыг даван гарсан. Миллеритийн түүхэнд хоёр дахь тэнгэрэлчийн мэдээ нь Уильям Миллерээр төлөөлөгдсөн, цөлд хашхирагч “дуу хоолой”-ны мэдээг хүлээн авсан хүмүүс ба түүнийг няцаасан хүмүүсийн хоорондын ялгааг тэмдэглэсэн юм. Эш үзүүллэгийн хувьд Миллерит хөдөлгөөн тэр үед Протестантизмын харагдахуйц бөгөөд цорын ганц үнэн эвэр болсон бөгөөд мэдээ болон хөдөлгөөнийг няцаасан хүмүүс Ромын охид болсон. Тэд бяцхан номын оронд Вавилоны хоол хүнсийг идэж, дарсыг нь уухыг сонгосон байв. Гурван жилийн төгсгөлд Даниел болон түүний хамт байсан үнэнч хүмүүсийг Небухаднезарын өмнө шүүлтэд оруулахаар авчирсан юм.</w:t>
      </w:r>
    </w:p>
    <w:p>
      <w:pPr>
        <w:pStyle w:val="ArticleScripture"/>
        <w:jc w:val="left"/>
      </w:pPr>
      <w:r>
        <w:rPr>
          <w:rFonts w:ascii="Times New Roman" w:hAnsi="Times New Roman" w:eastAsia="Times New Roman" w:cs="Times New Roman"/>
        </w:rPr>
        <w:t>Хааны тогтоосон хугацаа гүйцэж, тэднийг авчрах цаг болмогц тайгануудын захирагч тэднийг Небухаднезарын өмнө оруулав. Хаан тэдэнтэй ярилцав; тэдний дундаас Даниел, Хананиа, Мишаел, Азариа нартай адил нэг ч хүн олдсонгүй. Тиймээс тэд хааны өмнө зогсох болов. Хаан тэднээс асуусан мэргэн ухаан, ойлголтын бүх хэрэгт тэднийг өөрийн бүх хаанчлал дахь бүх шидтэн, одон мэргэчдээс арав дахин илүү болохыг олж мэдэв. Даниел хаан Кирийн эхний он хүртэл байв. Даниел 1:18–21.</w:t>
      </w:r>
    </w:p>
    <w:p>
      <w:pPr>
        <w:pStyle w:val="ArticleBody"/>
        <w:jc w:val="left"/>
      </w:pPr>
      <w:r>
        <w:rPr>
          <w:rFonts w:ascii="Times New Roman" w:hAnsi="Times New Roman" w:eastAsia="Times New Roman" w:cs="Times New Roman"/>
        </w:rPr>
        <w:t>Даниел болон тэр гурван үнэнч хүн “арав” хоногийн сорилтыг давж, эцсийн шалгалт, туршилтаа тэнцсэнийхээ дараа бусдаасаа бүгдээс “арав” дахин илүү мэргэн болох нь тогтоогдов.</w:t>
      </w:r>
    </w:p>
    <w:p>
      <w:pPr>
        <w:pStyle w:val="ArticleBody"/>
        <w:jc w:val="left"/>
      </w:pPr>
      <w:r>
        <w:rPr>
          <w:rFonts w:ascii="Times New Roman" w:hAnsi="Times New Roman" w:eastAsia="Times New Roman" w:cs="Times New Roman"/>
        </w:rPr>
        <w:t>Даниелын нэгдүгээр бүлэг нь Даниел ба Илчлэл номуудаас бүрдэх энэ ном дахь эхний тэнгэрэлчийн мэдээний тухай анхны ишлэл мөн. Энэ нь Илчлэл арван дөрөвдүгээр бүлгийн эхний тэнгэрэлчтэй яг ижил шинжүүдийг агуулдаг. Энэ нь Илчлэлийн нэгдүгээр эшлэлд анх дурдагдсан үнэнийг батлан баримталдаг. Учир нь Небухаднезар Ашпеназад нэгэн мэдээ өгч, тэр нь цааш Мелцарт уг мэдээг дамжуулсан бөгөөд дараа нь тэр Даниелтай харилцсан. Эцэг Христэд нэгэн мэдээ өгч, Христ нь цааш Габриелд уг мэдээг өгсөн бөгөөд дараа нь тэр Иохантай харилцсан.</w:t>
      </w:r>
    </w:p>
    <w:p>
      <w:pPr>
        <w:pStyle w:val="ArticleBody"/>
        <w:jc w:val="left"/>
      </w:pPr>
      <w:r>
        <w:rPr>
          <w:rFonts w:ascii="Times New Roman" w:hAnsi="Times New Roman" w:eastAsia="Times New Roman" w:cs="Times New Roman"/>
        </w:rPr>
        <w:t>Одоо лац нь тайлагдаж буй энэ мэдээ нь Эцэг Өөрийн сүмтэй харилцах үйл явцыг илтгэн таниулдаг. Эцэг Өөрийн сүмд хамгийн түрүүнд таниулахаар сонгосон зүйл нь гурван тэнгэрэлчийн гурван шатат сорилтын үйл явц мөн. Бурханы эш үзүүллэгийн Үг энэ үйл явцыг хэд хэдэн эш үзүүллэгийн шугамаар, мөн түүнчлэн Миллерчүүдийн түүхээр маш нарийн тодорхойлон өгүүлсэн байдаг. Эдгээр үнэнүүд нь 2001 оны 9 дүгээр сарын 11-нд тэнгэрэлч бууж ирэхэд түүний гарт байсан нууц маннагийн зайлшгүй чухал бүрэлдэхүүн хэсэг мөн.</w:t>
      </w:r>
    </w:p>
    <w:p>
      <w:pPr>
        <w:pStyle w:val="ArticleBody"/>
        <w:jc w:val="left"/>
      </w:pPr>
      <w:r>
        <w:rPr>
          <w:rFonts w:ascii="Times New Roman" w:hAnsi="Times New Roman" w:eastAsia="Times New Roman" w:cs="Times New Roman"/>
        </w:rPr>
        <w:t>Хэрэв та эхний шалгалтыг даваагүй бол оролцох, улмаар хоёр дахь шалгалтыг давах нь боломжгүй юм. Энэ үнэн Христ болон Миллерийн хөдөлгөөнийхний түүхэнд тодорхойгоор дүрслэгдэн харуулагдсан. Даниелын хоёрдугаар бүлэг бол хоёр дахь шалгалт мөн бөгөөд, Эллен Уайт эгчийн хэлснээр, үүгээр “бидний мөнхийн хувь заяа шийдэгдэх болно.” Тэр цааш нь, энэ нь “бид лацдуулагдахаасаа өмнө” давах ёстой шалгалт гэж хэлсэн. Тэр шалгалт эдүгээ бараг дуусч байна.</w:t>
      </w:r>
    </w:p>
    <w:p>
      <w:pPr>
        <w:pStyle w:val="ArticleBody"/>
        <w:jc w:val="left"/>
      </w:pPr>
      <w:r>
        <w:rPr>
          <w:rFonts w:ascii="Times New Roman" w:hAnsi="Times New Roman" w:eastAsia="Times New Roman" w:cs="Times New Roman"/>
        </w:rPr>
        <w:t>Даниелын хоёрдугаар бүлэг нь араатны дүрсний шалгалтын тухай бөгөөд энэ бүлэг агуу дүрсний тухай байдаг нь тун зохистой юм. Мөн Даниел хоол хүнсний шалгалтыг давж, “арав дахин” илүү “ухаарал” болон “мэргэн ухаан”-аар ерөөгдсөнөөсөө болж л тэрхүү шалгалтыг танин мэдэж чадсан билээ. Эллен Уайтын бичвэрүүд дэх тэр шалгалтын тухай анхааруулгатай адил, Даниелын хоёрдугаар бүлэг дэх дүрсний шалгалт нь амь эсвэл үхлийн үр дагаврыг илэрхийлдэг шалгалт юм.</w:t>
      </w:r>
    </w:p>
    <w:p>
      <w:pPr>
        <w:pStyle w:val="ArticleScripture"/>
        <w:jc w:val="left"/>
      </w:pPr>
      <w:r>
        <w:rPr>
          <w:rFonts w:ascii="Times New Roman" w:hAnsi="Times New Roman" w:eastAsia="Times New Roman" w:cs="Times New Roman"/>
        </w:rPr>
        <w:t>Иймийн тул хаан хилэгнэж, маш их уурсан, Вавилоны бүх мэргэдийг устгахыг тушаав. Тэгээд мэргэдийг алах зарлиг гарч, Даниел болон түүний нөхдийг ч алахаар эрэн хайв. Даниел 2:12, 13.</w:t>
      </w:r>
    </w:p>
    <w:p>
      <w:pPr>
        <w:pStyle w:val="ArticleBody"/>
        <w:jc w:val="left"/>
      </w:pPr>
      <w:r>
        <w:rPr>
          <w:rFonts w:ascii="Times New Roman" w:hAnsi="Times New Roman" w:eastAsia="Times New Roman" w:cs="Times New Roman"/>
        </w:rPr>
        <w:t>Даниелын нэг дүгээр бүлэгт авч үзэх шаардлагатай өөр хэдэн эш үзүүллийн асуудал бий бөгөөд бид дараагийн өгүүлэлд тэдгээр асуудлыг үргэлжлүүлэн авч үзнэ.</w:t>
      </w:r>
    </w:p>
    <w:p>
      <w:pPr>
        <w:pStyle w:val="ArticleScripture"/>
        <w:jc w:val="left"/>
      </w:pPr>
      <w:r>
        <w:rPr>
          <w:rFonts w:ascii="Times New Roman" w:hAnsi="Times New Roman" w:eastAsia="Times New Roman" w:cs="Times New Roman"/>
        </w:rPr>
        <w:t>“Би биеийн тогтсон итгэлийг ганхуулахыг оролдох хүмүүст ямар ч дэмжлэг үзүүлэлгүй, сайтар хамгаалагдан бат зогсож буй нэгэн бүлгийг харсан. Бурхан тэднийг сайшаалтайгаар харж байлаа. Надад гурван алхмыг—эхний, хоёр дахь, гурав дахь тэнгэрэлчийн мэдээнүүдийг—үзүүлэв. Намайг дагалдаж явсан тэнгэрэлч хэлсэн нь: ‘Эдгээр мэдээнүүдээс нэг чулууг хөдөлгөх, эсвэл нэг хадаасыг хөндөх хүнд золгүй еэ. Эдгээр мэдээнүүдийн жинхэнэ ойлголт нь амин чухал ач холбогдолтой. Сүнснүүдийн хувь заяа тэдгээрийг хэрхэн хүлээн авахаас шалтгаална.’ Би дахин эдгээр мэдээнүүдээр доош хөтлөгдөн, Бурханы ард түмэн өөрсдийн туршлагыг ямар үнээр олж авсныг харсан. Энэ нь их зовлон, ширүүн тэмцлийн дундуур олдсон байв. Бурхан тэднийг алхам алхмаар удирдсаар, эцэст нь бат, хөдөлшгүй тавцан дээр байрлуулсан байлаа. Би хүмүүсийг тэр тавцанд ойртон ирж, суурийг нь шалгаж байгааг харсан. Зарим нь баяр хөөртэйгээр даруй түүн дээр гарсан. Бусад нь сууринаас өө сэв эрж эхэлсэн. Тэд сайжруулалт хийгдэхийг хүсэж байв; тэгвэл тавцан илүү төгс болж, ард түмэн ч хавьгүй жаргалтай байх байлаа. Зарим нь тавцангаас бууж, түүнийг шалгаад буруу тавигдсан хэмээн тунхагласан. Гэвч би бараг бүгд тавцан дээр бат зогсож, бууж гарсан хүмүүсийг гомдоллохоо болихыг уриалж байгааг харсан; учир нь Бурхан бол Ерөнхий Барилгачин байсан бөгөөд тэд Түүний эсрэг тэмцэж байлаа. Тэд өөрсдийг нь тэрхүү бат тавцанд хүргэсэн Бурханы гайхамшигт ажлыг дурсан өгүүлж, нэгэн санаагаар нүдээ тэнгэр өөд өргөн, чанга дуугаар Бурханыг алдаршуулсан. Энэ нь гомдоллож, тавцангаас гарсан заримд нөлөөлж, тэд даруу төрхтэйгөөр дахин түүн дээр гарсан.”</w:t>
      </w:r>
    </w:p>
    <w:p>
      <w:pPr>
        <w:pStyle w:val="ArticleScripture"/>
        <w:jc w:val="left"/>
      </w:pPr>
      <w:r>
        <w:rPr>
          <w:rFonts w:ascii="Times New Roman" w:hAnsi="Times New Roman" w:eastAsia="Times New Roman" w:cs="Times New Roman"/>
        </w:rPr>
        <w:t>“Намайг Христийн эхний ирэлтийн тунхаглал руу дахин анхааруулан хандуулсан. Иохан Есүсийн замыг бэлтгэхийн тулд Елиагийн сүнс ба хүчээр илгээгдсэн юм. Иоханы гэрчлэлийг няцаасан хүмүүс Есүсийн сургаалаас ашиг хүртээгүй. Түүний ирэлтийг зөгнөн урьдчилан хэлсэн мэдээний эсрэг тэдний эсэргүүцэл нь Тэр Мессиа мөн гэдгийн хамгийн хүчтэй нотолгоог ч тэд амархан хүлээн авч чадахгүй байхаар тэднийг хүргэсэн. Сатан Иоханы мэдээг няцаасан хүмүүсийг улам цааш хөтөлж, Христийг няцаан цовдлоход хүргэсэн. Үүнийг үйлдсэнээрээ тэд өөрсдийгөө Пентекостын өдөр хүртэх байсан ерөөлөөс хассан бөгөөд тэр ерөөл нь тэдэнд тэнгэрийн ариун сүмд хүрэх замыг заах байсан юм. Ариун сүмийн хөшиг [урагдан] тасарсан явдал нь иудейн тахилууд ба ёслолууд цаашид хүлээн авагдахгүйг харуулсан. Агуу Тахил өргөгдсөн бөгөөд хүлээн авагдсан байв. Пентекостын өдөр буусан Ариун Сүнс шавь нарын оюун санааг газрын ариун сүмээс тэнгэрийн ариун сүм рүү хандуулсан бөгөөд тийшээ Есүс Өөрийн цусаар орсон байлаа, ингэснээр Өөрийн цагаатгалын үр шимийг шавь нар дээрээ асгахын тулд. Харин иудейчүүд бүрэн харанхуйд үлдсэн. Тэд авралын төлөвлөгөөний талаар авах боломжтой байсан бүх гэрлийг алдсан атлаа хэрэггүй болсон өөрсдийн тахил, өргөлүүдэд итгэсээр байв. Тэнгэрийн ариун сүм нь газрын ариун сүмийн оронд орсон байсан ч тэд энэ өөрчлөлтийн талаар ямар ч мэдлэггүй байлаа. Тиймээс тэд ариун газарт Христийн зуучлалаас ашиг хүртэж чадаагүй.”</w:t>
      </w:r>
    </w:p>
    <w:p>
      <w:pPr>
        <w:pStyle w:val="ArticleScripture"/>
        <w:jc w:val="left"/>
      </w:pPr>
      <w:r>
        <w:rPr>
          <w:rFonts w:ascii="Times New Roman" w:hAnsi="Times New Roman" w:eastAsia="Times New Roman" w:cs="Times New Roman"/>
        </w:rPr>
        <w:t>“Олон хүн Христийг няцааж, цовдолсон иудейчүүдийн явдлыг айдас жигшилтэйгээр хардаг; мөн Түүний ичгүүрт доромжлолын түүхийг уншихдаа, өөрсдийгөө Түүнийг хайрладаг, Петрийн адил Түүнээс няцахгүй, эсвэл иудейчүүдийн адил Түүнийг цовдлохгүй байсан хэмээн боддог. Харин бүх хүний зүрх сэтгэлийг уншдаг Бурхан тэдний Есүстэй гэж хэлдэг тэрхүү хайрыг сорилтод оруулсан юм. Эхний тэнгэрэлчийн мэдээ хэрхэн хүлээн авагдахыг бүх тэнгэр хамгийн гүн сонирхлоор ажиглаж байлаа. Гэвч Есүсийг хайрладаг хэмээн зарлаж, загалмайн түүхийг уншихдаа нулимс унагадаг байсан олон хүн Түүний ирэлтийн сайн мэдээг дооглон тохуурхав. Тэд уг мэдээг баяртайгаар хүлээн авахын оронд төөрөгдөл хэмээн зарласан. Тэд Түүний үзэгдэхийг хайрлагчдыг үзэн ядаж, тэднийг чуулгануудаас хөөж гаргав. Эхний мэдээг няцаасан хүмүүс хоёр дахь мэдээнээс тус хүртэж чадаагүй; мөн тэнгэрийн ариун газрын Хамгийн Ариун Хэсэгт Есүстэй хамт итгэлээр ороход тэднийг бэлтгэх ёстой байсан шөнийн дундах хашхираанаас ч тэд ашиг хүртээгүй. Урьдын тэр хоёр мэдээг няцааснаар тэд өөрсдийн ойлголтыг тийнхүү харанхуйруулсан тул Хамгийн Ариун Хэсэгт хүрэх замыг үзүүлдэг гурав дахь тэнгэрэлчийн мэдээн дэх ямар ч гэрлийг тэд харж чаддаггүй. Иудейчүүд Есүсийг цовдолсны адил нэр төдий чуулганууд эдгээр мэдээнүүдийг цовдолсон тул Хамгийн Ариун Хэсэгт хүрэх замын талаар тэд ямар ч мэдлэггүй бөгөөд тэндэх Есүсийн зуучлалаас ашиг тус хүртэж чадахгүй байгааг би харсан. Ашиггүй тахилуудаа өргөдөг байсан иудейчүүдийн адил тэд Есүсийн орхисон тэр тасалгаанд ашиггүй залбирлуудаа өргөдөг; мөн энэ мэхэнд баяссан Сатан шашинлаг дүр төрхийг өөртөө авч, өөрсдийгөө Христэд итгэгчид хэмээн нэрлэгч эдгээр хүмүүсийн оюун санааг өөр рүүгээ хөтөлж, өөрийн хүч чадал, тэмдгүүд, худал гайхамшгуудаар үйлдэн, тэднийг өөрийн урхинд бат бөх ороохын тулд ажилладаг.” Эртний бичвэрүүд,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Есдүгээр бүлэг</dc:title>
  <dc:subject>Эхний тэнгэрэлчийн мэдээ</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