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Нэг Зуун Нэг</w:t>
      </w:r>
    </w:p>
    <w:p>
      <w:pPr>
        <w:pStyle w:val="ArticleSubtitle"/>
        <w:jc w:val="left"/>
      </w:pPr>
      <w:r>
        <w:rPr>
          <w:rFonts w:ascii="Arial" w:hAnsi="Arial" w:eastAsia="Arial" w:cs="Arial"/>
        </w:rPr>
        <w:t>Гэрээний Элч: Цэвэршүүлэлтээс Цэвэрлэн зайлуулах хүртэл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Христ гэрээг баталгаажуулсан тэр долоо хоног нь Түүний баптисмаас эхлэн, тэнгэрийн ариун сүмд Христ Степаныг чулуугаар шидэн алах үед босон зогссон хүртэлх хугацааг төлөөлсөн юм.</w:t>
      </w:r>
    </w:p>
    <w:p>
      <w:pPr>
        <w:pStyle w:val="ArticleScripture"/>
        <w:jc w:val="left"/>
      </w:pPr>
      <w:r>
        <w:rPr>
          <w:rFonts w:ascii="Times New Roman" w:hAnsi="Times New Roman" w:eastAsia="Times New Roman" w:cs="Times New Roman"/>
        </w:rPr>
        <w:t>Харин тэр Ариун Сүнсээр дүүрэн байж, тэнгэр өөд анхааран ширтээд, Бурханы алдар сууг, мөн Бурханы баруун гар талд зогсож буй Есүсийг харав. Тэгээд тэр, Үзэгтүн, би тэнгэр нээгдсэнийг, мөн Хүний Хүү Бурханы баруун гар талд зогсож байгааг харж байна, гэв. Тэгэхэд тэд чанга дуугаар хашхирч, чихээ бөглөөд, нэгэн санаагаар түүн рүү дайран очиж, түүнийг хотоос гарган чулуугаар шидэв. Гэрч нар хувцсаа Саул нэртэй нэгэн залуугийн хөлд тавив. Тэд Стефанд чулуугаар шидэж байхдаа Бурханыг дуудаж, Эзэн Есүс ээ, миний сүнсийг хүлээн авна уу, хэмээн хэлж байв. Тэр өвдөг сөхрөн, чанга дуугаар, Эзэн минь, энэ нүглийг тэдэнд бүү тохоорой, хэмээн хашхирав. Үүнийг хэлээд тэр нойрсов. Үйлс 7:55–60.</w:t>
      </w:r>
    </w:p>
    <w:p>
      <w:pPr>
        <w:pStyle w:val="ArticleBody"/>
        <w:jc w:val="left"/>
      </w:pPr>
      <w:r>
        <w:rPr>
          <w:rFonts w:ascii="Times New Roman" w:hAnsi="Times New Roman" w:eastAsia="Times New Roman" w:cs="Times New Roman"/>
        </w:rPr>
        <w:t>Стефан чулуугаар шидүүлж, Михаил босон зогсох үед сайн мэдээ харь үндэстнүүдэд хүрсэн. Учир нь тэр цаг хүртэл сайн мэдээ зөвхөн иудейчүүдэд хязгаарлагдсан байсан юм.</w:t>
      </w:r>
    </w:p>
    <w:p>
      <w:pPr>
        <w:pStyle w:val="ArticleScripture"/>
        <w:jc w:val="left"/>
      </w:pPr>
      <w:r>
        <w:rPr>
          <w:rFonts w:ascii="Times New Roman" w:hAnsi="Times New Roman" w:eastAsia="Times New Roman" w:cs="Times New Roman"/>
        </w:rPr>
        <w:t>“Тэгээд, тэнгэрэлч өгүүлрүүн, ‘Тэрээр нэг долоо хоног [долоон жил]-ийн турш олонтой гэрээг батална.’ Аврагч Өөрийн үйлчлэлээ эхэлснээс хойших долоон жилийн турш сайн мэдээ ялангуяа иудейчүүдэд тунхаглагдах ёстой байв; гурван жил хагасын туршид Христ Өөрөө, түүнээс хойш элч нар тунхагласан. ‘Долоо хоногийн хагас үед Тэрээр тахил ба өргөлийг зогсооно.’ Даниел 9:27. МЭ 31 оны хавар Христ, жинхэнэ Тахил, Калвар дээр өргөгдөв. Тэгэхэд ариун сүмийн хөшиг хоёр хуваагдан урагдсан нь тахилын ёслолын ариун чанар ба утга учир нь нэгэнт арилсныг харуулсан юм. Газрын дээрх тахил ба өргөлийг зогсоох цаг ирсэн байлаа.”</w:t>
      </w:r>
    </w:p>
    <w:p>
      <w:pPr>
        <w:pStyle w:val="ArticleScripture"/>
        <w:jc w:val="left"/>
      </w:pPr>
      <w:r>
        <w:rPr>
          <w:rFonts w:ascii="Times New Roman" w:hAnsi="Times New Roman" w:eastAsia="Times New Roman" w:cs="Times New Roman"/>
        </w:rPr>
        <w:t>“Нэг долоо хоног—долоон жил—МЭ 34 онд төгссөн. Тэгээд Стефаныг чулуугаар цохиж алснаар иудейчүүд сайн мэдээг няцааснаа эцэслэн баталсан; хавчлагын улмаас тархан явсан шавь нар ‘үгийг тунхаглан хаа сайгүй явсан’ (Үйлс 8:4); удалгүй хавчигч Саул хөрвөж, харь үндэстнүүдэд илгээгдсэн элч Паул болсон юм.” Христийн хүсэл, 233.</w:t>
      </w:r>
    </w:p>
    <w:p>
      <w:pPr>
        <w:pStyle w:val="ArticleBody"/>
        <w:jc w:val="left"/>
      </w:pPr>
      <w:r>
        <w:rPr>
          <w:rFonts w:ascii="Times New Roman" w:hAnsi="Times New Roman" w:eastAsia="Times New Roman" w:cs="Times New Roman"/>
        </w:rPr>
        <w:t>34 дүгээр онд ариун долоо хоног (хоёр мянга таван зуун хорин өдөр) төгсөж, эртний Израиль Бурханаас гэрлэлт цуцлагдсан бөгөөд тэдний сорилтын хугацаа бүрэн хаагдсан байв. Тэр мөчид, гэрээг няцаасны төлөө болон Бурханы Хүүг цовдолсны төлөө эртний Израильд оноогдох шийтгэл Бурханы гүйцэтгэх шүүлтэд захирагдсан юм. Бурхан Өөрийн урт тэвчээрт нигүүлслээр Иерусалимын сүйрлийг МЭ 66 оноос МЭ 70 он хүртэлх бүслэлт ба сүйтгэлийн цаг хүртэл хойшлуулсан.</w:t>
      </w:r>
    </w:p>
    <w:p>
      <w:pPr>
        <w:pStyle w:val="ArticleBody"/>
        <w:jc w:val="left"/>
      </w:pPr>
      <w:r>
        <w:rPr>
          <w:rFonts w:ascii="Times New Roman" w:hAnsi="Times New Roman" w:eastAsia="Times New Roman" w:cs="Times New Roman"/>
        </w:rPr>
        <w:t>Даниел номын есдүгээр бүлэгт Христ гэрээг баталсан тэр долоо хоногийг заасан эшлэлүүд нь мөн харь Ром (ирэх ноён) хот болон ариун газрыг сүйтгэнэ гэдгийг заадаг; харин Бурхан Өөрийн тэвчээр дүүрэн өршөөлөөр эртний Израилийн хөвгүүдэд сайн мэдээг сонсож, тэдний эцгүүдийн өөрсдийнх нь дунд Христ болон шавь нарын үйлчлэл үргэлжилсэн долоон жилийн хугацаанд хийсэнчлэн шийдвэр гаргах цагийг олгосон юм.</w:t>
      </w:r>
    </w:p>
    <w:p>
      <w:pPr>
        <w:pStyle w:val="ArticleScripture"/>
        <w:jc w:val="left"/>
      </w:pPr>
      <w:r>
        <w:rPr>
          <w:rFonts w:ascii="Times New Roman" w:hAnsi="Times New Roman" w:eastAsia="Times New Roman" w:cs="Times New Roman"/>
        </w:rPr>
        <w:t>Христ Өөрөө Иерусалимын сүйрлийг тунхагласнаас хойш бараг дөчин жилийн турш Эзэн тэр хот болон үндэстэнд буулгах шүүлтүүдээ хойшлуулсан юм. Өөрийн сайн мэдээг няцаасан, Өөрийн Хүүг алсан хүмүүст хандах Бурханы тэвчээр үнэхээр гайхамшигтай байв. Үр жимсгүй модны тухай сургаалт зүйрлэл нь Бурхан еврей үндэстэнтэй хэрхэн харьцсаныг дүрслэн илэрхийлсэн байлаа. “Үүнийг огтол; юунд газрыг дэмий эзлэнэ вэ?” (Лук 13:7) гэсэн тушаал гарсан байсан боловч тэнгэрлэг өршөөл түүнийг дахиад жаахан хугацаанд аварсан юм. Еврейчүүдийн дунд Христийн зан чанар болон үйл хэргийн талаар мэдлэггүй хүмүүс олон байсаар байв. Мөн хүүхдүүд эцэг эхийнхээ үл тоомсорлосон боломжуудыг эдлээгүй, тэдний няцаасан гэрлийг хүлээн аваагүй байлаа. Элч нар болон тэдний хамтран зүтгэгчдийн номлолоор дамжуулан Бурхан тэдэнд гэрлээ тусгах байсан; тэдэнд эш үзүүллэг зөвхөн Христийн төрөлт ба амьдралд төдийгүй Түүний үхэл ба амилалтад ч хэрхэн биелснийг харах боломж олгогдох байв. Хүүхдүүд эцэг эхийнхээ нүглийн төлөө яллагдаагүй; харин эцэг эхэд нь өгөгдсөн бүх гэрлийн тухай мэдлэгтэй атлаа өөрсдөд нь өгөгдсөн нэмэлт гэрлийг хүүхдүүд няцаах үедээ тэд эцэг эхийнхээ нүгэлд оролцогч болж, өөрсдийн гэм буруугийн хэмжээг гүйцээсэн юм.</w:t>
      </w:r>
    </w:p>
    <w:p>
      <w:pPr>
        <w:pStyle w:val="ArticleScripture"/>
        <w:jc w:val="left"/>
      </w:pPr>
      <w:r>
        <w:rPr>
          <w:rFonts w:ascii="Times New Roman" w:hAnsi="Times New Roman" w:eastAsia="Times New Roman" w:cs="Times New Roman"/>
        </w:rPr>
        <w:t>“Иерусалимын зүг Бурханы тэвчээр хүлээлт нь иудейчүүдийг зөрүүд, гэмшдэггүй байдлыг нь улам бататгасан төдий байв. Тэд Есүсийн шавь нарыг үзэн ядаж, харгислан хавчихдаа өршөөлийн сүүлчийн саналыг няцаасан юм. Тэгэхэд Бурхан Өөрийн хамгааллыг тэднээс татан авч, Сатан ба түүний тэнгэрэлчдийг хязгаарлан барьж байсан хүчээ зайлуулснаар, тэр үндэстэн өөрсдийн сонгосон удирдагчийн захиргаанд орхигдов. Түүний хүүхдүүд Христийн ивээлийг жигшин түлхсэн бөгөөд тэрхүү ивээл нь тэдэнд өөрсдийн бузар хүслийг даран захирах боломж олгох байсан; харин эдүгээ тэрхүү хүслүүд нь өөрсдийг нь дийлэгчид болов. Сатан сэтгэлийн хамгийн догшин, хамгийн ёроолгүй дорд тачаалуудыг өдөөв. Хүмүүс эргэцүүлэн бодсонгүй; тэд ухаан бодлын хүрээнээс хальж, зөн совин ба сохор хилэнд захирагджээ. Тэд харгис хэрцгий байдлаараа сатанлаг болов. Гэр бүл дотор ч, үндэстэн дотор ч, дээдсээс доодос хүртэл бүх давхаргад сэжиг, атаархал, үзэн ядалт, тэмцэл, бослого, аллага ноёрхож байв. Хаана ч аюулгүй газар байсангүй. Найз нөхөд, төрөл садан бие биеэ урвав. Эцэг эхчүүд хүүхдүүдээ, хүүхдүүд эцэг эхээ хөнөөв. Ард түмний удирдагчид өөрсдийгөө захирах чадалгүй байлаа. Хяналтгүй тачаалууд тэднийг дарангуйлагчид болгосон. Иудейчүүд гэмгүй Бурханы Хүүг яллахын тулд худал гэрчлэлийг хүлээн зөвшөөрсөн. Одоо худал гүжирдлэгүүд өөрсдийнх нь амийг ч тогтворгүй болгожээ. Тэд үйлдлээрээ аль хэдийнээ: ‘Израилийн Ариун Нэгнийг бидний өмнөөс зайлуул’ хэмээн хэлсээр ирсэн. Исаиа 30:11. Одоо тэдний хүсэл биелэв. Бурханы айдас тэднийг цаашид түгшээхээ больсон. Сатан үндэстний тэргүүнд зогсож, иргэний болон шашны хамгийн дээд эрх мэдэлтнүүд түүний эрхшээл дор байв.” Агуу Тэмцэл, 27, 28.</w:t>
      </w:r>
    </w:p>
    <w:p>
      <w:pPr>
        <w:pStyle w:val="ArticleBody"/>
        <w:jc w:val="left"/>
      </w:pPr>
      <w:r>
        <w:rPr>
          <w:rFonts w:ascii="Times New Roman" w:hAnsi="Times New Roman" w:eastAsia="Times New Roman" w:cs="Times New Roman"/>
        </w:rPr>
        <w:t>Гэрээний Элчийн хувьд Христ эхлээд зөвхөн иудейчүүдтэй онцгойлон харьцсан. МЭ 34 онд, Степаныг чулуугаар шидэн алсан үед, сайн мэдээ дараа нь харь үндэстнүүдэд хүрч, Бурханы гүйцэтгэх шүүлтийн цаг ирсэн боловч Бурхан Өөрийн өршөөлдөө тэр мөчийг ойролцоогоор дөчин жилийн турш хойшлуулсан юм.</w:t>
      </w:r>
    </w:p>
    <w:p>
      <w:pPr>
        <w:pStyle w:val="ArticleBody"/>
        <w:jc w:val="left"/>
      </w:pPr>
      <w:r>
        <w:rPr>
          <w:rFonts w:ascii="Times New Roman" w:hAnsi="Times New Roman" w:eastAsia="Times New Roman" w:cs="Times New Roman"/>
        </w:rPr>
        <w:t>Гэрээний Элчийн хувьд, Малахи гуравдугаар бүлгийн биелэл болгон Христ сүмийг хоёр удаа цэвэрлэсэн. Тэр үүнийг тухайн үед өнгөрөгдөж, салгагдаж байсан гэрээний ард түмэнд, мөн түүнчлэн тэр үед шинэ сонгогдсон ард түмэн болох хүмүүст онцгойлон тусгаарлагдсан нэгэн хугацаанд үйлдсэн юм. Тэр хугацаа өндөрлөхөд Бурханы гүйцэтгэх шүүлтийн цаг эхэлсэн. Иохан Баптист нь Христ Өөрийн байгуулан босгох, Өөртэйгөө гэрээ байгуулах шинэ сонгогдсон ард түмний төлөөх ажлын замыг бэлтгэсэн элч мөн байв.</w:t>
      </w:r>
    </w:p>
    <w:p>
      <w:pPr>
        <w:pStyle w:val="ArticleBody"/>
        <w:jc w:val="left"/>
      </w:pPr>
      <w:r>
        <w:rPr>
          <w:rFonts w:ascii="Times New Roman" w:hAnsi="Times New Roman" w:eastAsia="Times New Roman" w:cs="Times New Roman"/>
        </w:rPr>
        <w:t>Сүмийг хоёр удаа цэвэрлэсэн нь Христийн сэтгэлийн сүмийг цэвэрлэх ажлыг таниулсан сургамжит үйл явдлууд байв. Гэрээний Элч Малахи гуравдугаар бүлэгт гэнэт ирэхдээ, эртний өдрүүдийн адил өргөл бий болгохын тулд Левийн хөвгүүдийг ариусган цэвэршүүлж, мөн зайлуулан ариутгадаг.</w:t>
      </w:r>
    </w:p>
    <w:p>
      <w:pPr>
        <w:pStyle w:val="ArticleScripture"/>
        <w:jc w:val="left"/>
      </w:pPr>
      <w:r>
        <w:rPr>
          <w:rFonts w:ascii="Times New Roman" w:hAnsi="Times New Roman" w:eastAsia="Times New Roman" w:cs="Times New Roman"/>
        </w:rPr>
        <w:t>Харин Түүний ирэх өдрийг хэн тэсвэрлэж чадах вэ? Тэр үзэгдэхэд хэн зогсон үлдэж чадах вэ? Учир нь Тэр бол хайлуулагчийн гал мэт, угаагчийн шүлт мэт билээ. Тэр мөнгийг хайлуулж, цэвэршүүлэгч мэт сууж, Левийн хөвгүүдийг цэвэршүүлэн, тэднийг алт мөнгө мэт ариусгана. Ингэснээр тэд зөвт байдал дотор ЭЗЭНд өргөл өргөх болно. Тэгээд Иуда ба Иерусалимын өргөл эртний өдрүүдэд байсан шиг, урьдын жилүүдэд байсан шиг ЭЗЭНд тааламжтай байх болно. Малахи 3:2–3.</w:t>
      </w:r>
    </w:p>
    <w:p>
      <w:pPr>
        <w:pStyle w:val="ArticleBody"/>
        <w:jc w:val="left"/>
      </w:pPr>
      <w:r>
        <w:rPr>
          <w:rFonts w:ascii="Times New Roman" w:hAnsi="Times New Roman" w:eastAsia="Times New Roman" w:cs="Times New Roman"/>
        </w:rPr>
        <w:t>Малахийн гуравдугаар бүлэгт гардагчлан, ариун сүмийг хоёр удаа цэвэрлэсэн явдал нь Гэрээний Элчийн үйлдлээр гүйцэлддэг Левийн хөвгүүдийн итгэлийн төгөлдөржилтийг төлөөлдөг. Левийн хөвгүүдийн итгэлийн төгөлдөржилт нь алтыг цэвэршүүлэхээр дүрслэгдсэн байдаг.</w:t>
      </w:r>
    </w:p>
    <w:p>
      <w:pPr>
        <w:pStyle w:val="ArticleScripture"/>
        <w:jc w:val="left"/>
      </w:pPr>
      <w:r>
        <w:rPr>
          <w:rFonts w:ascii="Times New Roman" w:hAnsi="Times New Roman" w:eastAsia="Times New Roman" w:cs="Times New Roman"/>
        </w:rPr>
        <w:t>“Сувилалд ямар нэгэн нөлөөтэй байдаг бүх хүмүүсийн дотор Бурханы хүслийг дагах, өөрийгөө даруусгах, зүрх сэтгэлээ Христийн Сүнсний үнэт нөлөөнд нээх явдал байх ёстой. Галд шалгагдсан алт нь хайр ба итгэлийг илэрхийлдэг. Олон хүн хайргүй шахам хоосорсон байдаг. Өөртөө хангалуун байх нь тэдний нүдийг сохолж, өөрсдийнх нь агуу хэрэгцээг олж харахгүй болгодог. Өдөр бүр Бурханд дахин эргэх, шашны амьдралдаа шинэ, гүнзгий, өдөр тутмын туршлага авах нь гарцаагүй зайлшгүй хэрэгтэй юм.” Testimonies, volume 4, 558.</w:t>
      </w:r>
    </w:p>
    <w:p>
      <w:pPr>
        <w:pStyle w:val="ArticleBody"/>
        <w:jc w:val="left"/>
      </w:pPr>
      <w:r>
        <w:rPr>
          <w:rFonts w:ascii="Times New Roman" w:hAnsi="Times New Roman" w:eastAsia="Times New Roman" w:cs="Times New Roman"/>
        </w:rPr>
        <w:t>Малахи гуравдугаар бүлэгт гардаг сүмийг хоёр удаа цэвэрлэсэн явдал нь Гэрээний Элчээр гүйцэлддэг, мэргэдийн доторх мэдлэгийн өсөлтийн ойлголт төгс болсныг төлөөлдөг бөгөөд тэрхүү мэргэд нь Левийн хөвгүүд билээ. Левийн хөвгүүдийн төгс бололт нь мөнгийг цэвэршүүлснээр төлөөлөгдсөн байдаг.</w:t>
      </w:r>
    </w:p>
    <w:p>
      <w:pPr>
        <w:pStyle w:val="ArticleScripture"/>
        <w:jc w:val="left"/>
      </w:pPr>
      <w:r>
        <w:rPr>
          <w:rFonts w:ascii="Times New Roman" w:hAnsi="Times New Roman" w:eastAsia="Times New Roman" w:cs="Times New Roman"/>
        </w:rPr>
        <w:t>ЭЗЭНий үгс бол ариун үгс мөн; газрын зууханд хайлуулан шалгаж, долоонтаа цэвэршүүлсэн мөнгө мэт. Дуулал 12:6.</w:t>
      </w:r>
    </w:p>
    <w:p>
      <w:pPr>
        <w:pStyle w:val="ArticleBody"/>
        <w:jc w:val="left"/>
      </w:pPr>
      <w:r>
        <w:rPr>
          <w:rFonts w:ascii="Times New Roman" w:hAnsi="Times New Roman" w:eastAsia="Times New Roman" w:cs="Times New Roman"/>
        </w:rPr>
        <w:t>Гэрээний Элч Левийн хөвгүүдийг мөнгө, алт мэт цэвэршүүлэх ёстой байв. Бурханы Үг л цэвэршүүлдэг; учир нь цэвэршүүлэгдэнэ гэдэг нь зөвтгөгдөж, ариусгагдана гэсэн үг юм.</w:t>
      </w:r>
    </w:p>
    <w:p>
      <w:pPr>
        <w:pStyle w:val="ArticleScripture"/>
        <w:jc w:val="left"/>
      </w:pPr>
      <w:r>
        <w:rPr>
          <w:rFonts w:ascii="Times New Roman" w:hAnsi="Times New Roman" w:eastAsia="Times New Roman" w:cs="Times New Roman"/>
        </w:rPr>
        <w:t>Тэднийг Өөрийн үнэнээр ариусгаач: Таны үг бол үнэн мөн. Иохан 17:17.</w:t>
      </w:r>
    </w:p>
    <w:p>
      <w:pPr>
        <w:pStyle w:val="ArticleBody"/>
        <w:jc w:val="left"/>
      </w:pPr>
      <w:r>
        <w:rPr>
          <w:rFonts w:ascii="Times New Roman" w:hAnsi="Times New Roman" w:eastAsia="Times New Roman" w:cs="Times New Roman"/>
        </w:rPr>
        <w:t>Баптисч Иохан нь Малакын гуравдугаар бүлгийн анхны биелэлд Гэрээний Элчид замыг бэлтгэсэн элч байсан бөгөөд энэ талаар түүний мэдээ чанартаа дөрвөн талт байв. Түүний ажилд Гэрээний Элчийн гүйцэтгэх ёстой цэвэршүүлэлтийн ажлыг тодорхойлон заах явдал багтаж байсан бөгөөд гүйцэлдсэн тэр цэвэршүүлэлтийн ажил нь үр тариа цайруулах талбайг шүүрдэн цэвэрлэх үйлдлээр дүрслэгдсэн байв. Тэрээр урьдны сонгогдсон ард түмэн тэр үед өнгөрөгдөж буй үйл явцад байгааг тодорхойлсон. Тэр мөн Бурханы ард түмэнд Лаодикийн мэдээг тунхаглаж, ингэснээр тэдэнд өөрсдийнх нь нүгэл болон эцэг өвгөдийнх нь нүглийг харуулсан. Тэр эдгээр бүх бодит байдлыг “ирэх уур хилэн”-гийн хүрээнд байрлуулсан. Замыг бэлтгэсэн элчийн ажил нь өнгөрөгдөж байсан тэр ард түмний боловсролын тогтолцоонд хэзээ ч боловсрол эзэмшиж байгаагүй нэгний хийсэн ажлыг төлөөлж байв.</w:t>
      </w:r>
    </w:p>
    <w:p>
      <w:pPr>
        <w:pStyle w:val="ArticleScripture"/>
        <w:jc w:val="left"/>
      </w:pPr>
      <w:r>
        <w:rPr>
          <w:rFonts w:ascii="Times New Roman" w:hAnsi="Times New Roman" w:eastAsia="Times New Roman" w:cs="Times New Roman"/>
        </w:rPr>
        <w:t>“Баптист Иохан дотор Эзэн Өөртөө Эзэний замыг бэлтгэх нэгэн элчийг босгосон юм. Тэрээр нүглийг зэмлэн буруушаахдаа ертөнцөд огт халширшгүй гэрчлэлийг хүргэх ёстой байв. Лук түүний эрхэм зорилго ба ажлыг тунхаглахдаа: ‘Тэр Элиагийн сүнс ба хүчээр Түүний өмнө явж, эцгүүдийн зүрхийг хүүхдүүдэд хандуулж, дуулгаваргүйчүүдийг зөвт хүмүүсийн мэргэн ухаанд эргүүлэн, Эзэнд бэлтгэгдсэн ард түмнийг бэлэн болгоно’ (Лук 1:17) гэжээ.</w:t>
      </w:r>
    </w:p>
    <w:p>
      <w:pPr>
        <w:pStyle w:val="ArticleScripture"/>
        <w:jc w:val="left"/>
      </w:pPr>
      <w:r>
        <w:rPr>
          <w:rFonts w:ascii="Times New Roman" w:hAnsi="Times New Roman" w:eastAsia="Times New Roman" w:cs="Times New Roman"/>
        </w:rPr>
        <w:t>“Фарисайчууд ба садукайчуудын олноос нь Иоханы баптисмд ирэхэд, тэр тэдэнд хандан, «Могойн удам аа, ирэх уур хилэнгээс зугтахыг та нарт хэн сануулав? Тиймээс гэмшилд зохистой үр жимс гарга. Мөн, “Бид Абрахамыг эцэгтэй” гэж дотроо бүү бод; учир нь эдгээр чулуунуудаас ч Абрахамд хүүхдүүдийг босгож өгөх хүч Бурханд бий гэж Би та нарт хэлье. Сүх одоо ч моддын үндсэнд тавигдсан байна; тиймээс сайн үр жимс гаргадаггүй аливаа модыг огтолж, галд хаядаг. Би та нарыг гэмшлийн төлөө усаар баптисм хүртээж байна; харин миний дараа Ирэгч нь надаас хүчирхэг бөгөөд Түүний гутлыг авч явах ч би зохистой биш. Тэр та нарыг Ариун Сүнсээр, мөн галаар баптисм хүртээнэ. Түүний хүрз Түүний гарт байгаа бөгөөд Тэр үтрэмээ бүрэн цэвэрлэж, буудайгаа амбаартаа хураана; харин сүрлийг унтрашгүй галаар шатаана” (Матай 3:7–12).</w:t>
      </w:r>
    </w:p>
    <w:p>
      <w:pPr>
        <w:pStyle w:val="ArticleScripture"/>
        <w:jc w:val="left"/>
      </w:pPr>
      <w:r>
        <w:rPr>
          <w:rFonts w:ascii="Times New Roman" w:hAnsi="Times New Roman" w:eastAsia="Times New Roman" w:cs="Times New Roman"/>
        </w:rPr>
        <w:t>“Иоханы дуу хоолой бүрээ мэт өндөрсөв. Түүнд өгөгдсөн даалгавар нь: ‘Миний ард түмэнд тэдний гэм нүглийг, Иаковын гэрт тэдний нүглүүдийг нь мэдүүл’ (Исаиа 58:1) байв. Тэр хүний сургамж боловсрол огт эзэмшээгүй байлаа. Бурхан болон байгаль нь түүний багш нар байсан. Гэвч Христийн өмнө замыг бэлтгэх, эртний эш үзүүлэгчдийн адил дуу хоолойгоо зоригтойгоор сонсгон, завхарсан үндэстнийг гэмшилд дуудах нэгэн хэрэгтэй байсан юм.” Selected Messages, book 2, 147, 148.</w:t>
      </w:r>
    </w:p>
    <w:p>
      <w:pPr>
        <w:pStyle w:val="ArticleBody"/>
        <w:jc w:val="left"/>
      </w:pPr>
      <w:r>
        <w:rPr>
          <w:rFonts w:ascii="Times New Roman" w:hAnsi="Times New Roman" w:eastAsia="Times New Roman" w:cs="Times New Roman"/>
        </w:rPr>
        <w:t>Уильям Миллер нь Гэрээний Элчид замыг бэлтгэсэн хоёр дахь элч байсан бөгөөд Миллерийн бие хүн болон үйл хэрэг нь Баптисм хүртээгч Иоханоор бэлгэдэгдсэн байв.</w:t>
      </w:r>
    </w:p>
    <w:p>
      <w:pPr>
        <w:pStyle w:val="ArticleScripture"/>
        <w:jc w:val="left"/>
      </w:pPr>
      <w:r>
        <w:rPr>
          <w:rFonts w:ascii="Times New Roman" w:hAnsi="Times New Roman" w:eastAsia="Times New Roman" w:cs="Times New Roman"/>
        </w:rPr>
        <w:t>“Мянга мянган хүн Уильям Миллерийн тунхагласан үнэнийг хүлээн авахад хөтлөгдөн орсон бөгөөд Бурханы зарц нар Елиагийн сүнс ба хүч дотор босгогдон, уг мэдээг тунхаглав. Есүсийн өмнө замыг нь бэлтгэгч Иоханы адил, энэхүү сүр жавхлант мэдээг тунхаглагчид сүхийг модны үндсэнд тавьж, хүмүүст гэмшилд нийцэх үр жимс гаргахыг уриалах хүчлэлт мэдэрч байв.” Early Writings, 233.</w:t>
      </w:r>
    </w:p>
    <w:p>
      <w:pPr>
        <w:pStyle w:val="ArticleBody"/>
        <w:jc w:val="left"/>
      </w:pPr>
      <w:r>
        <w:rPr>
          <w:rFonts w:ascii="Times New Roman" w:hAnsi="Times New Roman" w:eastAsia="Times New Roman" w:cs="Times New Roman"/>
        </w:rPr>
        <w:t>Христийн цаг үеийн маргаанч иудейчүүдийг Мессиагийн тухай хуурамч мэдээнд итгэхэд хүргэсэн байв. “Мессиа” гэдэг нь “тослогдсон нэгэн” гэсэн утгатай Грекийн “Христ” хэмээх үгийн еврей хэлбэр юм.</w:t>
      </w:r>
    </w:p>
    <w:p>
      <w:pPr>
        <w:pStyle w:val="ArticleScripture"/>
        <w:jc w:val="left"/>
      </w:pPr>
      <w:r>
        <w:rPr>
          <w:rFonts w:ascii="Times New Roman" w:hAnsi="Times New Roman" w:eastAsia="Times New Roman" w:cs="Times New Roman"/>
        </w:rPr>
        <w:t>Бурхан Израилийн хөвгүүдэд илгээсэн үг—Есүс Христээр дамжуулан амар амгаланг тунхагласан тэр үг; (Тэр бол бүхний Эзэн мөн:) би хэлж байна, Иоханы тунхагласан баптисмын дараа Галилаас эхлэн бүх Иудей даяар түгсэн тэр үгийг та нар мэднэ; Назаретын Есүсийг Бурхан Ариун Сүнсээр болон хүчээр тосолсон, Тэрээр явж сайн үйлсийг үйлдэн, чөтгөрт дарлагдагсдыг бүгдийг эдгээж байсан; учир нь Бурхан Түүнтэй хамт байсан юм. Үйлс 10:36–38.</w:t>
      </w:r>
    </w:p>
    <w:p>
      <w:pPr>
        <w:pStyle w:val="ArticleBody"/>
        <w:jc w:val="left"/>
      </w:pPr>
      <w:r>
        <w:rPr>
          <w:rFonts w:ascii="Times New Roman" w:hAnsi="Times New Roman" w:eastAsia="Times New Roman" w:cs="Times New Roman"/>
        </w:rPr>
        <w:t>“Мессиа” болон “Христ” гэдэг нь хоёулаа “тослогдсон Нэгэн” гэсэн утгатай. Христ баптисм хүртэхдээ тослогдсон тул, техникийн хувьд Тэр баптисм хүртэхээсээ өмнө Мессиа ч, Христ ч байгаагүй. Түүний баптисм нь эш үзүүллэгийн хувьд Илчлэл номын аравдугаар бүлэгт гардаг тэнгэрэлчийн буулттай, буюу 1840 оны 8 дугаар сарын 11-нд буусан тэр буулттай нийцдэг; мөн түүнчлэн 2001 оны 9 дүгээр сарын 11-нд буусан Илчлэл номын арван наймдугаар бүлгийн хүчирхэг тэнгэрэлчийн буулттай ч нийцдэг. Эш үзүүллэгийн эдгээр гурван замын тэмдэг нь хожуугийн бороонд Ариун Сүнсний илрэлийг тодорхойлдог.</w:t>
      </w:r>
    </w:p>
    <w:p>
      <w:pPr>
        <w:pStyle w:val="ArticleBody"/>
        <w:jc w:val="left"/>
      </w:pPr>
      <w:r>
        <w:rPr>
          <w:rFonts w:ascii="Times New Roman" w:hAnsi="Times New Roman" w:eastAsia="Times New Roman" w:cs="Times New Roman"/>
        </w:rPr>
        <w:t>Маргалдах дуртай иудейчүүд Мессиа нь Израилийн үндэстэн дэлхийг захирах бодит, газар дэлхийн хаанчлалыг тогтооно гэсэн эндүү ойлголт, хуурамч эш үзүүллэгийн мэдээг баримталж байв. Энэ нь “энх тайван ба хөгжил цэцэглэл”-ийг амласан хуурамч мэдээ байсан.</w:t>
      </w:r>
    </w:p>
    <w:p>
      <w:pPr>
        <w:pStyle w:val="ArticleBody"/>
        <w:jc w:val="left"/>
      </w:pPr>
      <w:r>
        <w:rPr>
          <w:rFonts w:ascii="Times New Roman" w:hAnsi="Times New Roman" w:eastAsia="Times New Roman" w:cs="Times New Roman"/>
        </w:rPr>
        <w:t>Уильям Миллерийн мэдээ хоёр үндсэн бүрэлдэхүүнтэй байв. Нэгдүгээрт, ариун газрын цэвэршүүлэлтийг тодорхойлдог хугацааны эш үзүүлгүүдийг хэрэглэх явдал байсан; хоёрдугаарт, протестантуудын итгэхэд хялбархан автагддаг байсан мянган жилийн мянганы тухай Католик тайлбарыг тэр няцаасан явдал байв. Энэхүү мянган жилийн энх тайван, хөгжил цэцэглэлтийн үе хэмээн тодорхойлогддог хуурамч үзэл нь, маргаанч иудейчүүдийн баримталж байсан Мессиагийн хаанчлалын тухай хуурамч үзлээр төлөөлөгдөн ирсэн юм.</w:t>
      </w:r>
    </w:p>
    <w:p>
      <w:pPr>
        <w:pStyle w:val="ArticleBody"/>
        <w:jc w:val="left"/>
      </w:pPr>
      <w:r>
        <w:rPr>
          <w:rFonts w:ascii="Times New Roman" w:hAnsi="Times New Roman" w:eastAsia="Times New Roman" w:cs="Times New Roman"/>
        </w:rPr>
        <w:t>Тэр хоёр гэрч Гэрээний Элч Өөрийн сүмдээ гэнэт ирэхэд бэлтгэгч элчийн түүхийн гурав дахь бөгөөд эцсийн биелэлд “энх тайван ба хөгжил цэцэглэлт”-ийг амласан хуурамч хожуугийн борооны мэдээг илчилдэг. Тэрхүү хуурамч хожуугийн борооны мэдээ нь “ирэх уур хилэн” хүрч ирэх үед “сайн үр жимс гаргадаггүй аливаа модыг огтолж, галд хаядаг” хэмээн тунхагласан Иохан Баптистын мэдээнээс ялгаатайгаар “энх тайван ба аюулгүй байдал”-ын мэдээ хэмээн тодорхойлогддог. Энэ нь мөн Католик шашны сургадаг шиг мянган жилийн энх тайван байхгүй, учир нь Эзэн эргэн ирэхдээ Өөрийн ирэлтийн гялбаагаар дэлхийг сүйтгэнэ хэмээх Миллерийн тодорхойлолтоор ч дүрслэгдсэн билээ.</w:t>
      </w:r>
    </w:p>
    <w:p>
      <w:pPr>
        <w:pStyle w:val="ArticleScripture"/>
        <w:jc w:val="left"/>
      </w:pPr>
      <w:r>
        <w:rPr>
          <w:rFonts w:ascii="Times New Roman" w:hAnsi="Times New Roman" w:eastAsia="Times New Roman" w:cs="Times New Roman"/>
        </w:rPr>
        <w:t>Мөн зовлон эдэлж буй та нарт бидэнтэй хамт амралтыг өгөх болно. Эзэн Есүс тэнгэрээс Өөрийн хүчирхэг тэнгэрэлчүүдийн хамт илчлэгдэн ирж, дүрэлзсэн гал дунд Бурханыг мэддэггүй бөгөөд бидний Эзэн Есүс Христийн сайн мэдээнд дуулгаваргүй хүмүүсээс өшөөг авах үед тийнхүү болно. Тэд Эзэний оршихуйгаас болон Түүний хүч чадлын алдраас холдон, мөнх сүйрлийн шийтгэлийг амсах болно. 2 Тесалоник 1:7–9</w:t>
      </w:r>
    </w:p>
    <w:p>
      <w:pPr>
        <w:pStyle w:val="ArticleBody"/>
        <w:jc w:val="left"/>
      </w:pPr>
      <w:r>
        <w:rPr>
          <w:rFonts w:ascii="Times New Roman" w:hAnsi="Times New Roman" w:eastAsia="Times New Roman" w:cs="Times New Roman"/>
        </w:rPr>
        <w:t>Гэрээний Элчийг шинээр сонгогдсон ард түмэнтэй гэрээ байгуулахаар ирэхэд нь бэлтгэсэн эхний хоёр элч нь Лаодикийн Адвентизмийн гурав дахь үеийнхэнд томьёологдсон “энх тайван ба аюулгүй байдал” хэмээх хуурамч сүүлчийн борооны мэдээ нь гурав дахь Гаслангаар төлөөлөгдөх Исламын үүргийг Лаодикийн Адвентизмийн дөрөв дэх үеийнхэн танин мэдэхээс сэргийлэхийн тулд Сатанаар зохион бүтээгдсэн болохыг харуулдаг.</w:t>
      </w:r>
    </w:p>
    <w:p>
      <w:pPr>
        <w:pStyle w:val="ArticleBody"/>
        <w:jc w:val="left"/>
      </w:pPr>
      <w:r>
        <w:rPr>
          <w:rFonts w:ascii="Times New Roman" w:hAnsi="Times New Roman" w:eastAsia="Times New Roman" w:cs="Times New Roman"/>
        </w:rPr>
        <w:t>Левийн хөвгүүдээр төлөөлөгдсөн хүмүүсийн төлөө үйлдэгдэх ариусгалын үйл явцад, Баптист Иоханы дараа ирэх Нэгэн Өөрийн мутарт буй шигшүүрээр талбайгаа бүрэн цэвэрлэн, “цэвэршүүлэх” ёстой байв. Тэрхүү ажил нь Түүний Үгээр гүйцэлддэг.</w:t>
      </w:r>
    </w:p>
    <w:p>
      <w:pPr>
        <w:pStyle w:val="ArticleScripture"/>
        <w:jc w:val="left"/>
      </w:pPr>
      <w:r>
        <w:rPr>
          <w:rFonts w:ascii="Times New Roman" w:hAnsi="Times New Roman" w:eastAsia="Times New Roman" w:cs="Times New Roman"/>
        </w:rPr>
        <w:t>“‘Түүний шигшүүр гартаа буй бөгөөд Тэрээр өөрийн талбайг бүрэн цэвэрлэж, буудайгаа агуулахдаа хураана.’ Матай 3:12. Энэ нь цэвэршүүлэлтийн үеүүдийн нэг байсан. Үнэний үгсээр хальс нь буудайгаас салгагдаж байв. Зэмлэлийг хүлээн авахад дэндүү хийрхүү, өөрсдийгөө зөвтгөдөг, даруу байдлын амьдралыг хүлээн зөвшөөрөхөд дэлхийг хэт хайрлагч байсан тул олон хүн Есүсээс нүүр буруулсан. Өнөөдөр ч мөн олон хүн яг адилхан үйлдсээр байна. Капернаумын синагогт байсан тэдгээр шавь нар шалгагдсанчлан, өнөөдөр ч сүнснүүд шалгагдаж байна. Үнэн зүрх сэтгэлд нь тулган хүргэгдэхэд, тэд өөрсдийн амьдрал Бурханы хүсэлтэй нийцэхгүй байгааг хардаг. Тэд өөрсдийн дотор бүрэн өөрчлөлт хэрэгтэйг хардаг; гэвч тэд өөрийгөө үгүйсгэсэн тэр ажлыг үүрч авахыг хүсдэггүй. Иймээс нүгэл нь илчлэгдэхэд тэд уурладаг. Тэд шавь нар Есүсийг орхин явахдаа ‘Энэ бол хатуу үг; үүнийг хэн сонсож чадах вэ?’ хэмээн үглэлдэж байсанчлан, гомдсон сэтгэлээр явж оддог.” The Desire of Ages, 392.</w:t>
      </w:r>
    </w:p>
    <w:p>
      <w:pPr>
        <w:pStyle w:val="ArticleBody"/>
        <w:jc w:val="left"/>
      </w:pPr>
      <w:r>
        <w:rPr>
          <w:rFonts w:ascii="Times New Roman" w:hAnsi="Times New Roman" w:eastAsia="Times New Roman" w:cs="Times New Roman"/>
        </w:rPr>
        <w:t>Хожмын борооны мэдээ нь Хабаккук номын хоёрдугаар бүлгийн “маргаан” бөгөөд буудайг үртэснээс ялган салгадаг үнэний үгс мөн. Тэрхүү салгалт бол Гэрээний Элчийн үйлддэг цэвэршүүлэлт юм. Миллерчүүдийн түүхэнд Даниел номын наймдугаар бүлгийн арван дөрөвдүгээр эшлэлийн мэдээ анх бүтэлгүйтэж, Хабаккук номын хоёрдугаар бүлгийн саатлын цаг болон Матай номын хорин тавдугаар бүлгийн арван охины тухай сургаалт зүйрлэлийг бий болгохдоо цэвэршүүлэлтийг авчирсан. Шөнө дундын Хашхирааны мэдээ эцэстээ 1844 оны 10 дугаар сарын 22-нд биелэгдэхэд, тэр нь бүр ч илүү агуу цэвэршүүлэлтийг авчирсан. Тэгэхэд л Гэрээний Элч гэнэт ирж, эцсийн цэвэршүүлэлт ба ариусгалтыг эхлүүлсэн юм. Гурван ариусгалт болон цэвэршүүлэлтийн эхний хоёрыг туулсан тэр хөдөлгөөн гурав дахь дээрээ бүтэлгүйтэж, 1863 онд Лаодикийн цөл рүү илгээгдсэн билээ.</w:t>
      </w:r>
    </w:p>
    <w:p>
      <w:pPr>
        <w:pStyle w:val="ArticleBody"/>
        <w:jc w:val="left"/>
      </w:pPr>
      <w:r>
        <w:rPr>
          <w:rFonts w:ascii="Times New Roman" w:hAnsi="Times New Roman" w:eastAsia="Times New Roman" w:cs="Times New Roman"/>
        </w:rPr>
        <w:t>Миллерчүүдийн түүхэнд протестантууд эхлээд үнэний үгсээр цэвэршүүлэгдсэн бөгөөд үүний дараа гурав дахь шалгах мэдээ ирэхэд нэгдүгээр тэнгэрэлчийн хөдөлгөөн цэвэршүүлэгдэв. Харин 1798 оноос 1844 он хүртэлх дөчин зургаан жилийн турш Миллерчүүдийн сүмийг баригчид байсан хүмүүс арван онгон охины тухай сургаалт зүйрлэлийг төгс биелүүлсэн хэдий ч, 1844 оны 10 дугаар сарын 22-нд ирсэн гурав дахь шалгалтад бүдэрчээ.</w:t>
      </w:r>
    </w:p>
    <w:p>
      <w:pPr>
        <w:pStyle w:val="ArticleScripture"/>
        <w:jc w:val="left"/>
      </w:pPr>
      <w:r>
        <w:rPr>
          <w:rFonts w:ascii="Times New Roman" w:hAnsi="Times New Roman" w:eastAsia="Times New Roman" w:cs="Times New Roman"/>
        </w:rPr>
        <w:t>“Эхний ба хоёр дахь тэнгэрэлчийн мэдээнүүдийн дор Хүргэнийг тосон угтахаар гарсан олон хүн, дэлхийд өгөх ёстой сүүлчийн сорих мэдээ болох гурав дахь мэдээг няцаасан бөгөөд эцсийн дуудлага хийгдэх үед мөн адил байр суурь эзлэгдэх болно.</w:t>
      </w:r>
    </w:p>
    <w:p>
      <w:pPr>
        <w:pStyle w:val="ArticleScripture"/>
        <w:jc w:val="left"/>
      </w:pPr>
      <w:r>
        <w:rPr>
          <w:rFonts w:ascii="Times New Roman" w:hAnsi="Times New Roman" w:eastAsia="Times New Roman" w:cs="Times New Roman"/>
        </w:rPr>
        <w:t>“Энэ сургаалт зүйрлэлийн бүх нарийн заалтыг нягтлан судлах ёстой. Бид ухаалаг онгон охидын эсвэл мунхаг онгон охидын аль нэгээр дүрслэгдсэн байдаг.” Review and Herald, 1899 оны 10 дугаар сарын 31.</w:t>
      </w:r>
    </w:p>
    <w:p>
      <w:pPr>
        <w:pStyle w:val="ArticleBody"/>
        <w:jc w:val="left"/>
      </w:pPr>
      <w:r>
        <w:rPr>
          <w:rFonts w:ascii="Times New Roman" w:hAnsi="Times New Roman" w:eastAsia="Times New Roman" w:cs="Times New Roman"/>
        </w:rPr>
        <w:t>1844 оны 10-р сарын 22-нд гурав дахь тэнгэрэлчийн ирэлтээр эхэлсэн эш үзүүллэгийн түүх бүтэлгүйтэл байсан бөгөөд энэ нь 1863 оны бослогоор төгссөн юм. 1850 он гэхэд Систер Уайт дараах мэдээг бичжээ.</w:t>
      </w:r>
    </w:p>
    <w:p>
      <w:pPr>
        <w:pStyle w:val="ArticleScripture"/>
        <w:jc w:val="left"/>
      </w:pPr>
      <w:r>
        <w:rPr>
          <w:rFonts w:ascii="Times New Roman" w:hAnsi="Times New Roman" w:eastAsia="Times New Roman" w:cs="Times New Roman"/>
        </w:rPr>
        <w:t>Надад нэгдүгээр сарын 26-нд нэгэн үзэгдэл өгөгдсөн бөгөөд түүнийг би өгүүлнэ. Бурханы ард түмний зарим нь мунхаг, унтаа байдалд оршиж, сэрүүн мэт боловч дөнгөж хагас сэрсэн төдий, эдүгээ бидний амьдарч буй цаг үеийг ухааран ойлгохгүй байгааг би харсан; мөн “шороо шүүрдэгч” барьсан “хүн” орж ирсэн бөгөөд зарим нь шүүрдэгдэн зайлуулагдах аюулд байгааг харсан. Би Есүсээс тэднийг авраач, тэднийг хэсэгхэн хугацаанд өршөөн хэлтрүүлээч, мөн тэд аймшигт аюулаа харж мэдээд, үүрд хэтэрхий оройтохоос өмнө бэлтгэж чаддаг байхаар болгооч хэмээн гуйсан. Тэнгэрэлч, “Сүйрэл хүчит хуй салхи мэт айсуй” гэж хэлэв. Би тэнгэрэлчээс энэ ертөнцийг хайрлаж, эд хөрөнгөндөө уягдсан, тэднээсээ тасран салж, замд нь байгаа элч нарыг түргэсгэн явуулахын тулд тэдгээрийг золиослох хүсэлгүй байсан хүмүүсийг өрөвдөн аварч өгөхийг гуйсан. Учир нь сүнслэг хоол тэжээлийн дутагдлаас болж мөхөж байсан өлсгөлөн хонийг тэжээхийн тулд тэдгээр элч нарыг явуулах хэрэгтэй байв.</w:t>
      </w:r>
    </w:p>
    <w:p>
      <w:pPr>
        <w:pStyle w:val="ArticleScripture"/>
        <w:jc w:val="left"/>
      </w:pPr>
      <w:r>
        <w:rPr>
          <w:rFonts w:ascii="Times New Roman" w:hAnsi="Times New Roman" w:eastAsia="Times New Roman" w:cs="Times New Roman"/>
        </w:rPr>
        <w:t>“Одоогийн үнэний дутагдлаас болж хөөрхий сүнснүүд мөхөж байгааг, мөн үнэнийг итгэнэ хэмээн тунхаглагчдын зарим нь Бурханы ажлыг урагшлуулахад хэрэгтэй шаардлагатай хөрөнгийг барьж, тэднийг үхэлд орхиж байгааг би харахад, тэр дүр зураг хэтэрхий шаналгам байсан тул би тэнгэрэлчээс үүнийг надаас зайлуулж өгөхийг гуйсан. Бурханы үйл хэрэг тэдний өмч хөрөнгөнөөс тодорхой хэсгийг шаардсан үед, Есүс дээр ирсэн залуу адил [Matthew 19:16–22.] тэд гуниглан буцаж явдгийг би харсан; мөн удалгүй халин бялхах шийтгэл дайран өнгөрч, тэдний эзэмшлийг бүхэлд нь хаман одно, тэгээд дэлхийн эд хөрөнгийг золиослон, тэнгэрт эрдэнэс хураахад хэтэрхий оройтсон байх болно.” Review and Herald, April 1, 1850.</w:t>
      </w:r>
    </w:p>
    <w:p>
      <w:pPr>
        <w:pStyle w:val="ArticleBody"/>
        <w:jc w:val="left"/>
      </w:pPr>
      <w:r>
        <w:rPr>
          <w:rFonts w:ascii="Times New Roman" w:hAnsi="Times New Roman" w:eastAsia="Times New Roman" w:cs="Times New Roman"/>
        </w:rPr>
        <w:t>1850 он гэхэд шороо шүүрдэгч Нэгэн аль хэдийн ирчихсэн байв. 1844 оны 10 дугаар сарын 22-нд Гэрээний Элч Өөрийн сүмд гэнэт ирсэн бөгөөд Тэрээр Левийн хөвгүүдийг цэвэрлэж, ариусгах ажлыг эхлүүлсэн юм.</w:t>
      </w:r>
    </w:p>
    <w:p>
      <w:pPr>
        <w:pStyle w:val="ArticleBody"/>
        <w:jc w:val="left"/>
      </w:pPr>
      <w:r>
        <w:rPr>
          <w:rFonts w:ascii="Times New Roman" w:hAnsi="Times New Roman" w:eastAsia="Times New Roman" w:cs="Times New Roman"/>
        </w:rPr>
        <w:t>Бид энэ судлалыг дараагийн өгүүлэлд үргэлжлүүлнэ.</w:t>
      </w:r>
    </w:p>
    <w:p>
      <w:pPr>
        <w:pStyle w:val="ArticleScripture"/>
        <w:jc w:val="left"/>
      </w:pPr>
      <w:r>
        <w:rPr>
          <w:rFonts w:ascii="Times New Roman" w:hAnsi="Times New Roman" w:eastAsia="Times New Roman" w:cs="Times New Roman"/>
        </w:rPr>
        <w:t>“Өнөөдөр сүнснүүд соригдон шалгагдаж байгаа бөгөөд олон хүн Христийг орхисон хүмүүсийн гишгэсэн тэр л замаар явж байна. Үгээр шалгагдах үедээ тэд тэнгэрлэг Багшийг няцаадаг. Тэдний амьдрал үнэн ба зөвт байдалтай нийцэхгүй байна хэмээн зэмлэгдэхэд, тэд Аврагчаас нүүр буруулдаг; мөн тэдний шийдвэр нь гомдсон шавь нарынхтай адил хэзээ ч эргэж өөрчлөгддөггүй. Тэд цаашид Христтэй хамт явдаггүй. Ийнхүү, ‘Гартаа салгууртай Тэр Өөрийнхөө үтрэмийг бүрмөсөн цэвэрлэж, буудайгаа амбаартаа хураана’ гэсэн үгс биелж байна.” Signs of the Times, May 15, 1901.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Нэг Зуун Нэг</dc:title>
  <dc:subject>Гэрээний Элч: Цэвэршүүлэлтээс Цэвэрлэн зайлуулах хүртэл</dc:subject>
  <dc:creator>Jeff Pippenger</dc:creator>
  <cp:keywords/>
  <dc:description>Generated by ArticleDigger from daniel\101_daniel.json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