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Зуун Хоёрдугаар Хэсэг</w:t>
      </w:r>
    </w:p>
    <w:p>
      <w:pPr>
        <w:pStyle w:val="ArticleSubtitle"/>
        <w:jc w:val="left"/>
      </w:pPr>
      <w:r>
        <w:rPr>
          <w:rFonts w:ascii="Arial" w:hAnsi="Arial" w:eastAsia="Arial" w:cs="Arial"/>
        </w:rPr>
        <w:t>Элчийн гурвалсан хэрэглээ: эш үзүүллэгийн динамикийг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Елиагийн гурвалсан хэрэглээ нь Бурханы гүйцэтгэх шүүлтийн цаг хугацааны турш дахь мэдээ, элч, хөдөлгөөнийг хамардаг бөгөөд энэ үе нь Америкийн Нэгдсэн Улсад Ням гаргийн хууль хэрэгжихээс эхэлж, нигүүлслийн хугацаа хаагдах хүртэл үргэлжилдэг. Гүйцэтгэх шүүлт нь Бурханы шүүлт нигүүлстэй хольцсон байдаг үеэс эхлэн, эцэст нь Түүний шүүлтүүд долоон сүүлчийн гай гамшгаар ямар ч нигүүлсэлгүйгээр асгарах цаг хүртэл улам ширүүсдэг.</w:t>
      </w:r>
    </w:p>
    <w:p>
      <w:pPr>
        <w:pStyle w:val="ArticleBody"/>
        <w:jc w:val="left"/>
      </w:pPr>
      <w:r>
        <w:rPr>
          <w:rFonts w:ascii="Times New Roman" w:hAnsi="Times New Roman" w:eastAsia="Times New Roman" w:cs="Times New Roman"/>
        </w:rPr>
        <w:t>Гэрээний Элчид замыг бэлтгэдэг элчийн талаарх гурав дахин хэрэгжих байдал нь Бурханы мөрдөн шалгах шүүлтийн төгсгөлийн хугацаанд илгээлт, элч болон хөдөлгөөнийг хамран өгүүлдэг бөгөөд энэ нь нэг зуун дөчин дөрвөн мянгыг тамгалан тэмдэглэх үеийг тодорхойлдог. Тэр үе удахгүй АНУ-д ирэх Ням гаргийн хуулиар төгсдөг бөгөөд тэр үед Бурханы гүйцэтгэх шүүлтүүд эхэлдэг.</w:t>
      </w:r>
    </w:p>
    <w:p>
      <w:pPr>
        <w:pStyle w:val="ArticleBody"/>
        <w:jc w:val="left"/>
      </w:pPr>
      <w:r>
        <w:rPr>
          <w:rFonts w:ascii="Times New Roman" w:hAnsi="Times New Roman" w:eastAsia="Times New Roman" w:cs="Times New Roman"/>
        </w:rPr>
        <w:t>Баптисм хүртээгч Иохан Христийн өмнөх замыг бэлтгэсэн бөгөөд Тэрээр Даниелын есдүгээр бүлгийн хорин долоодугаар эшлэлд хэлэгдсэний биелэл болгон гэрээг батлахын тулд ирсэн Гэрээний Элч мөн. Ийнхүү тэр мөн Христийг Өөрийн сүмд гэнэт ирж, Левийн хөвгүүдийг ариусгах замыг бэлтгэсэн бөгөөд Христ Өөрийн гурван жил хагасын үйлчлэлийн эхэнд болон төгсгөлд үүнийг үйлдсэн юм. Бодит сүмийг цэвэрлэсэн явдал нь Левийн хөвгүүдээр төлөөлөгдсөн хүмүүсийн сэтгэлийн сүмийг цэвэрлэх Түүний ажлын бэлгэдэл байв.</w:t>
      </w:r>
    </w:p>
    <w:p>
      <w:pPr>
        <w:pStyle w:val="ArticleBody"/>
        <w:jc w:val="left"/>
      </w:pPr>
      <w:r>
        <w:rPr>
          <w:rFonts w:ascii="Times New Roman" w:hAnsi="Times New Roman" w:eastAsia="Times New Roman" w:cs="Times New Roman"/>
        </w:rPr>
        <w:t>Ариун сүмийг цэвэрлэсэн Түүний шууд утгатай үйл хэрэг нь эш үзүүллэгийн биелэл байсан бөгөөд Тэр Иохан 2-р бүлгийн 13–22-р зүйлүүдэд уг үйл хэргийг гүйцэлдүүлэхэд, Ариун Сүнс шавь нарыг Хуучин Гэрээний нэгэн хэсгийг санахад хөтөлсөн нь Малахи 3-ын биелэл болгон шавь нарыг ариусган цэвэршүүлэх Түүний ажлын нэг хэсэг байлаа.</w:t>
      </w:r>
    </w:p>
    <w:p>
      <w:pPr>
        <w:pStyle w:val="ArticleBody"/>
        <w:jc w:val="left"/>
      </w:pPr>
      <w:r>
        <w:rPr>
          <w:rFonts w:ascii="Times New Roman" w:hAnsi="Times New Roman" w:eastAsia="Times New Roman" w:cs="Times New Roman"/>
        </w:rPr>
        <w:t>Иоханы эшлэлд Христ Өөрийн биеийн сүмийг устгуулахад, Тэр үүнийг гурван өдрийн дотор босгоно хэмээн тодорхойлсон. Маргаанч иудейчүүдтэй өрнөсөн харилцан ярианд, Херодын хийлгэсэн бөгөөд яг тэр жилдээ дууссан бодит сүмийн шинэчлэн засварлалт дөчин зургаан жил үргэлжилсэн гэж нэмж өгүүлсэн байдаг. Есүс, тэнгэрэлчүүд, Ариун Сүнс, эш үзүүлэгчдээр дамжсан үйлчлэлээр Өөрийн Үг дотор шингээн тогтоосон эш үзүүллэгийн үгтэй холбоотой дүрмүүдийн нэгийн жишээгээр шавь нараа ариусган цэвэршүүлж байсан юм.</w:t>
      </w:r>
    </w:p>
    <w:p>
      <w:pPr>
        <w:pStyle w:val="ArticleBody"/>
        <w:jc w:val="left"/>
      </w:pPr>
      <w:r>
        <w:rPr>
          <w:rFonts w:ascii="Times New Roman" w:hAnsi="Times New Roman" w:eastAsia="Times New Roman" w:cs="Times New Roman"/>
        </w:rPr>
        <w:t>Тэрбээр бодит нь сүнслэгийг төлөөлдөг болохыг эш үзүүллэгийн жишээгээр үзүүлсэн. Тэрээр сүмийн бэлгэдэл болгон “дөчин зургаа” хэмээх тооны эш үзүүллэгийн түлхүүрийг тогтоосон. “Дөчин зургаа” нь Мосе уулан дээр сүмийн тухай зааварчилгааг хүлээн авч байхдаа өнгөрүүлсэн өдрүүдийн тоо байсан. “Дөчин зургаа” нь хүний сүмийг бүрдүүлдэг хромосомын тоо юм. “Дөчин зургаа” нь харийн шүтлэгээр, дараа нь папын тогтолцоогоор гишгэлэгдэн доромжлогдсон сүнслэг сүмийг сэргээн босгоход биелсэн жилүүдийн тоо (1798-аас 1844 он хүртэл) юм.</w:t>
      </w:r>
    </w:p>
    <w:p>
      <w:pPr>
        <w:pStyle w:val="ArticleBody"/>
        <w:jc w:val="left"/>
      </w:pPr>
      <w:r>
        <w:rPr>
          <w:rFonts w:ascii="Times New Roman" w:hAnsi="Times New Roman" w:eastAsia="Times New Roman" w:cs="Times New Roman"/>
        </w:rPr>
        <w:t>Ариун сүмийг хоёртаа цэвэрлэсэн явдалд гурван өдөр нь дөчин зургаан жилтэй тэнцэх бэлгэдэл агуулагддаг. Үүнд бодит нь сүнслэгийг төлөөлдөг гэсэн зарчим мөн багтдаг. Энэ нь эш үзүүллэгийн биелэлт төдийгүй, мөн эш үзүүллэгийн зөгнөл байв. Эдгээр хоёр цэвэрлэгээ нь нэг бүлэгт буруугаар ойлгогддог, харин нөгөө бүлэгт илчлэгддэг нэгэн үнэнийг төлөөлдөг.</w:t>
      </w:r>
    </w:p>
    <w:p>
      <w:pPr>
        <w:pStyle w:val="ArticleBody"/>
        <w:jc w:val="left"/>
      </w:pPr>
      <w:r>
        <w:rPr>
          <w:rFonts w:ascii="Times New Roman" w:hAnsi="Times New Roman" w:eastAsia="Times New Roman" w:cs="Times New Roman"/>
        </w:rPr>
        <w:t>Хоёр удаагийн ариусгал нь Бурханы сүм аль хэдийн завхран, өөрсдөд нь тэрхүү тэмдэг шууд тайлбарлагдаж байхад ч тэмдэг эрэн хайж буй “могойн удам болсон завхай үе” болтлоо доройтсон цаг үеийг зааж өгдөг; учир нь өгөгдөх цорын ганц тэмдэг нь гурван өдрийн дотор дахин босгогдох сүмийн сүйрлийн тэмдэг мөн.</w:t>
      </w:r>
    </w:p>
    <w:p>
      <w:pPr>
        <w:pStyle w:val="ArticleScripture"/>
        <w:jc w:val="left"/>
      </w:pPr>
      <w:r>
        <w:rPr>
          <w:rFonts w:ascii="Times New Roman" w:hAnsi="Times New Roman" w:eastAsia="Times New Roman" w:cs="Times New Roman"/>
        </w:rPr>
        <w:t>Хорт могойн удмынхан аа, та нар муу атал яаж сайн зүйлийг ярьж чадах билээ? Учир нь зүрхний бялхлаас ам ярьдаг ажээ.... Тэгтэл хуулийн багш нараас болон фарисайчуудаас зарим нь хариулж, —Багш аа, бид Танаас нэгэн тэмдэг үзэхийг хүсэж байна гэв. Харин Тэр тэдэнд хариулан айлдсан нь, —Муу бөгөөд завхай үеийнхэн тэмдэг эрдэг; гэвч эш үзүүлэгч Ионагийн тэмдгээс өөр ямар ч тэмдэг түүнд өгөгдөхгүй. Учир нь Иона халимын хэвлийд гурван өдөр, гурван шөнө байсанчлан, Хүний Хүү ч мөн газрын зүрхэнд гурван өдөр, гурван шөнө байх болно. Матай 12:34, 38–40.</w:t>
      </w:r>
    </w:p>
    <w:p>
      <w:pPr>
        <w:pStyle w:val="ArticleBody"/>
        <w:jc w:val="left"/>
      </w:pPr>
      <w:r>
        <w:rPr>
          <w:rFonts w:ascii="Times New Roman" w:hAnsi="Times New Roman" w:eastAsia="Times New Roman" w:cs="Times New Roman"/>
        </w:rPr>
        <w:t>Эдгээр бүх эш үзүүллэгийн үйл явц нь Гэрээний Элч Өөрийн сүмд гэнэт ирэх гурван биелэлтийн бүгдэд нь, Иоханы хоёрдугаар бүлэгт Түүний үйлдсэнчлэн, дүрслэгдэн илэрхийлэгддэг.</w:t>
      </w:r>
    </w:p>
    <w:p>
      <w:pPr>
        <w:pStyle w:val="ArticleScripture"/>
        <w:jc w:val="left"/>
      </w:pPr>
      <w:r>
        <w:rPr>
          <w:rFonts w:ascii="Times New Roman" w:hAnsi="Times New Roman" w:eastAsia="Times New Roman" w:cs="Times New Roman"/>
        </w:rPr>
        <w:t>Иудейчүүдийн Дээгүүр Өнгөрөх баяр ойртон ирж байсан тул Есүс Иерусалим уруу явлаа. Тэр сүмд үхэр, хонь, тагтаа худалдаалж буй хүмүүсийг, мөн мөнгө солигчид сууж байхыг олж харав. Тэгээд жижиг олснуудаар ташуур хийж, тэднийг бүгдийг нь сүмээс хөөн гаргав, хонь, үхэр хоёрыг ч мөн адил; мөнгө солигчдын мөнгийг асган, ширээнүүдийг нь хөмрүүлэв. Тэгээд тагтаа худалдаалагчдад, Эдгээрийг эндээс ав; Миний Эцгийн өргөөг наймааны өргөө бүү болго гэж айлдав. Шавь нар нь, “Таны өргөөний төлөөх хичээл зүтгэл Намайг идэж байна” хэмээн бичигдсэнийг санав. Тэгэхэд иудейчүүд Түүнд хандан, Чи эдгээрийг хийж байгаагаа бидэнд ямар тэмдгээр үзүүлэх вэ? гэв. Есүс тэдэнд хариулан, Энэ сүмийг нураа, тэгвэл Би үүнийг гурван хоногийн дотор босгоно гэв. Тэгэхэд иудейчүүд, Энэ сүмийг барихад дөчин зургаан жил болсон, харин Чи үүнийг гурван хоногийн дотор босгох гэж үү? гэцгээв. Харин Тэр Өөрийн биеийн сүмийн тухай ярьж байлаа. Иймээс Тэр үхэгсдээс амилсны дараа шавь нар нь Тэр үүнийг тэдэнд хэлснийг санаж, Сударт болон Есүсийн айлдсан үгэнд итгэв. Иохан 2:13–22.</w:t>
      </w:r>
    </w:p>
    <w:p>
      <w:pPr>
        <w:pStyle w:val="ArticleBody"/>
        <w:jc w:val="left"/>
      </w:pPr>
      <w:r>
        <w:rPr>
          <w:rFonts w:ascii="Times New Roman" w:hAnsi="Times New Roman" w:eastAsia="Times New Roman" w:cs="Times New Roman"/>
        </w:rPr>
        <w:t>Гэрээний Элч нь Бурханы Үгийг төлөөлдөг “мөнгө”, мөн итгэлийг төлөөлдөг “алт” мэт Левийн хөвгүүдийг ариусгаж, мөн цэвэрлэн шүүн зайлуулах ёстой байв. Гэрээний Элч нь Өөрийн эш үзүүллэгийн “үг”-т тэдний “итгэл”-ийг нэмэгдүүлэх замаар шавь нараа ариусгах байв. Тэрхүү эш үзүүллэгийн үг нь ариусгахын зэрэгцээ мөн цэвэрлэн шүүн зайлуулахад зориулагдсан байлаа. Түүний эш үзүүллэгийн Үг нь үргэлж сорилтыг илэрхийлдэг бөгөөд Тэр Өөрийн сүмд гэнэт ирэх тэр үед Левийн хөвгүүд Түүний эш үзүүллэгийн Үгээр дамжин цэвэрлэн шүүн зайлуулагддаг.</w:t>
      </w:r>
    </w:p>
    <w:p>
      <w:pPr>
        <w:pStyle w:val="ArticleScripture"/>
        <w:jc w:val="left"/>
      </w:pPr>
      <w:r>
        <w:rPr>
          <w:rFonts w:ascii="Times New Roman" w:hAnsi="Times New Roman" w:eastAsia="Times New Roman" w:cs="Times New Roman"/>
        </w:rPr>
        <w:t>“‘Тэрээр гартаа салхируулуураа барьж, үтрэмээ бүрэн цэвэрлэн, буудайгаа амбаартаа хураана.’ Матай 3:12. Энэ нь цэвэршүүлэлтийн нэгэн үе байсан юм. Үнэний үгсээр хивэг нь буудайгаас салгагдаж байлаа. Зэмлэлийг хүлээн авахад дэндүү хийрхүү, өөрийгөө зөвтгөдөг, даруу амьдралыг хүлээн зөвшөөрөхөд дэндүү ертөнцөд хайртай байсан учраас олон хүн Есүсээс нүүр буруулсан. Өнөөдөр ч мөн адил иймийг үйлдэж буй хүн олон байна. Капернаумын синагогт байсан тэдгээр шавь нар шалгагдсанчлан, өнөөдөр ч сүнснүүд шалгагдаж байна. Үнэнийг зүрхэнд нь тулган хүргэхэд, тэд амьдрал нь Бурханы хүслийн дагуу биш байгааг хардаг. Тэд өөрсдөдөө бүхэл бүтэн өөрчлөлт хэрэгтэйг хардаг; гэвч өөрийгөө үгүйсгэсэн тэр ажлыг үүрэн авах хүсэлгүй байдаг. Тиймээс нүгэл нь илчлэгдэхэд тэд уурладаг. Тэд гомдож холдон оддог нь, шавь нар Есүсийг орхин явахдаа ‘Энэ бол хатуу үг; үүнийг хэн сонсож чадах вэ?’ хэмээн бувтнаж байсан лугаа адил юм.” The Desire of Ages, 392.</w:t>
      </w:r>
    </w:p>
    <w:p>
      <w:pPr>
        <w:pStyle w:val="ArticleBody"/>
        <w:jc w:val="left"/>
      </w:pPr>
      <w:r>
        <w:rPr>
          <w:rFonts w:ascii="Times New Roman" w:hAnsi="Times New Roman" w:eastAsia="Times New Roman" w:cs="Times New Roman"/>
        </w:rPr>
        <w:t>“Капернаумын синагогт” “шалгагдсан тэдгээр сүнснүүд” Христ Өөрийн махбодыг идэж, Өөрийн цусыг уух ёстой гэж тэдэнд айлдахдаа, сүнслэг үнэнийг илэрхийлэхийн тулд Өөрийн бодит биеийг хэрэглэж байсныг ойлгохоос татгалзсан. Энэ нь Иоханы хоёрдугаар бүлэгт ариун сүмийн талаар Түүний өгсөн яг адил эш үзүүллэгийн дүрслэл мөн байв. Бодит нь сүнслэгийн өмнө явж, түүнийг төлөөлдөг гэсэн зарчим “хатуу үг” хэмээн танигдаж, түүнийг “сонсохыг” хүсээгүй тул тэд буцан одож, Түүнтэй дахин хэзээ ч хамт яваагүй. Энэ нь Иоханы зургаадугаар бүлгийн жаран зургаадугаар зүйлд (666) болсон бөгөөд энэ нь удахгүй ирэх Ням гаргийн хуулийг төлөөлдөг, тэр нь эргээд 1844 оны 10 дугаар сарын 22-ноор хэв шинжлэгдсэн бөгөөд тэр нь мөн өөрийн ээлжинд Калварийн загалмайгаар хэв шинжлэгдсэн байв.</w:t>
      </w:r>
    </w:p>
    <w:p>
      <w:pPr>
        <w:pStyle w:val="ArticleScripture"/>
        <w:jc w:val="left"/>
      </w:pPr>
      <w:r>
        <w:rPr>
          <w:rFonts w:ascii="Times New Roman" w:hAnsi="Times New Roman" w:eastAsia="Times New Roman" w:cs="Times New Roman"/>
        </w:rPr>
        <w:t>Тэр цагаас хойш Түүний дагалдагчдын олноос олон нь буцан явж, Түүнтэй хамт цаашид явахаа болив. Иохан 6:66.</w:t>
      </w:r>
    </w:p>
    <w:p>
      <w:pPr>
        <w:pStyle w:val="ArticleBody"/>
        <w:jc w:val="left"/>
      </w:pPr>
      <w:r>
        <w:rPr>
          <w:rFonts w:ascii="Times New Roman" w:hAnsi="Times New Roman" w:eastAsia="Times New Roman" w:cs="Times New Roman"/>
        </w:rPr>
        <w:t>Иоханы хоёрдугаар бүлэгт Ариун Сүнс шавь нарын оюун санааг Бурханы хардалтын тухай өгүүлсэн эш үзүүллэгийг “санахад” хөтөлсөн бөгөөд “хардалттай” гэсэн үг нь Еврей болон Грек хэлний аль алинд нь “атаархуу” гэсэн үгтэй адил үг мөн.</w:t>
      </w:r>
    </w:p>
    <w:p>
      <w:pPr>
        <w:pStyle w:val="ArticleScripture"/>
        <w:jc w:val="left"/>
      </w:pPr>
      <w:r>
        <w:rPr>
          <w:rFonts w:ascii="Times New Roman" w:hAnsi="Times New Roman" w:eastAsia="Times New Roman" w:cs="Times New Roman"/>
        </w:rPr>
        <w:t>Учир нь Танай өргөөний төлөөх хичээл зүтгэл намайг бүрэн эзэмджээ; Таныг зэмлэгчдийн зэмлэл над дээр бууж иржээ. Дуулал 69:9.</w:t>
      </w:r>
    </w:p>
    <w:p>
      <w:pPr>
        <w:pStyle w:val="ArticleBody"/>
        <w:jc w:val="left"/>
      </w:pPr>
      <w:r>
        <w:rPr>
          <w:rFonts w:ascii="Times New Roman" w:hAnsi="Times New Roman" w:eastAsia="Times New Roman" w:cs="Times New Roman"/>
        </w:rPr>
        <w:t>Бурханы атаархал болох Түүний хардалт нь Бурханы зан чанарын атаархагч Бурхан болох шинжийг илэрхийлдэг бөгөөд Түүнийг үзэн ядагсдын дээр Түүний хардалт гурав, дөрөв дэх үед илэрдэг. Иохан 2-р бүлэгт Гэрээний Элчийн гүйцээдэг ариусгал нь дөрөв дэх бөгөөд эцсийн үед явагддаг гэдгийг Ариун Сүнс тогтоон харуулж байсан; гэвч эцсийн үеийн аяга дүүрэх үед гурав дахь үеийн зарим нь үргэлж амьд үлдсэн байдаг. Тэр үе бол могойн хорхойн адил хортонгуудын садар самуун үе мөн.</w:t>
      </w:r>
    </w:p>
    <w:p>
      <w:pPr>
        <w:pStyle w:val="ArticleBody"/>
        <w:jc w:val="left"/>
      </w:pPr>
      <w:r>
        <w:rPr>
          <w:rFonts w:ascii="Times New Roman" w:hAnsi="Times New Roman" w:eastAsia="Times New Roman" w:cs="Times New Roman"/>
        </w:rPr>
        <w:t>Мосе дөрөв дэх үеийг төлөөлж байсан бөгөөд яг тэр үед Мосе дөчин зургаан өдрийн турш сүмийг босгох тухай зааврыг хүлээн авсан юм. Тэр өдрүүдэд Тэр хуулийг хүлээн авсан бөгөөд уг хуулийн хоёр дахь тушаалд Бурханы атаархал гурав дахь ба дөрөв дэх үед илэрхийлэгддэг гэж заасан байдаг.</w:t>
      </w:r>
    </w:p>
    <w:p>
      <w:pPr>
        <w:pStyle w:val="ArticleScripture"/>
        <w:jc w:val="left"/>
      </w:pPr>
      <w:r>
        <w:rPr>
          <w:rFonts w:ascii="Times New Roman" w:hAnsi="Times New Roman" w:eastAsia="Times New Roman" w:cs="Times New Roman"/>
        </w:rPr>
        <w:t>Тэрээр Абрамд ийнхүү айлдав: «Чиний үр удам өөрсдийнх нь биш нутагт харийн хүн болж, тэдэнд зүтгэх бөгөөд тэд тэднийг дөрвөн зуун жилийн турш дарлан зовоох болно. Мөн тэдний зүтгэх тэр үндэстнийг Би шүүнэ. Үүний дараа тэд агуу их эд хөрөнгөтэйгөөр гарч ирнэ. Харин чи амар тайвнаар өвөг дээдэстээ одож, өтөл насандаа оршуулагдана. Гэвч дөрөв дэх үедээ тэд дахин энд ирнэ. Учир нь аморичуудын гэм нүгэл хараахан дүүрээгүй байна.» Эхлэл 15:13–16.</w:t>
      </w:r>
    </w:p>
    <w:p>
      <w:pPr>
        <w:pStyle w:val="ArticleBody"/>
        <w:jc w:val="left"/>
      </w:pPr>
      <w:r>
        <w:rPr>
          <w:rFonts w:ascii="Times New Roman" w:hAnsi="Times New Roman" w:eastAsia="Times New Roman" w:cs="Times New Roman"/>
        </w:rPr>
        <w:t>Эртний Израилийн эцсийн үед, Петрийн “сүнслэг гэр” хэмээн нэрлэсэн Христийн сүмийн ариун сүм босгон байгуулагдсан. Тэрхүү түүхийн туршид Бурхан Өөрийн хардалтыг хоёр удаа илэрхийлсэн нь, Өөрийн хичээл зүтгэлээр ариун сүмийг цэвэрлэсэн үед юм. 1844 онд Бурхан Миллерчүүдийн сүнслэг ариун сүмийг босгосон бөгөөд дахин нэгэнтээ өмнөх сонгогдсон ардыг тойрон өнгөрсөн байв. Тэрхүү түүхэнд Гэрээний Элч 1844 оны 10-р сарын 22-нд гэнэт ирсэн юм.</w:t>
      </w:r>
    </w:p>
    <w:p>
      <w:pPr>
        <w:pStyle w:val="ArticleBody"/>
        <w:jc w:val="left"/>
      </w:pPr>
      <w:r>
        <w:rPr>
          <w:rFonts w:ascii="Times New Roman" w:hAnsi="Times New Roman" w:eastAsia="Times New Roman" w:cs="Times New Roman"/>
        </w:rPr>
        <w:t>Түүний илрэлт Уильям Миллерийн үйлчлэлээр урьдаас бэлтгэгдсэн байв. Протестантууд болон Миллерчүүд 1844 оны 10 дугаар сарын 22-нд ойртон ирэх үед хоёр анги шалгалтад орсон юм. Протестантуудын шалгалт эцсийн цагт 1798 онд анхны тэнгэрэлч ирснээр эхэлсэн. Левийн хөвгүүдийг аль алиныг нь “цэвэршүүлж, ариусгах” ёстой мэдээ 1831 онд албан ёсоор тогтоогдсоны дараа, 1840 оны 8 дугаар сарын 11-нд анхны тэнгэрэлчийн мэдээ хүчирхэгжих үед протестантуудын шалгалт эхэлсэн. 1844 оны 4 дүгээр сарын 19-нд протестантууд шалгалтад бүдэрч, Вавилоны охид болсон юм.</w:t>
      </w:r>
    </w:p>
    <w:p>
      <w:pPr>
        <w:pStyle w:val="ArticleBody"/>
        <w:jc w:val="left"/>
      </w:pPr>
      <w:r>
        <w:rPr>
          <w:rFonts w:ascii="Times New Roman" w:hAnsi="Times New Roman" w:eastAsia="Times New Roman" w:cs="Times New Roman"/>
        </w:rPr>
        <w:t>Дараа нь хоёр дахь тэнгэрэлч ирж, Миллеритүүдийн итгэл тэгэхэд соригдон, цэвэршүүлэлт ба ариусган салгалт хэрэгжсэн юм. Хоёр дахь тэнгэрэлчийн мэдээ наймдугаар сарын арван хоёрноос арван долоон хүртэлх өдрүүдэд болсон Эксетерийн хуарангийн цуглаанд хүчжигдэн тунхаглагдах үед, Миллеритүүдийн дундах мэргэн ба мунхаг Миллеритүүдийг тусгаарлан салгах сорилт биеллээ олсон юм.</w:t>
      </w:r>
    </w:p>
    <w:p>
      <w:pPr>
        <w:pStyle w:val="ArticleBody"/>
        <w:jc w:val="left"/>
      </w:pPr>
      <w:r>
        <w:rPr>
          <w:rFonts w:ascii="Times New Roman" w:hAnsi="Times New Roman" w:eastAsia="Times New Roman" w:cs="Times New Roman"/>
        </w:rPr>
        <w:t>Ухаалаг ба мунхагийн хоорондох ялгаа нь шөнө дундын хашхирааны эш үзүүллэгийн мэдээ болох тосонд оршиж байв. 1844 оны 10 дугаар сарын 22-нд гурав дахь тэнгэрэлч ирэхэд сүм (дөчин зургаан жилийн дотор) босгогдсон байлаа. Тэр үед Гэрээний Элч Өөрийн сүмд гэнэт ирсэн юм.</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тахилчийн хувьд хамгийн ариун газарт ирэх нь, Даниел 8:14-т үзүүлэгдсэнчлэн; Хүний Хүү Эртний Нэгэний өмнө ирэх нь, Даниел 7:13-т дүрслэгдсэнчлэн; мөн Эзэн Өөрийн сүмдээ ирэх нь, Малахиар урьдчилан зөгнөгдсөнчлөн, эдгээр нь нэгэн ижил үйл явдлын дүрслэлүүд мөн; мөн үүнийг Матай 25 дахь арван онгон охидын тухай сургаалт зүйрлэлд Христийн дүрсэлсэн сүйт залуу хуриманд ирэх явдлаар ч мөн төлөөлүүлэн үзүүлсэн байдаг.” Агуу Тэмцэл, 426.</w:t>
      </w:r>
    </w:p>
    <w:p>
      <w:pPr>
        <w:pStyle w:val="ArticleBody"/>
        <w:jc w:val="left"/>
      </w:pPr>
      <w:r>
        <w:rPr>
          <w:rFonts w:ascii="Times New Roman" w:hAnsi="Times New Roman" w:eastAsia="Times New Roman" w:cs="Times New Roman"/>
        </w:rPr>
        <w:t>Тэр үед Гэрээний Элч Малахи номын гуравдугаар бүлэгт Левийн хөвгүүд хэмээн тодорхойлогдсон Миллерит шавь нарыг цэвэршүүлж, ариусган шүүн ялгах Өөрийн ажлыг эхлүүлсэн юм.</w:t>
      </w:r>
    </w:p>
    <w:p>
      <w:pPr>
        <w:pStyle w:val="ArticleScripture"/>
        <w:jc w:val="left"/>
      </w:pPr>
      <w:r>
        <w:rPr>
          <w:rFonts w:ascii="Times New Roman" w:hAnsi="Times New Roman" w:eastAsia="Times New Roman" w:cs="Times New Roman"/>
        </w:rPr>
        <w:t>“Эхний болон хоёр дахь тэнгэрэлчийн мэдээнүүдийн дор Хүргэнийг угтан гарагсдын дундаас олон нь дэлхийд өгөгдөх сүүлчийн шалгах мэдээ болох гурав дахь мэдээг няцаасан бөгөөд сүүлчийн дуудлага хийгдэх үед ч үүнтэй адил байр суурь эзлэгдэх болно.</w:t>
      </w:r>
    </w:p>
    <w:p>
      <w:pPr>
        <w:pStyle w:val="ArticleScripture"/>
        <w:jc w:val="left"/>
      </w:pPr>
      <w:r>
        <w:rPr>
          <w:rFonts w:ascii="Times New Roman" w:hAnsi="Times New Roman" w:eastAsia="Times New Roman" w:cs="Times New Roman"/>
        </w:rPr>
        <w:t>“Энэхүү сургаалт зүйрлэлийн бүх нарийн заалтыг нягтлан судлах ёстой. Бид ухаалаг эсвэл мунхаг онгон бүсгүйчүүдийн аль нэгээр төлөөлөгдөнө.” Review and Herald, 1899 оны 10 дугаар сарын 31.</w:t>
      </w:r>
    </w:p>
    <w:p>
      <w:pPr>
        <w:pStyle w:val="ArticleBody"/>
        <w:jc w:val="left"/>
      </w:pPr>
      <w:r>
        <w:rPr>
          <w:rFonts w:ascii="Times New Roman" w:hAnsi="Times New Roman" w:eastAsia="Times New Roman" w:cs="Times New Roman"/>
        </w:rPr>
        <w:t>1840 оны 8 дугаар сарын 11-нд эхний тэнгэрэлчийн мэдээ хүчирхэгжихэд, үй олон хүн Миллерийн хөдөлгөөнд нэгдэв. Дараа нь 1844 оны 4 дүгээр сарын 19-нд, нэлээд том бүлэг хүмүүс энэ хөдөлгөөнөөс гарч одов. 1844 оны 10 дугаар сарын 22-нд, уламжлалт үзлээр бол, Ариунаас Ариун газарт итгэлээр орсон тавь орчим сүнс байсан гэж үздэг. Гурав дахь тэнгэрэлчийн гэрлийг анх дагасан хүмүүсийн тоо ойролцоогоор тавин сүнс байсан гэж үзвэл, эхний болон хоёр дахь тэнгэрэлчийн мэдээг хүлээн авсан “олон” хүн “гурав дахь, сүүлчийн шалгах мэдээг хүлээн авахаас татгалзсан” гэж бидэнд мэдүүлэгдэх нь юу гэсэн утгатай вэ?</w:t>
      </w:r>
    </w:p>
    <w:p>
      <w:pPr>
        <w:pStyle w:val="ArticleBody"/>
        <w:jc w:val="left"/>
      </w:pPr>
      <w:r>
        <w:rPr>
          <w:rFonts w:ascii="Times New Roman" w:hAnsi="Times New Roman" w:eastAsia="Times New Roman" w:cs="Times New Roman"/>
        </w:rPr>
        <w:t>Гэрээний Элч гэнэт Өөрийн сүмд ирж, гурав дахь тэнгэрэлчийн туршлагад цаашлан орсон тавин хүнд тэнгэр дэх ариун газрын гэрэл болон гурав дахь тэнгэрэлчийн мэдээг нээсэн боловч тэд анхандаа тараагдан сарнив. Тэр үеийн тэдний урам хугаралт нь эхний урам хугаралтаас илүү их байсан хэдий ч Загалмайн дараах шавь нарын урам хугаралттай адил тийм их байгаагүй гэж Уайт эгч бидэнд мэдүүлсэн байдаг.</w:t>
      </w:r>
    </w:p>
    <w:p>
      <w:pPr>
        <w:pStyle w:val="ArticleBody"/>
        <w:jc w:val="left"/>
      </w:pPr>
      <w:r>
        <w:rPr>
          <w:rFonts w:ascii="Times New Roman" w:hAnsi="Times New Roman" w:eastAsia="Times New Roman" w:cs="Times New Roman"/>
        </w:rPr>
        <w:t>Эдгээр зэрэгцээ хоёр түүхийн аль алинд нь Христ урам нь хугарсан хүмүүст Өөрийн эш үзүүллэгийн Үгийг нээж өгсөн бөгөөд 1850 он гэхэд Эгч Уайт түүнд Эзэн тэр үед Өөрийн ард түмнийг цуглуулахын тулд мутраа дахин сунгаж байгааг үзүүлсэн гэж өгүүлдэг.</w:t>
      </w:r>
    </w:p>
    <w:p>
      <w:pPr>
        <w:pStyle w:val="ArticleScripture"/>
        <w:jc w:val="left"/>
      </w:pPr>
      <w:r>
        <w:rPr>
          <w:rFonts w:ascii="Times New Roman" w:hAnsi="Times New Roman" w:eastAsia="Times New Roman" w:cs="Times New Roman"/>
        </w:rPr>
        <w:t>“1850 оны 9 дүгээр сарын 23-нд Эзэн надад Өөрийн ард түмний үлдэгдлийг эргүүлэн авахын тулд гараа хоёр дахь удаагаа сунгасныг, мөн энэ цуглуулах үед хийгдэх хүчин чармайлтыг улам нэмэгдүүлэх ёстойг үзүүлсэн. Тараагдах үед Израиль цохигдон урагдсан; харин эдүгээ, цуглуулах үед, Бурхан Өөрийн ард түмнийг эдгээж, шархыг нь бооно. Тараагдах үед үнэнийг түгээхийн тулд гаргасан хүчин чармайлт тун бага нөлөөтэй, маш өчүүхэн эсвэл огт үр дүнгүй байсан; харин одоо, Бурхан Өөрийн ард түмнийг цуглуулахын тулд гараа сунгасан энэ үед, үнэнийг түгээх хүчин чармайлт нь зориулагдсан үр нөлөөгөө үзүүлэх болно. Бүгдээрээ энэ ажилд нэгдмэл, хичээл зүтгэлтэй байх ёстой. Одоо биднийг цуглуулах үед удирдах жишээ болгон хэн нэгэн тараагдах үеийг дурдан эш татах нь ичгүүртэй хэрэг болохыг би харсан; учир нь хэрэв Бурхан одоо бидний төлөө тэр үед хийснээсээ илүүг хийхгүй бол, Израиль хэзээ ч цуглагдахгүй. Үнэнийг номлож тунхаглахтай адил, хэвлэлээр нийтлэн түгээх нь ч мөн адил зайлшгүй шаардлагатай.” Review and Herald, 1850 оны 11 дүгээр сарын 1.</w:t>
      </w:r>
    </w:p>
    <w:p>
      <w:pPr>
        <w:pStyle w:val="ArticleBody"/>
        <w:jc w:val="left"/>
      </w:pPr>
      <w:r>
        <w:rPr>
          <w:rFonts w:ascii="Times New Roman" w:hAnsi="Times New Roman" w:eastAsia="Times New Roman" w:cs="Times New Roman"/>
        </w:rPr>
        <w:t>Загалмай дээр шавь нар нь тараагдсан байсан бөгөөд тэр түүхэнд, гурав хоногийн дараа Тэр Өөрийн тараагдсан шавь нарыг цуглуулж эхэлсэн. 1844 оны төгсгөлөөс хойш ойролцоогоор гурван жилийн дараа Христ Өөрийн тараагдсан сүргийг цуглуулж эхэлсэн. Тэр түүхэнд Тэр Өөрийн ард түмнийг хэвлэлийн ажлыг эхлүүлэхэд удирдан, 1850 оны төгсгөлд бүтээгдсэн Хабакукийн хоёр хүснэгтийн хоёр дахь хүснэгтийг хэвлүүлж, дараа нь 1851 оны 1-р сард Review and Herald-д худалдаалахаар санал болгогдож эхэлсэн.</w:t>
      </w:r>
    </w:p>
    <w:p>
      <w:pPr>
        <w:pStyle w:val="ArticleBody"/>
        <w:jc w:val="left"/>
      </w:pPr>
      <w:r>
        <w:rPr>
          <w:rFonts w:ascii="Times New Roman" w:hAnsi="Times New Roman" w:eastAsia="Times New Roman" w:cs="Times New Roman"/>
        </w:rPr>
        <w:t>1843 оны зураглал нь эхний ба хоёр дахь тэнгэрэлчийн мэдээний түүхэнд босгогдсон, ариун сүмийг цэвэрлэсэн мэдээний биет дүрслэл байсан. Гурав дахь тэнгэрэлч ирэхэд Бурхан Өөрийн ажлыг дуусгаж, Өөрийн ардыг гэрт нь аваачихаар зорьсон боловч тэд эртний Израилийн адил тэрсэлсэн тул эртний ч, шинэ үеийн Израиль ч цөлөөр хэрэн тэнэхээр томилогдов. Хэрэв гурав дахь тэнгэрэлчийн гэрлийг анхлан хүлээн авсан тэр Адвентистууд итгэлээр урагшлан, өөрсдийн мэдээний биет дүрслэл болох 1850 оны зураглалыг авч явсансан бол тэд Есүсийн хоёр дахь ирэлтийг залж, гэртээ харьж болох байсан. Гэвч тэд Иошуа, Калеб болон итгэлгүй арван туршуулын түүхийг давтан туулхаар тавилантай байв.</w:t>
      </w:r>
    </w:p>
    <w:p>
      <w:pPr>
        <w:pStyle w:val="ArticleScripture"/>
        <w:jc w:val="left"/>
      </w:pPr>
      <w:r>
        <w:rPr>
          <w:rFonts w:ascii="Times New Roman" w:hAnsi="Times New Roman" w:eastAsia="Times New Roman" w:cs="Times New Roman"/>
        </w:rPr>
        <w:t>“1844 оны их урам хугарлын дараа Адвентистууд итгэлээсээ бат чанга зуурч, Бурханы нээгдэн илэрч буй удирдлагыг даган эв нэгдэлтэйгээр урагшилж, гурав дахь тэнгэрэлчийн мэдээг хүлээн авч, Ариун Сүнсний хүчээр үүнийг дэлхийд тунхагласансан бол тэд Бурханы авралыг үзэх байлаа; Эзэн тэдний хичээл зүтгэлтэй хүчтэйгээр хамтран үйлдэх байсан, ажил дуусах байсан бөгөөд Христ Өөрийн ард түмнийг шагналыг нь хүртээхээр авахын тулд өдийд хэдийн ирчихсэн байх байсан. Харин урам хугарлын дараа дагалдсан эргэлзээ ба тодорхойгүй байдлын үед адвентийн итгэгчдийн олонх нь итгэлээсээ ухарсан.... Ийнхүү ажил саатуулагдаж, дэлхий харанхуйд орхигдсон юм. Хэрэв Адвентист бүх бие Бурханы тушаалууд болон Есүсийн итгэл дээр нэгдсэнсэн бол, бидний түүх хэчнээн өргөнөөр өөр байх байсан бол!” Evangelism, 695.</w:t>
      </w:r>
    </w:p>
    <w:p>
      <w:pPr>
        <w:pStyle w:val="ArticleBody"/>
        <w:jc w:val="left"/>
      </w:pPr>
      <w:r>
        <w:rPr>
          <w:rFonts w:ascii="Times New Roman" w:hAnsi="Times New Roman" w:eastAsia="Times New Roman" w:cs="Times New Roman"/>
        </w:rPr>
        <w:t>Баптисм хүртээгч Иохан болон Уильям Миллер нар Христ гэнэт ирж, Ариун Сүнсний хүч дор авралын мэдээг бүх дэлхийд хүргэх ард түмнийг ариусгахын тулд замыг нь бэлтгэсэн юм. Христийн шавь нар өөрсдөд нь оноогдсон даалгаврыг биелүүлсэн боловч Адвентизмийн эхлэл тийм биш байв. 1856 он гэхэд тэд Лаодикийн байдалд унаж, “долоон цаг”-ийн илүү ахисан гэрлийг няцаан, 1863 онд удалгүй гарах Ням гаргийн хуулинд хүрэх хүртэл улам бүр даамжрах тэрслэлийн үйл явцыг эхлүүлсэн юм. 1863 оны тэрслэл нь арван тагнуулын тэрслэлээр дүрслэгдсэн байв. Цөлд дөчин жил хэрэн тэнэсний эцэст эртний Израиль яг тэрхүү сорилтод дахин аваачигдсан нь орчин үеийн Израилийг анхны сорилтод нь буцаан авчирдгийн жишээг өгсөн юм.</w:t>
      </w:r>
    </w:p>
    <w:p>
      <w:pPr>
        <w:pStyle w:val="ArticleBody"/>
        <w:jc w:val="left"/>
      </w:pPr>
      <w:r>
        <w:rPr>
          <w:rFonts w:ascii="Times New Roman" w:hAnsi="Times New Roman" w:eastAsia="Times New Roman" w:cs="Times New Roman"/>
        </w:rPr>
        <w:t>Кадеш дахь арван туршуулын бослого нь дөчин жилийн дараа Кадешт дахин давтагдсан. Цөлөөр дөчин жил тэнүүчлэн явахад хүргэсэн арван туршуулын тэр бослого нь 1863 оны бослогыг төлөөлдөг бөгөөд тэр үед орчин үеийн Израиль өөрсдөө Лаодикийн цөлд төөрөн тэнэхээ бий болгосон юм. Дөчин жилийн төгсгөлд эртний Израиль дахин Кадешт хүргэгдсэн нь 1863 оны бослогын үеэр Миллерийн Адвентизмыг цэвэршүүлсэн сорил нь Гэрээний Элч Өөрийн сүмд дахин гэнэт ирэх үед мөн дахин давтагдах ёстойг ийнхүү тодорхойлж байна.</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p>
      <w:pPr>
        <w:pStyle w:val="ArticleScripture"/>
        <w:jc w:val="left"/>
      </w:pPr>
      <w:r>
        <w:rPr>
          <w:rFonts w:ascii="Times New Roman" w:hAnsi="Times New Roman" w:eastAsia="Times New Roman" w:cs="Times New Roman"/>
        </w:rPr>
        <w:t>Гилеад ба Башаныг эзлэн авах үед, бараг дөчин жилийн өмнө Кадешид болж, Израилийг элсэн цөлөөр удаан тэнүүлэхэд хүргэсэн үйл явдлуудыг санагалзсан хүмүүс олон байв. Тэд Амлагдсан газрын талаар тагнуулчдын өгсөн мэдээ олон талаар зөв байсныг харжээ. Тэндхийн хотууд хэрэмлэгдсэн, асар агуу байсан бөгөөд, еврейчүүд тэдэнтэй харьцуулахад ердөө л өчүүхэн хүмүүс мэт харагдах аварга биетнүүд тэнд оршин суудаг байв. Гэвч тэд эцгүүдийнх нь үхлийн алдаа нь Бурханы хүчин чадалд үл итгэсэнд байсныг одоо харж чаджээ. Чухамхүү энэ л тэднийг тэрхүү үзэсгэлэнт нутагт тэр даруй ороход саад болсон юм.</w:t>
      </w:r>
    </w:p>
    <w:p>
      <w:pPr>
        <w:pStyle w:val="ArticleScripture"/>
        <w:jc w:val="left"/>
      </w:pPr>
      <w:r>
        <w:rPr>
          <w:rFonts w:ascii="Times New Roman" w:hAnsi="Times New Roman" w:eastAsia="Times New Roman" w:cs="Times New Roman"/>
        </w:rPr>
        <w:t>“Тэд Канаан нутагт орохоор анх бэлтгэж байх үед энэ үйл хэрэг нь одоогийнхоос хавьгүй бага бэрхшээлтэй байлаа. Бурхан Өөрийн ард түмэнд, хэрэв тэд Түүний дуу хоолойд дуулгавартай байвал Тэрээр тэдний өмнө явж, тэдний төлөө тулалдана хэмээн амласан; мөн газрын оршин суугчдыг хөөн гаргахын тулд эвэрт шавьж илгээнэ гэж ч айлдсан байв. Үндэстнүүдийн айдас ерөнхийдөө хараахан сэрээгүй байсан бөгөөд тэдний урагшлахыг эсэргүүцэхийн тулд төдийлөн бэлтгэл хийгдээгүй байлаа. Харин одоо ЭЗЭН Израильд урагш явахыг тушаахад, тэд сэргэг бөгөөд хүчирхэг дайснуудын эсрэг давшин, өөрсдийнх нь ойртон ирэлтийг эсэргүүцэхээр бэлтгэж байсан их, сайтар сургагдсан цэргүүдтэй тэмцэх ёстой болсон юм.</w:t>
      </w:r>
    </w:p>
    <w:p>
      <w:pPr>
        <w:pStyle w:val="ArticleScripture"/>
        <w:jc w:val="left"/>
      </w:pPr>
      <w:r>
        <w:rPr>
          <w:rFonts w:ascii="Times New Roman" w:hAnsi="Times New Roman" w:eastAsia="Times New Roman" w:cs="Times New Roman"/>
        </w:rPr>
        <w:t>“Ог, Сихон нартай хийсэн тэдний тэмцэлд ард түмэн эцэг өвгөд нь тийнхүү илтэд бүтэлгүйтсэн тэрхүү л сорилтын дор дахин оржээ. Гэвч энэ удаагийн шалгалт нь Бурхан Израильд урагшлахыг тушаасан үеийнхээс хавьгүй хүнд байв. Учир нь тэд Эзэний нэрээр тушаагдах үед урагшлан явахаас татгалзсанаас хойш зам дахь бэрхшээлүүд нь үлэмж ихэссэн байлаа. Бурхан Өөрийн ард түмнийг одоо ч мөн ийм байдлаар сорьдог. Хэрэв тэд сорилтыг тэвчин давахгүй бол Тэр тэднийг дахин өнөөх л цэгт аваачдаг бөгөөд хоёр дахь удаад сорилт нь бүр ч ойртож, өмнөхөөсөө илүү хүнд болно. Энэ нь тэд шалгалтыг давах хүртэл, эсвэл хэрэв тэд хэвээрээ тэрслүү байсаар байвал, Бурхан Өөрийн гэрлийг тэднээс татан авч, тэднийг харанхуйд орхих хүртэл үргэлжилнэ.” Эцэг өвгөд ба эш үзүүлэгчид,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Зуун Хоёрдугаар Хэсэг</dc:title>
  <dc:subject>Элчийн гурвалсан хэрэглээ: эш үзүүллэгийн динамикийг илчлэх нь</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