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гуравдугаар хэсэг</w:t>
      </w:r>
    </w:p>
    <w:p>
      <w:pPr>
        <w:pStyle w:val="ArticleSubtitle"/>
        <w:jc w:val="left"/>
      </w:pPr>
      <w:r>
        <w:rPr>
          <w:rFonts w:ascii="Arial" w:hAnsi="Arial" w:eastAsia="Arial" w:cs="Arial"/>
        </w:rPr>
        <w:t>Зөгнөлийг Нээхүй: Зөгнөлийн Хүрээний Гурвалсан Хэрэглээг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Бид эш үзүүлгийн гурвалсан хэрэглээг авч үзэж ирсэн. Үүнийг бид, 1989 онд “эцсийн цаг”-т Зөвлөлт Холбоот Улс нуран унах үед Эзэн Даниел арван нэгдүгээр бүлгийн сүүлийн зургаан эшлэлийг лацнаас нь тайлснаар Бурханы ард түмний тэр үеийн үеийг сорих ёстой байсан нэгэн “мэдлэгийн өсөлт” бий болсныг тодорхойлохын тулд хийж байна.</w:t>
      </w:r>
    </w:p>
    <w:p>
      <w:pPr>
        <w:pStyle w:val="ArticleScripture"/>
        <w:jc w:val="left"/>
      </w:pPr>
      <w:r>
        <w:rPr>
          <w:rFonts w:ascii="Times New Roman" w:hAnsi="Times New Roman" w:eastAsia="Times New Roman" w:cs="Times New Roman"/>
        </w:rPr>
        <w:t>Тэгээд тэрээр, “Яв, Даниел аа; учир нь эдгээр үгс төгсгөлийн цаг хүртэл хаагдаж, лацдагдсан байна. Олон хүн ариусгагдаж, цайрч, соригдоно; харин хорон муу хүмүүс хорон муугаа үйлдсээр байх болно. Хорон муу хүмүүсийн хэн нь ч ойлгохгүй; харин мэргэн хүмүүс ойлгоно” гэж айлдав. Даниел 12:9, 10.</w:t>
      </w:r>
    </w:p>
    <w:p>
      <w:pPr>
        <w:pStyle w:val="ArticleBody"/>
        <w:jc w:val="left"/>
      </w:pPr>
      <w:r>
        <w:rPr>
          <w:rFonts w:ascii="Times New Roman" w:hAnsi="Times New Roman" w:eastAsia="Times New Roman" w:cs="Times New Roman"/>
        </w:rPr>
        <w:t>Иудагийн овгийн Арслан нэгэн үнэнийг лацнаас нь тайлах бүрд Сатан тэр мэдээнд эсэргүүцэл үзүүлэхээр ажилладаг. Даниел арван нэгдүгээр бүлгийн тэрхүү сүүлчийн эшлэлүүдэд илчлэгдсэн үнэний эсрэг өрнүүлсэн эсэргүүцэл нь, илчлэгдсэн үнэнийг нураахаар дэвшүүлсэн алдаануудын эсрэг ариусгагдсан хамгаалалт тогтохын тулд, тэдгээр эшлэлүүдтэй холбоотой үнэнийг улам гүнзгий судлахад хүргэсэн. Тэр маргааны дунд ил болсон зарчмуудын нэг нь эш үзүүллэгийн гурвалсан хэрэглээ байв. Үүнийг анх Даниелын ном дахь “өдөр тутмын” гэж юуны төлөө төлөөлж байсныг (харь шүтлэг) зөв тогтоох шаардлагатай холбоотойгоор, мөн “өдөр тутмын зүйлийг зайлуулсан” үйл явдалтай холбоотой зөв түүхийг (МЭ 508 он) танин мэдсэнээр хүлээн зөвшөөрсөн юм.</w:t>
      </w:r>
    </w:p>
    <w:p>
      <w:pPr>
        <w:pStyle w:val="ArticleBody"/>
        <w:jc w:val="left"/>
      </w:pPr>
      <w:r>
        <w:rPr>
          <w:rFonts w:ascii="Times New Roman" w:hAnsi="Times New Roman" w:eastAsia="Times New Roman" w:cs="Times New Roman"/>
        </w:rPr>
        <w:t>Зөгнөлийн хүрээг сүйрэл авчрагч гурван хүчийг хүлээн зөвшөөрөх явдал бүрдүүлж байсан нь, сүйрэл авчрагч эхний хоёр хүчийг зөгнөлийн хүрээ хэмээн тодорхойлсон Миллеритүүдийн хүрээтэй дүйж байсан бөгөөд, “өдөр тутмын”-ыг харийн шашин шүтлэг гэж Миллеритүүд тодорхойлсон нь, Систр Уайт хэлснээр байх ёстой байсанчлан, Даниел арван нэгдүгээр бүлгийн сүүлийн зургаан эшлэлтэй нийцэх түүхэн дүр зургийг өгсөн. Иймээс 1989 онд төгсгөлийн цаг дахь лац тайлагдаагүй мэдлэгийн эсрэг үзүүлсэн эсэргүүцэл нь, мэдлэг нэмэгдэхийн хэрээр, илүү агуу гэрлийг төрүүлсэн бөгөөд мөн энэ нь гурав дахь тэнгэрэлчийн хөдөлгөөний явцын тодорхой дүрмүүдийг илрүүлсэн юм; эдгээр нь Уильям Миллерийн удирдсан эхний тэнгэрэлчийн хөдөлгөөнд эмхэтгэгдэн хэрэглэгдэж байсан зөгнөлийн тодорхой дүрмүүдийн хөгжлийн явцтай зэрэгцэж байв.</w:t>
      </w:r>
    </w:p>
    <w:p>
      <w:pPr>
        <w:pStyle w:val="ArticleBody"/>
        <w:jc w:val="left"/>
      </w:pPr>
      <w:r>
        <w:rPr>
          <w:rFonts w:ascii="Times New Roman" w:hAnsi="Times New Roman" w:eastAsia="Times New Roman" w:cs="Times New Roman"/>
        </w:rPr>
        <w:t>Бид гурван Ромын гурав дахин хэрэглээ, Вавилоны гурван уналт, мөн гурван Елиаг авч үзээд, одоо Гэрээний Элчид замыг бэлтгэдэг гурван элчийн тухай авч үзэж байна. Бид гурван Ромын хооронд, Вавилоны гурван уналттай нягт давхцал ба зэрэгцээ байдлыг, мөн гурван Елиа болон замыг бэлтгэдэг гурван элчтэй ч нягт зэрэгцээ байдлыг тодорхойлсон. Эцсийн өдрүүдэд Уильям Миллер болон Future for America хоёулаа гурав дахь Елиа, мөн түүнчлэн замыг бэлтгэдэг гурав дахь элчийг төлөөлдөг. Есүс аливаа зүйлийн төгсгөлийг үргэлж түүний эхлэлээр дүрслэн харуулдаг бөгөөд эхний тэнгэрэлчийн хөдөлгөөн нь гурав дахь тэнгэрэлчийн хөдөлгөөнтэй зэрэгцдэг.</w:t>
      </w:r>
    </w:p>
    <w:p>
      <w:pPr>
        <w:pStyle w:val="ArticleScripture"/>
        <w:jc w:val="left"/>
      </w:pPr>
      <w:r>
        <w:rPr>
          <w:rFonts w:ascii="Times New Roman" w:hAnsi="Times New Roman" w:eastAsia="Times New Roman" w:cs="Times New Roman"/>
        </w:rPr>
        <w:t>“Бурхан Илчлэлт 14-ийн мэдээнүүдэд эш үзүүллэгийн шугам дахь байр суурийг нь өгсөн бөгөөд тэдний ажил энэ дэлхийн түүхийн төгсгөл хүртэл зогсох ёсгүй. Эхний болон хоёр дахь тэнгэрэлчийн мэдээ нь энэ цаг үеийн хувьд одоо ч үнэн хэвээр бөгөөд дараах энэхүү мэдээтэй зэрэгцэн явах ёстой. Гурав дахь тэнгэрэлч анхааруулгаа чанга дуугаар тунхагладаг. ‘Эдгээрийн дараа,’ гэж Иохан хэлсэн, ‘би тэнгэрээс агуу хүчтэй өөр нэгэн тэнгэрэлч бууж ирэхийг харсан; газар түүний алдраар гэрэлтэв.’ Энэ гэрэлтүүлэг дотор гурван мэдээний бүх гэрэл нэгтгэгдсэн байдаг.” The 1888 Materials, 803, 804.</w:t>
      </w:r>
    </w:p>
    <w:p>
      <w:pPr>
        <w:pStyle w:val="ArticleBody"/>
        <w:jc w:val="left"/>
      </w:pPr>
      <w:r>
        <w:rPr>
          <w:rFonts w:ascii="Times New Roman" w:hAnsi="Times New Roman" w:eastAsia="Times New Roman" w:cs="Times New Roman"/>
        </w:rPr>
        <w:t>Эхний болон хоёр дахь тэнгэрэлчийн хөдөлгөөнийг Уильям Миллер удирдсан. Уайт эгч Миллерийг “сонгогдсон элч” хэмээн тодорхойлсон.</w:t>
      </w:r>
    </w:p>
    <w:p>
      <w:pPr>
        <w:pStyle w:val="ArticleScripture"/>
        <w:jc w:val="left"/>
      </w:pPr>
      <w:r>
        <w:rPr>
          <w:rFonts w:ascii="Times New Roman" w:hAnsi="Times New Roman" w:eastAsia="Times New Roman" w:cs="Times New Roman"/>
        </w:rPr>
        <w:t>“Уильям Миллер Сатаны хаанчлалыг донсолгож байсан бөгөөд тэрхүү эртний дайсан зөвхөн энэ мэдээний нөлөөг саармагжуулахыг төдийгүй, элчийг өөрийг нь ч устгахаар чармайж байв.” Зөннөлийн Сүнс, 4-р боть, 219.</w:t>
      </w:r>
    </w:p>
    <w:p>
      <w:pPr>
        <w:pStyle w:val="ArticleBody"/>
        <w:jc w:val="left"/>
      </w:pPr>
      <w:r>
        <w:rPr>
          <w:rFonts w:ascii="Times New Roman" w:hAnsi="Times New Roman" w:eastAsia="Times New Roman" w:cs="Times New Roman"/>
        </w:rPr>
        <w:t>Тэрээр мөн Миллер нь Елиа болон Баптисч Иохан хоёулангаар нь төлөөлөгдөн дүрслэгдсэн байсныг тодорхойлдог.</w:t>
      </w:r>
    </w:p>
    <w:p>
      <w:pPr>
        <w:pStyle w:val="ArticleScripture"/>
        <w:jc w:val="left"/>
      </w:pPr>
      <w:r>
        <w:rPr>
          <w:rFonts w:ascii="Times New Roman" w:hAnsi="Times New Roman" w:eastAsia="Times New Roman" w:cs="Times New Roman"/>
        </w:rPr>
        <w:t>“Мянга мянган хүн Уильям Миллерийн тунхагласан үнэнийг хүлээн авахад хөтлөгдөн, энэ мэдээг тунхаглахын тулд Елиагийн сүнс ба хүч дотор Бурханы зарц нар босгон тавигдсан юм. Есүсийн урьдалч Иоханы адил, энэхүү сүр жавхлант мэдээг тунхаглагчид сүхийг модны үндсэнд тавьж, хүмүүст гэмшилд зохистой үр жимс гаргахыг уриалах зайлшгүй шаардлагыг мэдэрч байв.” Эртний Бичвэрүүд, 233.</w:t>
      </w:r>
    </w:p>
    <w:p>
      <w:pPr>
        <w:pStyle w:val="ArticleBody"/>
        <w:jc w:val="left"/>
      </w:pPr>
      <w:r>
        <w:rPr>
          <w:rFonts w:ascii="Times New Roman" w:hAnsi="Times New Roman" w:eastAsia="Times New Roman" w:cs="Times New Roman"/>
        </w:rPr>
        <w:t>Есүсийн хэлснээр хоёр дахь Елиа байсан Баптист Иохан нь Гэрээний Элчийн замыг бэлтгэх ёстой байсан анхны элч мөн байв. Иймээс гурав дахь тэнгэрэлчийн хөдөлгөөнд “сонгогдсон элч” байх нь илэрхий юм. Тэрхүү элчийг Елиа, Баптист Иохан, Уильям Миллер нараар төлөөлүүлэн урьдчилан дүрсэлсэн байна. Миллертэй хамт эдгээр хоёр сонгогдсон элч нь Илчлэл арван дөрөв дэх бүлгийн гурван тэнгэрэлчийн хөдөлгөөний эхлэл ба төгсгөлийг төлөөлдөг бөгөөд ингэснээр тэд хамтдаа гурав дахь Елиаг ч, мөн Гэрээний Элчийн замыг бэлтгэх ёстой гурав дахь элчийг ч төлөөлдөг.</w:t>
      </w:r>
    </w:p>
    <w:p>
      <w:pPr>
        <w:pStyle w:val="ArticleBody"/>
        <w:jc w:val="left"/>
      </w:pPr>
      <w:r>
        <w:rPr>
          <w:rFonts w:ascii="Times New Roman" w:hAnsi="Times New Roman" w:eastAsia="Times New Roman" w:cs="Times New Roman"/>
        </w:rPr>
        <w:t>Эхлэлд эсвэл төгсгөлд сонгогдсон элчийн аль нэгнийх нь мэдээг няцаах нь үхэл мөн бөгөөд Future for America-гийн мэдээ нь “мөр дээр мөр” хэмээх эш үзүүллэгийн хэрэглээнд үндэслэдэг бөгөөд энэ нь хожмын борооны аргачлал юм. “Мөр дээр мөр”-ийн хэрэглээгээр Миллерит хөдөлгөөн нь Future for America-гийн хөдөлгөөний хэв шинж байсныг тогтоодог. Миллерит түүхийн нэгэн тэмдэгт үе бол “сонгогдсон элч” Уильям Миллер юм. Тэрхүү тэмдэгт үеийг няцаана гэдэг нь мэдээг няцааж буй хэрэг мөн; тийнхүү Адвентизмийн эхлэл ба төгсгөлөөр, элчийг няцаах нь мөн мэдээг няцаах явдал болох нь тогтоогддог, учир нь мэдээ нь сонгогдсон элчийг тодорхойлдог. Иймээс, мэдээг няцаах нь элчийг няцаахтай адил бөгөөд мөн эсрэгээрээ. Бүжигчин үгүй бол бүжиг үгүй.</w:t>
      </w:r>
    </w:p>
    <w:p>
      <w:pPr>
        <w:pStyle w:val="ArticleScripture"/>
        <w:jc w:val="left"/>
      </w:pPr>
      <w:r>
        <w:rPr>
          <w:rFonts w:ascii="Times New Roman" w:hAnsi="Times New Roman" w:eastAsia="Times New Roman" w:cs="Times New Roman"/>
        </w:rPr>
        <w:t>“Би Христийн анхны ирэлтийн тунхаглал руу дахин хандуулагдсан юм. Иохан Есүсийн замыг бэлтгэхийн тулд Елиагийн сүнс ба хүчээр илгээгдсэн. Иоханы гэрчлэлийг няцаасан хүмүүс Есүсийн сургаалаас ашиг хүртээгүй. Түүний ирэлтийг зөгнөн мэдэгдсэн мэдээнд тэдний үзүүлсэн эсэргүүцэл нь Түүнийг Мессиа мөн гэдгийг нотлох хамгийн хүчтэй баримтыг тэд амархан хүлээн авч чадахгүй байдалд хүргэсэн. Сатан Иоханы мэдээг няцаасан хүмүүсийг улам цааш хөтөлж, Христийг ч няцаан, цовдлоход хүргэсэн. Үүнийг үйлдсэнээрээ тэд өөрсдийгөө Пентекостын өдөр хүртэх байсан ерөөлөөс ангид байдалд оруулсан бөгөөд тэр ерөөл нь тэдэнд тэнгэрийн ариун сүм рүү орох замыг заах байсан юм. Ариун сүмийн хөшиг урагдсан явдал нь иудейн тахилууд болон ёслолууд цаашид хүлээн авагдахгүйг харуулсан. Агуу Тахил өргөгдөж, хүлээн зөвшөөрөгдсөн байсан бөгөөд Пентекостын өдөр бууж ирсэн Ариун Сүнс шавь нарын оюун санааг газрын ариун сүмээс тэнгэрийн ариун сүм рүү хандуулсан; тэнд Есүс Өөрийн цусаар орсон бөгөөд Өөрийн цагаатгалын үр ашгийг шавь нартаа хүртээхийн тулд тийнхүү орсон юм. Харин иудейчүүд бүхэлдээ харанхуйд үлдсэн. Тэд авралын төлөвлөгөөний тухай авч болох байсан бүх гэрлийг алдсан атлаа ашиггүй тахилууд болон өргөлдөө итгэсээр байв. Тэнгэрийн ариун сүм газрын ариун сүмийн оррыг эзэлсэн байсан ч тэд энэ өөрчлөлтийн талаар ямар ч мэдлэггүй байлаа. Иймээс тэд ариун газарт Христийн зуучлалаас ашиг хүртэж чадахгүй байв.”</w:t>
      </w:r>
    </w:p>
    <w:p>
      <w:pPr>
        <w:pStyle w:val="ArticleScripture"/>
        <w:jc w:val="left"/>
      </w:pPr>
      <w:r>
        <w:rPr>
          <w:rFonts w:ascii="Times New Roman" w:hAnsi="Times New Roman" w:eastAsia="Times New Roman" w:cs="Times New Roman"/>
        </w:rPr>
        <w:t>“Олон хүн Христийг үгүйсгэн, цовдолсон иудейчүүдийн явдлыг жигшин хардаг; Түүний ичгүүрт доромжлолын түүхийг уншихдаа тэд өөрсдийгөө Түүнийг хайрладаг, Петрийн адил Түүнийг үгүйсгэхгүй, эсвэл иудейчүүдийн адил Түүнийг цовдлохгүй байсан гэж боддог. Харин бүх хүний зүрх сэтгэлийг уншдаг Бурхан, тэдний Есүстэй холбоотой хэмээн илэрхийлсэн тэр хайрыг сорилтод оруулсан юм. Эхний тэнгэрэлчийн мэдээ хэрхэн хүлээн авагдахыг бүх тэнгэр гүн гүнзгий сонирхлоор ажиглаж байв. Гэвч Есүсийг хайрладаг хэмээн мэдүүлдэг, мөн загалмайн түүхийг уншихдаа нулимс унагадаг олон хүн Түүний ирэлтийн сайн мэдээг тохуурхан шоолсон. Тэд энэ мэдээг баяртайгаар хүлээн авахын оронд төөрөгдөл хэмээн тунхагласан. Тэд Түүний илрэн үзэгдэхийг хайрладаг хүмүүсийг үзэн ядаж, чуулгануудаасаа хөөн гаргасан. Эхний мэдээг үгүйсгэсэн хүмүүс хоёр дахь мэдээнээс ашиг хүртэж чадаагүй; мөн тэднийг итгэлээр Есүстэй хамт тэнгэрийн ариун газрын хамгийн ариун хэсэгт ороход бэлтгэх учиртай байсан шөнө дундын хашхираанаас ч ашиг хүртэж чадаагүй. Тэгээд өмнөх хоёр мэдээг үгүйсгэснээрээ тэд ойлголтоо тийнхүү харанхуйруулсан тул хамгийн ариун хэсэгт хүрэх замыг харуулдаг гурав дахь тэнгэрэлчийн мэдээн дэх ямар ч гэрлийг харж чадахгүй болсон. Иудейчүүд Есүсийг цовдолсны адил, нэр төдий чуулганууд эдгээр мэдээг цовдолсныг би харсан; иймээс тэд хамгийн ариун хэсэгт хүрэх замын талаар ямар ч мэдлэггүй бөгөөд тэнд үйлдэгдэх Есүсийн зуучлалаас ашиг хүртэж чадахгүй. Өөрсдийн хэрэггүй тахилуудыг өргөж байсан иудейчүүдийн адил, тэд ч Есүсийн орхисон тэр тасалгаанд хэрэггүй залбирлуудаа өргөдөг; харин энэ мэхлэлд сэтгэл ханасан Сатан шашинлаг дүр төрхийг авч, өөрсдийгөө Христэд итгэгчид хэмээн тунхаглагч эдгээр хүмүүсийн оюун санааг өөр лүүгээ хөтлөн, өөрийн хүч чадал, тэмдгүүд, худал гайхамшгуудаар үйлдэн, тэднийг өөрийн урхинд бат бөх уяхын тулд ажилладаг.” Эртний Бичвэрүүд, 259–261.</w:t>
      </w:r>
    </w:p>
    <w:p>
      <w:pPr>
        <w:pStyle w:val="ArticleBody"/>
        <w:jc w:val="left"/>
      </w:pPr>
      <w:r>
        <w:rPr>
          <w:rFonts w:ascii="Times New Roman" w:hAnsi="Times New Roman" w:eastAsia="Times New Roman" w:cs="Times New Roman"/>
        </w:rPr>
        <w:t>“Иоханы гэрчлэлийг няцаасан” хүмүүс “Есүсийн сургаалиас ашиг хүртээгүй,” мөн “анхны мэдээг няцаасан” хүмүүс “хоёр дахь мэдээнээс ашиг хүртэж чадаагүй; бас тэд шөнийн дундын хашхираанаас ч ашиг хүртээгүй.” Иоханы үйлчлэл Христийн баптисмын өмнө явагдсан бөгөөд үүний удалгүй Тэр Өөрийн үйлчлэлийн эхэнд сүмийг цэвэрлэсэн. Миллерийн үйлчлэл Христ 1844 оны 10-р сарын 22-нд гэнэт ирэхдээ Левийн хөвгүүдийг ариусгахад бэлтгэсэн. Эдгээр хоёр гэрчийн аль алинд нь, замыг бэлтгэгч элчийг няцаах нь үхэлтэй адилтгагдана.</w:t>
      </w:r>
    </w:p>
    <w:p>
      <w:pPr>
        <w:pStyle w:val="ArticleBody"/>
        <w:jc w:val="left"/>
      </w:pPr>
      <w:r>
        <w:rPr>
          <w:rFonts w:ascii="Times New Roman" w:hAnsi="Times New Roman" w:eastAsia="Times New Roman" w:cs="Times New Roman"/>
        </w:rPr>
        <w:t>Гэрээний Элчийн хувиар Христийн үйлчлэлээр хэрэгжүүлсэн цэвэрлэлт ба ариусгал нь авралын мэдээг дэлхийд хүргэх ажлыг гүйцэтгэх нэгэн ардыг босгон байгуулах зорилготой байв. Энэхүү ажил нь гүйцэтгэх шүүлт эхлэхийг төлөөлөх цаг хугацааны үеэс өмнө хэрэгждэг. Шавь нарын түүхэн дэх Иерусалимын сүйрэл нь гүйцэтгэх шүүлтийг төлөөлдөг бөгөөд Адвентизм тэр ажлыг гүйцэтгэх хариуцлагаасаа няцсан боловч Эзэн тэднийг хамтад нь цуглуулахыг оролдсон билээ. Тэрээр Өөрийн ард түмнийг 1850 оны хүснэгтийг тэдний дэлхийд хүргэж болох байсан мэдээний дүрслэлт илэрхийлэл болгон хэвлүүлэхэд удирдсан юм.</w:t>
      </w:r>
    </w:p>
    <w:p>
      <w:pPr>
        <w:pStyle w:val="ArticleScripture"/>
        <w:jc w:val="left"/>
      </w:pPr>
      <w:r>
        <w:rPr>
          <w:rFonts w:ascii="Times New Roman" w:hAnsi="Times New Roman" w:eastAsia="Times New Roman" w:cs="Times New Roman"/>
        </w:rPr>
        <w:t>“Израиль дөчин жил цөлөөр тэнэх нь Бурханы хүсэл байгаагүй; Тэр тэднийг Канааны нутагт шууд удирдан аваачиж, тэнд ариун, жаргалтай ард түмэн болгон тогтоохыг хүссэн. Гэвч ‘тэд үл итгэлийн улмаас орж чадсангүй.’ Еврей 3:19. Тэд ухарч буцсан байдал болон тэрслэлээсээ болж цөлд мөхсөн бөгөөд Амлагдсан нутагт орохоор бусад нь босгогдсон. Үүнтэй адил, Христийн ирэлт ийнхүү удаан саатаж, Түүний ард түмэн нүгэл ба уй гашуугийн энэ ертөнцөд тийн олон жил үлдэх нь Бурханы хүсэл байгаагүй. Харин үл итгэл тэднийг Бурханаас тусгаарласан. Тэдэнд Түүний оноож өгсөн ажлыг хийхээс татгалзсан тул мэдээг тунхаглуулахаар бусад нь босгогдсон. Есүс ертөнцийг өршөөн, нүгэлтнүүдэд анхааруулгыг сонсож, Бурханы уур хилэн асгарахаас өмнө Түүн дотор хоргодох байр олох боломж олгохын тулд Өөрийн ирэлтийг саатуулдаг.” Агуу Тэмцэл, 458.</w:t>
      </w:r>
    </w:p>
    <w:p>
      <w:pPr>
        <w:pStyle w:val="ArticleBody"/>
        <w:jc w:val="left"/>
      </w:pPr>
      <w:r>
        <w:rPr>
          <w:rFonts w:ascii="Times New Roman" w:hAnsi="Times New Roman" w:eastAsia="Times New Roman" w:cs="Times New Roman"/>
        </w:rPr>
        <w:t>Адвентистууд итгэлдээ баттай хэвээр үлдсэнсэн бол, “тэдний ажил дууссан байх байв.”</w:t>
      </w:r>
    </w:p>
    <w:p>
      <w:pPr>
        <w:pStyle w:val="ArticleScripture"/>
        <w:jc w:val="left"/>
      </w:pPr>
      <w:r>
        <w:rPr>
          <w:rFonts w:ascii="Times New Roman" w:hAnsi="Times New Roman" w:eastAsia="Times New Roman" w:cs="Times New Roman"/>
        </w:rPr>
        <w:t>“1844 оны агуу урам хугаралтын дараа Адвентистууд итгэлдээ бат зогсон, Бурханы нээгдэж буй ивээлт удирдлагыг нэгэн санаагаар даган, гурав дахь тэнгэрэлчийн мэдээг хүлээн авч, Ариун Сүнсний хүчээр түүнийг дэлхийд тунхагласан сэн бол тэд Бурханы авралыг үзэх байсан; Эзэн тэдний хүчин чармайлттай хамт хүчтэйгээр үйлдэх байсан; ажил дуусах байсан бөгөөд Христ Өөрийн ард түмнийг шагналд нь хүлээн авахаар аль хэдийн ирсэн байх байсан. Харин тэрхүү урам хугаралтын дараа үргэлжилсэн эргэлзээ ба тодорхойгүй байдлын үед, адвент итгэгчдийн олонх нь итгэлээ орхисон.... Ийнхүү ажил саатаж, дэлхий харанхуйд орхигдсон юм. Хэрэв Адвентист бие бүхэлдээ Бурханы зарлигууд болон Есүсийн итгэл дээр нэгдсэн сэн бол, бидний түүх хэчнээн өргөнөөр өөр байх байсан бол!” Евангелизм, 695.</w:t>
      </w:r>
    </w:p>
    <w:p>
      <w:pPr>
        <w:pStyle w:val="ArticleBody"/>
        <w:jc w:val="left"/>
      </w:pPr>
      <w:r>
        <w:rPr>
          <w:rFonts w:ascii="Times New Roman" w:hAnsi="Times New Roman" w:eastAsia="Times New Roman" w:cs="Times New Roman"/>
        </w:rPr>
        <w:t>1844 оны хавар Гэрээний Эзэний Элч Миллеритүүдийн хөдөлгөөнийг ариусгасан бөгөөд дараа нь намар гурав дахь тэнгэрэлчийн мэдээг авчирсан. Миллер, түүний мэдээ болон түүний төлөөлж байсан хөдөлгөөн нь арван онгон бүсгүйн тухай сургаалт зүйрлэлийг биелүүлсэн байв. Нью-Хэмпшир мужийн Эксетер дэх цуглааны хээрийн уулзалт дээр Шөнө дундын Хашхирааны мэдээ ирсэн бөгөөд богинохон хоёр сарын дотор онгон бүсгүйчүүдийн алин нь тостой байсан нь илэрхий болсон. Хоёр ангилал илэрхийлэгдэж, гурав дахь тэнгэрэлч гартаа идэгдэх ёстой мэдээтэйгээр ирсэн боловч ухаалаг онгон бүсгүйчүүд “эргэлзээ ба тодорхойгүй байдлын үе”-д “итгэлээ буулгаж өгсөн” юм.</w:t>
      </w:r>
    </w:p>
    <w:p>
      <w:pPr>
        <w:pStyle w:val="ArticleBody"/>
        <w:jc w:val="left"/>
      </w:pPr>
      <w:r>
        <w:rPr>
          <w:rFonts w:ascii="Times New Roman" w:hAnsi="Times New Roman" w:eastAsia="Times New Roman" w:cs="Times New Roman"/>
        </w:rPr>
        <w:t>“Эргэлзээ ба тодорхойгүй байдлын үе” нь Түүний үхлийн үед шавь нараар төлөөлөгдөн илэрхийлэгдсэн байсан боловч гурав дахь өдөр Тэр Өөрийн амилалтын мэдээг шавь нартаа нээж эхэлсэн бөгөөд тэд “итгэлээ орхиогүй.” Эхний ба хоёр дахь тэнгэрэлчийн мэдээний хөдөлгөөний ухаалаг онгон бүсгүйчүүдийн хувьд эргэлзээ ба тодорхойгүй байдлын үе ойролцоогоор гурван жил үргэлжилсэн бөгөөд тэр үед Эзэн Өөрийн ард түмний үлдэгдлийг дахин цуглуулахаар гараа сунгаснаа Эгч Уайтэд илчилсэн. Тэр Өөрийн ард түмнийг хэвлэлийн ажлаа эхлүүлж, Хабаккукын хоёр дахь хавтанг бүтээхэд удирдсан боловч “адвентист итгэгчдийн олон нь итгэлээ орхисон.... Ийнхүү ажил саатуулагдаж, ертөнц харанхуйд үлдсэн.”</w:t>
      </w:r>
    </w:p>
    <w:p>
      <w:pPr>
        <w:pStyle w:val="ArticleBody"/>
        <w:jc w:val="left"/>
      </w:pPr>
      <w:r>
        <w:rPr>
          <w:rFonts w:ascii="Times New Roman" w:hAnsi="Times New Roman" w:eastAsia="Times New Roman" w:cs="Times New Roman"/>
        </w:rPr>
        <w:t>1849 онд эхний ба хоёр дахь тэнгэрэлчийн мэдээний сонгогдсон элч Уильям Миллер нутаглагдав. Хэрэв 1844 оны 10 дугаар сарын 22-ны ухаалаг онгодууд “итгэлээ бат барин, Бурханы илэрхийлж буй удирдамжид нэгдмэлээр цааш дагасан” бол, Эзэн Елиагийн сүнс ба хүч дотор өөр нэгэн элчийг босгон гаргах байсан. Харин үүний оронд “Христийн ирэлт” “саатаж, Түүний ард түмэн” эртний Израилийн адил “ижил маягаар” “энэ нүгэл ба уй гашуугийн ертөнцөд” “олон жил” “үлдэх” байсан.</w:t>
      </w:r>
    </w:p>
    <w:p>
      <w:pPr>
        <w:pStyle w:val="ArticleBody"/>
        <w:jc w:val="left"/>
      </w:pPr>
      <w:r>
        <w:rPr>
          <w:rFonts w:ascii="Times New Roman" w:hAnsi="Times New Roman" w:eastAsia="Times New Roman" w:cs="Times New Roman"/>
        </w:rPr>
        <w:t>1863 оны тэрс бослогоос хойш нэг зуун хорин зургаан жилийн дараа Эзэн гурав дахь тэнгэрэлчийн сонгогдсон элчийг босгон гаргав. Түүний ажил нь нэг талаар Гэрээний Элч Өөрийн сүмд гэнэт ирэхийн замыг бэлтгэж, мөрдөн шалгах шүүлтийн төгсгөлийн үеийн үзэгдлүүдийн үед нэг зуун дөчин дөрвөн мянгатай гэрээний харилцаанд орох явдлыг бэлтгэх, нөгөө талаар удалгүй ирэх Ням гаргийн хуулиар эхлэх Гүйцэтгэх Шүүлтийн үед Ахаб, Иезебел болон түүний эш үзүүлэгчдийн гурвалсан холбоонд нүүр тулах мэдээг тунхаглах явдал байв.</w:t>
      </w:r>
    </w:p>
    <w:p>
      <w:pPr>
        <w:pStyle w:val="ArticleBody"/>
        <w:jc w:val="left"/>
      </w:pPr>
      <w:r>
        <w:rPr>
          <w:rFonts w:ascii="Times New Roman" w:hAnsi="Times New Roman" w:eastAsia="Times New Roman" w:cs="Times New Roman"/>
        </w:rPr>
        <w:t>Замыг бэлтгэдэг гурав дахь элч нь Мөрдөн шүүлтийн хаалтын үзэгдлүүдийн үеийн нэгэн ажил, нэгэн мэдээ, нэгэн элч, мөн нэгэн хөдөлгөөнийг төлөөлдөг. Гурав дахь Елиа нь Гүйцэтгэх шүүлтийн хаалтын үзэгдлүүдийн үеийн нэгэн ажил, нэгэн мэдээ, нэгэн элч, мөн нэгэн хөдөлгөөнийг төлөөлдөг. Замыг бэлтгэдэг элчийн мэдээ, мөн Елиагийн мэдээ нь Илчлэлт номын наймаас арван нэгдүгээр бүлэг хүртэлх гурван гайгийн гурав дахь гайгийн мэдээ мөн.</w:t>
      </w:r>
    </w:p>
    <w:p>
      <w:pPr>
        <w:pStyle w:val="ArticleBody"/>
        <w:jc w:val="left"/>
      </w:pPr>
      <w:r>
        <w:rPr>
          <w:rFonts w:ascii="Times New Roman" w:hAnsi="Times New Roman" w:eastAsia="Times New Roman" w:cs="Times New Roman"/>
        </w:rPr>
        <w:t>Замыг бэлтгэгч элчээр төлөөлүүлсэн түүхэн үед гурав дахь Гаслангийн мэдээ нь Лаодикийн Адвентизмыг “галаар шалгагдсан алтыг Надаас худалдаж ав, тэгвэл чи баян болох болно; мөн цагаан хувцас худалдаж ав, тэгвэл чи өмсөгдөж, нүцгэн байдлын чинь ичгүүр ил болохгүй; мөн нүдээ түрхлэгээр тосол, тэгвэл чи хардаг болно” хэмээн дууддаг Бүрээлийг төлөөлдөг. Энэ нь Бурханы ард түмэнд тэдний гэм нүглийг харуулдаг Бурханы хайрын мэдээ мөн. Учир нь Тэр “хэчнээн хүнийг” хайрлана, тэднийг “зэмлэж, сахилгажуулдаг.” Энэ нь хүмүүсийг Түүний зан чанарыг хүлээн авахад дууддаг Христийн зөвт байдлын мэдээ бөгөөд энэ зан чанар нь Гэрээний Элч сүнсний сүмийг цэвэршүүлэх ажлыг гүйцэлдүүлж буй цаг үед илэрхийлэгддэг; тиймээс Тэр хайрладаг хүмүүсээ Түүний зан чанарыг илэрхийлж, “тиймийн тулд хичээнгүй байж, гэмш” хэмээн дууддаг. Учир нь Тэр туршилтын хугацаа хаагдахыг төлөөлдөг эрин үеийн “үүдний” “дэргэд” байгаа бөгөөд тэнд Тэр Лаодикийн Адвентизмыг Өөрийн “амаас” “бөөлжиж гаргана.” Тэрхүү эрин үеийн “үүд” нь Түүний “нээвэл хэн ч хааж чадахгүй, хаавал хэн ч нээж чадахгүй” тэрхүү үүд мөн.</w:t>
      </w:r>
    </w:p>
    <w:p>
      <w:pPr>
        <w:pStyle w:val="ArticleBody"/>
        <w:jc w:val="left"/>
      </w:pPr>
      <w:r>
        <w:rPr>
          <w:rFonts w:ascii="Times New Roman" w:hAnsi="Times New Roman" w:eastAsia="Times New Roman" w:cs="Times New Roman"/>
        </w:rPr>
        <w:t>“Мөрөн дээр мөр” гэсэн зарчмыг хэрэгжүүлэхэд шийдэгддэг нэгэн мэт зөрчил байдаг боловч олон хүн тэрхүү мэт зөрчлийг бүр танихгүй ч байж болно. Тэр нь шийдэгдэхэд удахгүй гарах Ням гаргийн хуулийн үед явагдах Мөрдөн шүүхээс Гүйцэтгэх шүүлт рүү шилжих явцад илүү тодорхой байдал нэмэгддэг. Энэ нь Пентекост нь Америкийн Нэгдсэн Улсад удахгүй гарах Ням гаргийн хуулийг хэв шинжээр илэрхийлдэг гэдгийг хүлээн зөвшөөрснөөр шийдэгддэг. Мөрдөн шүүлтэд бэлгэ тэмдэг байдлаар замыг бэлтгэдэг гурав дахь элчийн талаарх бидний авч үзэлтийг эцэслэхийн тулд, мөн гурав дахь Елиа нь Гүйцэтгэх шүүлтийн бэлгэ тэмдэг болдгийн эсрэгцэл дунд, бид энэхүү мэт зөрчлийг авч үзэх болно.</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өөрийн алдраар бүх дэлхийг гэрэлтүүлэх ёстой. Энд дэлхий дахиныг хамрах цар хүрээтэй, урьд үзэгдээгүй хүч чадалтай ажлыг зөгнөн хэлжээ. 1840–44 оны адвентийн хөдөлгөөн нь Бурханы хүчний алдарт илрэл байсан; эхний тэнгэрэлчийн мэдээ дэлхийн бүх номлолын өртөөнд хүргэгдсэн бөгөөд зарим оронд арван зургаадугаар зууны Шинэтгэлийн үеэс хойш аль ч нутагт үзэгдэж байгаагүйгээр хамгийн агуу шашны сонирхол сэрсэн юм; гэвч эдгээрээс гурав дахь тэнгэрэлчийн сүүлчийн анхааруулгын дор өрнөх хүчирхэг хөдөлгөөн давж гарах болно.”</w:t>
      </w:r>
    </w:p>
    <w:p>
      <w:pPr>
        <w:pStyle w:val="ArticleScripture"/>
        <w:jc w:val="left"/>
      </w:pPr>
      <w:r>
        <w:rPr>
          <w:rFonts w:ascii="Times New Roman" w:hAnsi="Times New Roman" w:eastAsia="Times New Roman" w:cs="Times New Roman"/>
        </w:rPr>
        <w:t>“Энэ ажил нь Пентекостын өдрийнхтэй адил байх болно. Сайн мэдээний эхлэл дээр Ариун Сүнс асгарснаар өгөгдсөн ‘эрт бороо’ нь эрхэм нандин үрийг соёолуулсан шиг, мөн ‘хожуу бороо’ нь төгсгөлд нь ургацыг боловсруулан гүйцээхийн тулд өгөгдөх болно. ‘Тэгвэл бид мэдэх болно, хэрэв бид ЭЗЭНийг мэдэхээр тууштай дагавал: Түүний ирэлт өглөөний адил бэлтгэгдсэн байдаг; Тэр бидэнд бороо мэт, газарт орох хожуу ба эрт бороо мэт ирнэ.’ Хосеа 6:3. ‘Тиймээс, Сионы хөвгүүд ээ, баярлагтун, өөрсдийн Бурхан ЭЗЭН дотор хөөрөн баясагтун. Учир нь Тэр та нарт эрт бороог зохистой хэмжээгээр өгсөн бөгөөд, Тэр та нарын төлөө бороог, эрт бороог, бас хожуу бороог буулгана.’ Иоел 2:23. ‘Эцсийн өдрүүдэд, Бурхан айлдахдаа, Би Өөрийн Сүнснээс бүх махан биетэн дээр асгана.’ ‘Мөн улиран тохиох нь: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ажил нь эхлэл дээр нь тэмдэглэгдсэн Бурханы хүчний илрэлээс дутуу илрэлтэйгээр төгсөх ёсгүй. Сайн мэдээний эхлэл дээр эртхийн бороо асгарахад биелсэн эш үзүүлгүүд төгсгөл дээр нь хожмын бороонд дахин биелэх учиртай. Энд элч Петрийн хүсэн хүлээж харсан ‘сэргээн тэнхрүүлэх цаг үеүүд’ байна. Тэрээр: ‘Иймээс нүглүүд чинь арчигдан үгүй болохын тулд гэмшин наманчилж, эргэнэ үү; тэгвэл Эзэний оршихуйгаас сэргээн тэнхрүүлэх цаг үеүүд ирж, Тэр Есүсийг илгээнэ’ гэж хэлсэн.” Үйлс 3:19, 20. Агуу тэмцэл,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гуравдугаар хэсэг</dc:title>
  <dc:subject>Зөгнөлийг Нээхүй: Зөгнөлийн Хүрээний Гурвалсан Хэрэглээг Ойлгох нь</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