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дөрөв</w:t>
      </w:r>
    </w:p>
    <w:p>
      <w:pPr>
        <w:pStyle w:val="ArticleSubtitle"/>
        <w:jc w:val="left"/>
      </w:pPr>
      <w:r>
        <w:rPr>
          <w:rFonts w:ascii="Arial" w:hAnsi="Arial" w:eastAsia="Arial" w:cs="Arial"/>
        </w:rPr>
        <w:t>Эцсийн өдрүүд дэх мөрдөн шалгах ба гүйцэтгэх шүүлтүүдийг ойлгох нь: эш үзүүллэгийн зарчмыг нээн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Бид 1989 онд, “эцсийн цаг”-т, Роналд Рейган болон Ромын папын хоорондын нууц холбооны улмаас Зөвлөлт Холбоот Улс хамагдан зайлуулагдах үед, Иудагийн овгийн Арслан Даниел арван нэгдүгээр бүлгийн сүүлийн зургаан эшлэлийг лацыг нь тайлах Өөрийн ажилд тодорхойлсон эш үзүүллэгийн дүрмийг тогтоож байна. Бид Ромын гурав дахин хэрэглээ болон Вавилоны уналт нь Илчлэлт арван долоодугаар бүлэгт буй эмэгтэй болон түүний унан сууж, захиран ноёрхдог араатныг тодорхойлдгийг харуулсан.</w:t>
      </w:r>
    </w:p>
    <w:p>
      <w:pPr>
        <w:pStyle w:val="ArticleBody"/>
        <w:jc w:val="left"/>
      </w:pPr>
      <w:r>
        <w:rPr>
          <w:rFonts w:ascii="Times New Roman" w:hAnsi="Times New Roman" w:eastAsia="Times New Roman" w:cs="Times New Roman"/>
        </w:rPr>
        <w:t>Арван долоо болон арван наймдугаар бүлгүүдэд дүрслэгдсэн эмэгтэй ба араатны хөрөг нь Бурхан Орчин үеийн Вавилонд авчирдаг үе шаттай шүүлтийг илэрхийлдэг бөгөөд энэ нь тун удахгүй гарах Ням гаргийн хуулиар эхэлж, Михаел босон зогсож, хүний сорилтын хугацаа хаагдах хүртэл үргэлжилнэ. Тэрхүү хугацаа нь Бурханы Гүйцэтгэх Шүүлтийн, Түүний өршөөлтэй холилдон биелдэг, эхний хэсгийг тэмдэглэдэг. Харин сүүлчийн долоон гай гамшгийн үед Түүний шүүлтүүдэд ямар ч өршөөл холилддоггүй. Эдгээр хоёр үе шат нь мөн 1844 оны 10 дугаар сарын 22-нд эхэлсэн Мөрдөн Шалгах Шүүлтэд ч илэрхийлэгдсэн байдаг. Мөрдөн Шалгах Шүүлт нь нас барагсдын мөрдөн шалгалт ба шүүлтээр эхэлсэн бөгөөд 2001 оны 9 дүгээр сарын 11-нд амьд хүмүүсийн мөрдөн шалгах шүүлт эхэлсэн.</w:t>
      </w:r>
    </w:p>
    <w:p>
      <w:pPr>
        <w:pStyle w:val="ArticleBody"/>
        <w:jc w:val="left"/>
      </w:pPr>
      <w:r>
        <w:rPr>
          <w:rFonts w:ascii="Times New Roman" w:hAnsi="Times New Roman" w:eastAsia="Times New Roman" w:cs="Times New Roman"/>
        </w:rPr>
        <w:t>Амьд хүмүүсийн шүүлт мөн хоёр үе шатанд хуваагддаг бөгөөд эхнийх нь 2001 оны 9 дүгээр сарын 11-нд эхэлж, нэг зуун дөчин дөрвөн мянгын дунд байх нэр дэвшигчдийн мөрдөн шалгах шүүлт ба шүүлтээр эхэлдэг. Учир нь шүүлт Бурханы гэрээс эхэлдэг. Нас барагсдын мөрдөн шалгах шүүлт нь зөвхөн амьдралынхаа аль нэг үед нэр нь амийн номд бичигдэн тэмдэглэгдсэн байсан хүмүүст л хэрэгжсэн юм. Бичигдэж бүртгэгдсэн нас барагсдын нэрсийг дараа нь нүглийн номтой тулган харьцуулсан. Хэрэв тэдэнд улайгаагүй нүгэл байсан бол тэдний нэрсийг амийн номоос арилгасан. Амьд хүмүүсийн мөрдөн шалгах шүүлтийг Бурханы гэрээс эхэлдэг хэмээн тодорхойлдог бол нас барагсдын мөрдөн шалгах шүүлтэд тийм тодотгол шаардлагагүй байсан юм.</w:t>
      </w:r>
    </w:p>
    <w:p>
      <w:pPr>
        <w:pStyle w:val="ArticleBody"/>
        <w:jc w:val="left"/>
      </w:pPr>
      <w:r>
        <w:rPr>
          <w:rFonts w:ascii="Times New Roman" w:hAnsi="Times New Roman" w:eastAsia="Times New Roman" w:cs="Times New Roman"/>
        </w:rPr>
        <w:t>Амьдагсдын мөрдөн шалгах шүүлтийн үед, нэг зуун дөчин дөрвөн мянгыг тамгалах цагт явагдах тэр шүүлт Бурханы сүм болох Иерусалимаас эхэлсэн гэдгийг Бурханы Үг анхааралтайгаар тодорхойлон заасан. Библи энэ баримтад хоёр дахь шууд гэрчлэлийг өгдөг.</w:t>
      </w:r>
    </w:p>
    <w:p>
      <w:pPr>
        <w:pStyle w:val="ArticleScripture"/>
        <w:jc w:val="left"/>
      </w:pPr>
      <w:r>
        <w:rPr>
          <w:rFonts w:ascii="Times New Roman" w:hAnsi="Times New Roman" w:eastAsia="Times New Roman" w:cs="Times New Roman"/>
        </w:rPr>
        <w:t>Учир нь шүүлт Бурханы гэрээс эхлэх цаг иржээ; хэрэв энэ нь эхлээд биднээс эхэлбэл, Бурханы сайн мэдээнд дуулгаваргүй хүмүүсийн эцэс ямар байх вэ? 1 Петр 4:17.</w:t>
      </w:r>
    </w:p>
    <w:p>
      <w:pPr>
        <w:pStyle w:val="ArticleBody"/>
        <w:jc w:val="left"/>
      </w:pPr>
      <w:r>
        <w:rPr>
          <w:rFonts w:ascii="Times New Roman" w:hAnsi="Times New Roman" w:eastAsia="Times New Roman" w:cs="Times New Roman"/>
        </w:rPr>
        <w:t>Амьдагсдын шүүлт нь Бурханы өргөө болох Иерусалимаас эхэлдэг бөгөөд тэрхүү шүүлт эхлэх тодорхой цаг гэж бий. Амьдагсдын шүүлт нь бичээчийн бэхэн сав Иерусалим дундуур явж, сүмд төдийгүй мөн нутагт үйлдэгдэж буй жигшүүрт зүйлсийн төлөө санаа алдан гашуудан хашхирагч эрэгтэй, эмэгтэй хүмүүсийн дээр тэмдэг тавих үед Иерусалимд эхэлдэг.</w:t>
      </w:r>
    </w:p>
    <w:p>
      <w:pPr>
        <w:pStyle w:val="ArticleBody"/>
        <w:jc w:val="left"/>
      </w:pPr>
      <w:r>
        <w:rPr>
          <w:rFonts w:ascii="Times New Roman" w:hAnsi="Times New Roman" w:eastAsia="Times New Roman" w:cs="Times New Roman"/>
        </w:rPr>
        <w:t>Сайн мэдээнд дуулгавартай байдаггүй бүлэг нь Илчлэл номын долоодугаар бүлэгт зуун дөчин дөрвөн мянгатай эсрэгцүүлэн тодорхойлогддог бөгөөд тэнд Иохан тэднийг агуу их үй олон хэмээн нэрлэдэг. Агуу их үй олон нь амьд хүмүүсийн шүүлтийн хугацаанд шүүгддэг амьд сүнснүүдийн нэгэн бүлгийг төлөөлдөг бөгөөд тэд Бурханы хуулийг бүрэн дагаагүй юм. Учир нь тэд папын нарны өдөрт мөргөж ирсэн билээ. АНУ-д тун удахгүй гарах Ням гаргийн хуулийн үед Езекиел номын есдүгээр бүлэгт гардаг бичээчийн бэхэн савтай тэнгэрэлчээр тамгалуулсан, мөн энэ нь Илчлэл номын долоодугаар бүлгийн тамгалалт мөн болох хүмүүс нь туг тэмдэг болгон өргөгдөнө. Тэгээд одоогоор сайн мэдээнд дуулгавартай биш байгаа хүмүүс долоо дахь өдрийн Амралтын өдрийн өмнө хариуцлага хүлээх болно.</w:t>
      </w:r>
    </w:p>
    <w:p>
      <w:pPr>
        <w:pStyle w:val="ArticleScripture"/>
        <w:jc w:val="left"/>
      </w:pPr>
      <w:r>
        <w:rPr>
          <w:rFonts w:ascii="Times New Roman" w:hAnsi="Times New Roman" w:eastAsia="Times New Roman" w:cs="Times New Roman"/>
        </w:rPr>
        <w:t>“Гэвч өнгөрсөн үеийн христианууд ням гаргийг сахиж, тийн үйлдэхдээ өөрсдийгөө Библийн амралтын өдрийг сахиж байна хэмээн үздэг байсан; мөн одоо ч Ромын Католик сүмийг ч үл оролцуулан, бүх сүмд ням гариг бол Бурханаас тогтоосон амралтын өдөр мөн гэж чин сэтгэлээсээ итгэдэг жинхэнэ христианууд бий. Бурхан тэдний зорилгын чин үнэнч байдлыг болон Өөрийн өмнөх шударга байдлыг нь хүлээн авдаг. Харин ням гаргийг сахих явдлыг хуулиар албадуулах үед, мөн жинхэнэ амралтын өдрийн үүргийн талаар дэлхий ертөнц гэгээрүүлэхэд, тэгээд Бурханы тушаалыг зөрчин, Ромынхаас өөр дээд эрх мэдэлгүй нэгэн зарлигт дуулгавартай байх хэн боловч, тийнхүү папын ёсыг Бурханаас дээгүүр хүндэтгэх болно. Тэрээр Ромд болон Ромоор тогтоогдсон байгууллыг албадан хэрэгжүүлэгч эрх мэдэлд хүндэтгэл үзүүлж байна. Тэрээр араатан болон түүний дүрд мөргөж байна. Ийнхүү хүмүүс Бурхан Өөрийн эрх мэдлийн тэмдэг хэмээн тунхагласан байгууллыг няцааж, түүний оронд Ром өөрийн ноёрхлын бэлгэ тэмдэг болгон сонгосон зүйлийг хүндэтгэх үед, тэд үүгээрээ Ромд үнэнч байхын тэмдэг болох—‘араатны тамга’-ыг хүлээн авах болно. Энэ асуудал ийнхүү ард түмний өмнө тодорхой тавигдаж, тэд Бурханы тушаалууд ба хүний тушаалуудын хооронд сонголт хийхэд хүргэгдэх хүртэл л, зөрчил дунд үргэлжлэн үлдэх хүмүүс ‘араатны тамга’-ыг хүлээн авах болно.” Агуу тэмцэл, 449.</w:t>
      </w:r>
    </w:p>
    <w:p>
      <w:pPr>
        <w:pStyle w:val="ArticleBody"/>
        <w:jc w:val="left"/>
      </w:pPr>
      <w:r>
        <w:rPr>
          <w:rFonts w:ascii="Times New Roman" w:hAnsi="Times New Roman" w:eastAsia="Times New Roman" w:cs="Times New Roman"/>
        </w:rPr>
        <w:t>Тамгалагдсан хүмүүсийн туг нь сайн мэдээнд дуулгаваргүй байдаг хүмүүсийг дуулгавартай байдалд дууддаг нэгэн мөн.</w:t>
      </w:r>
    </w:p>
    <w:p>
      <w:pPr>
        <w:pStyle w:val="ArticleScripture"/>
        <w:jc w:val="left"/>
      </w:pPr>
      <w:r>
        <w:rPr>
          <w:rFonts w:ascii="Times New Roman" w:hAnsi="Times New Roman" w:eastAsia="Times New Roman" w:cs="Times New Roman"/>
        </w:rPr>
        <w:t>Тэр өдөр Иессийн үндэс ард түмнүүдэд туг тэмдэг болон зогсох бөгөөд харь үндэстнүүд түүн уруу эрэн ирнэ; Түүний амралт сүр жавхлантай байх болно. Тэр өдөр Эзэн Өөрийн ард түмний үлдэгдлийг, өөрөөр хэлбэл Ассириас, Египетээс, Патросоос, Кушаас, Еламаас, Шинараас, Хаматаас, мөн тэнгисийн арлуудаас үлдсэн тэднийг эргүүлэн авахын тулд Өөрийн мутрыг хоёр дахь удаагаа сунгах болно. Тэр үндэстнүүдийн төлөө туг тэмдэг босгож, Израилийн хөөгдөгсдийг цуглуулан, Иудагийн тараагдагсдыг газрын дөрвөн өнцгөөс хаман авчрах болно. Исаиа 11:10–12.</w:t>
      </w:r>
    </w:p>
    <w:p>
      <w:pPr>
        <w:pStyle w:val="ArticleBody"/>
        <w:jc w:val="left"/>
      </w:pPr>
      <w:r>
        <w:rPr>
          <w:rFonts w:ascii="Times New Roman" w:hAnsi="Times New Roman" w:eastAsia="Times New Roman" w:cs="Times New Roman"/>
        </w:rPr>
        <w:t>Одоогоор сайн мэдээнд дуулгаваргүй байгаа хүмүүс амьд ахуйдаа шүүгдэнэ. Гэвч тэдний шүүлт нь амьд нэг зуун дөчин дөрвөн мянгын мөрдөн байцаах шүүлтийн дараа явагдах ёстой. Учир нь тэд тун удахгүй ирэх Ням гарагийн хуулийн хямралын үед Бурханы тамгатай эрэгтэй, эмэгтэй хүмүүсийг харах замаар л анхааруулга авч чадна.</w:t>
      </w:r>
    </w:p>
    <w:p>
      <w:pPr>
        <w:pStyle w:val="ArticleScripture"/>
        <w:jc w:val="left"/>
      </w:pPr>
      <w:r>
        <w:rPr>
          <w:rFonts w:ascii="Times New Roman" w:hAnsi="Times New Roman" w:eastAsia="Times New Roman" w:cs="Times New Roman"/>
        </w:rPr>
        <w:t>“Ариун Сүнсний ажил нь дэлхийг нүгэл, зөвт байдал, шүүлтийн талаар итгүүлэн үнэмшүүлэх явдал мөн. Дэлхий ертөнц үнэнийг итгэдэг хүмүүс үнэний хүчээр ариусгагдан, өндөр бөгөөд ариун зарчмуудын дагуу үйлдэж, Бурханы тушаалуудыг сахигчид болон тэдгээрийг хөл дороо гишгэлэгчдийн хоорондох ялгаа заагийг өндөр, өргөмжлөгдсөн утгаар харуулж байгааг харах замаар л сэрэмжлүүлэгдэж чадна. Сүнсээрх ариусгал нь Бурханы тамгатай хүмүүс болон хуурамч амралтын өдрийг сахигчдын хоорондын ялгааг тод томруунаар илтгэнэ. Сорилт ирэх үед араатны тэмдэг юу болох нь тодорхой харуулагдана. Энэ нь Ням гарагийг сахих явдал мөн. Үнэнийг сонссоны дараа ч энэ өдрийг ариун хэмээн үргэлжлүүлэн үздэг хүмүүс цаг хугацаа ба хуулийг өөрчлөхөөр бодсон нүглийн хүний гарын үсгийг авч явдаг.” Bible Training School, 1903 оны 12 дугаар сарын 1.</w:t>
      </w:r>
    </w:p>
    <w:p>
      <w:pPr>
        <w:pStyle w:val="ArticleBody"/>
        <w:jc w:val="left"/>
      </w:pPr>
      <w:r>
        <w:rPr>
          <w:rFonts w:ascii="Times New Roman" w:hAnsi="Times New Roman" w:eastAsia="Times New Roman" w:cs="Times New Roman"/>
        </w:rPr>
        <w:t>Гурав дахь Елиагийн ажил биелэн хэрэгждэг гүйцэтгэх шүүлт удахгүй гарах Ням гаргийн хуулиар эхэлдэг. Энэ нь цаг хугацааны хоёр үеэс бүрдэх бөгөөд эхний үед одоо сайн мэдээнд дуулгавартай байдаггүй хүмүүст хандах Бурханы шүүлт өршөөлтэй холилдсон байдаг; үүний дараа өршөөлгүйгээр асгагдах сүүлчийн долоон гамшиг ирдэг.</w:t>
      </w:r>
    </w:p>
    <w:p>
      <w:pPr>
        <w:pStyle w:val="ArticleScripture"/>
        <w:jc w:val="left"/>
      </w:pPr>
      <w:r>
        <w:rPr>
          <w:rFonts w:ascii="Times New Roman" w:hAnsi="Times New Roman" w:eastAsia="Times New Roman" w:cs="Times New Roman"/>
        </w:rPr>
        <w:t>“Шалгалтын хугацаа тийм ч удаан үргэлжлэхгүй. Одоо Бурхан Өөрийн барин тогтоож байсан мутрыг дэлхийгээс татаж байна. Тэр Өөрийн Ариун Сүнсний үйлчлэлээр дамжуулан эрэгтэй, эмэгтэй хүмүүст удаан хугацаанд ярьсаар ирсэн; гэвч тэд дуудлагыг нь анхааран сонсоогүй. Одоо Тэр Өөрийн ард түмэнд болон ертөнцөд шүүлтүүдээрээ дамжуулан ярьж байна. Эдгээр шүүлтийн цаг нь үнэн юу болохыг мэдэх боломж хараахан олдоогүй хүмүүст зориулсан нигүүлслийн цаг мөн. Эзэн тэднийг энэрэнгүйгээр харна. Түүний нигүүлслийн зүрх хөдөлсөн; Түүний аврах мутар одоо ч сунгаастай байна. Эдгээр эцсийн өдрүүдэд үнэнийг анх удаа сонсох олон тооны хүмүүс аюулгүй байдлын хашаанд хүлээн авагдана.” Review and Herald, 1906 оны 11 дүгээр сарын 22.</w:t>
      </w:r>
    </w:p>
    <w:p>
      <w:pPr>
        <w:pStyle w:val="ArticleBody"/>
        <w:jc w:val="left"/>
      </w:pPr>
      <w:r>
        <w:rPr>
          <w:rFonts w:ascii="Times New Roman" w:hAnsi="Times New Roman" w:eastAsia="Times New Roman" w:cs="Times New Roman"/>
        </w:rPr>
        <w:t>Сайн мэдээнд дуулгаваргүй байгаа хүмүүс бол Есүсийн дуудахаа амласан “өөр хонин сүрэг” мөн бөгөөд Тэрээр дуудах үед тэд Түүний дуу хоолойг сонсох болно.</w:t>
      </w:r>
    </w:p>
    <w:p>
      <w:pPr>
        <w:pStyle w:val="ArticleScripture"/>
        <w:jc w:val="left"/>
      </w:pPr>
      <w:r>
        <w:rPr>
          <w:rFonts w:ascii="Times New Roman" w:hAnsi="Times New Roman" w:eastAsia="Times New Roman" w:cs="Times New Roman"/>
        </w:rPr>
        <w:t>Надад энэ хашааных биш өөр хонид ч бий. Би тэднийг мөн авчрах ёстой; тэд Миний дууг сонсох болно; тэгээд нэг хашаа, нэг хоньчин байх болно. Иохан 10:16.</w:t>
      </w:r>
    </w:p>
    <w:p>
      <w:pPr>
        <w:pStyle w:val="ArticleBody"/>
        <w:jc w:val="left"/>
      </w:pPr>
      <w:r>
        <w:rPr>
          <w:rFonts w:ascii="Times New Roman" w:hAnsi="Times New Roman" w:eastAsia="Times New Roman" w:cs="Times New Roman"/>
        </w:rPr>
        <w:t>Тэдний сонсож буй “дуу хоолой” нь Илчлэл номын арван наймдугаар бүлгийн хоёр дахь “дуу хоолой” бөгөөд агуу янхны шүүлт хоёр дахин нэмэгдэх удахгүй ирэх Ням гаргийн хуулийн үед чанга хашхирдаг; учир нь тэр нүглийнхээ туршилтын хугацааны аягыг дүүргэсэн билээ.</w:t>
      </w:r>
    </w:p>
    <w:p>
      <w:pPr>
        <w:pStyle w:val="ArticleScripture"/>
        <w:jc w:val="left"/>
      </w:pPr>
      <w:r>
        <w:rPr>
          <w:rFonts w:ascii="Times New Roman" w:hAnsi="Times New Roman" w:eastAsia="Times New Roman" w:cs="Times New Roman"/>
        </w:rPr>
        <w:t>“Эш үзүүлэгч: ‘Би тэнгэрээс өөр нэгэн тэнгэрэлч бууж ирэхийг харлаа; тэрээр агуу эрх мэдэлтэй байсан бөгөөд газар дэлхий түүний алдраар гэрэлтэв. Тэгээд тэрээр хүчирхэг дуугаар ихэд хашхирч, Агуу Вавилон нуран унажээ, нуран унажээ, чөтгөрүүдийн орших газар болжээ’ хэмээн өгүүлсэн байдаг (Илчлэлт 18:1, 2). Энэ нь хоёр дахь тэнгэрэлчийн дамжуулсан тэрхүү л мэдээ мөн. Вавилон нуран унасан, ‘учир нь тэрээр бүх үндэстнүүдэд завхайрлынхаа уур хилэнгийн дарсыг уулгасан’ билээ (Илчлэлт 14:8). Тэрхүү дарс гэж юу вэ?—Түүний хуурамч сургаалууд юм. Тэрээр дөрөвдүгээр тушаалын Амралтын өдрийн оронд дэлхийд хуурамч амралтын өдрийг өгсөн бөгөөд Еденд Сатан Евад анх хэлсэн худал үгийг, өөрөөр хэлбэл сүнсний төрөлхийн үхэшгүй чанарын тухай сургаалыг дахин давтан хэлсэн. Тэрээр үүнтэй төрөл нэгтэй олон алдааг хол ойроор түгээж, ‘хүний тушаалуудыг сургаал болгон заадаг’ (Матай 15:9).”</w:t>
      </w:r>
    </w:p>
    <w:p>
      <w:pPr>
        <w:pStyle w:val="ArticleScripture"/>
        <w:jc w:val="left"/>
      </w:pPr>
      <w:r>
        <w:rPr>
          <w:rFonts w:ascii="Times New Roman" w:hAnsi="Times New Roman" w:eastAsia="Times New Roman" w:cs="Times New Roman"/>
        </w:rPr>
        <w:t>“Есүс Өөрийн олон нийтийн үйлчлэлийг эхлэхдээ Ариун сүмийг түүнийг бузарлан гутаасан доромжлолт байдлаас нь цэвэрлэсэн. Түүний үйлчлэлийн хамгийн сүүлчийн үйлсийн дунд Ариун сүмийн хоёр дахь цэвэрлэгээ багтсан юм. Үүний адил, дэлхийд анхааруулга өгөх эцсийн ажилд сүмүүдэд хандсан ялгаатай хоёр дуудлага хийгддэг. Хоёр дахь тэнгэрэлчийн мэдээ нь: ‘Агуу хот Вавилон унажээ, унажээ. Учир нь тэр өөрийн садар самууны хилэнгийн дарсаар бүх үндэстнийг уулгасан’ (Илчлэл 14:8) гэсэн байдаг. Харин гурав дахь тэнгэрэлчийн мэдээний хүчтэй хашхираанд тэнгэрээс нэгэн дуу хоолой сонсогдон: ‘Миний ард түмэн, түүний нүгэлд оролцогчид болохгүйн тулд, мөн түүний гай гамшгаас хүртэхгүйн тулд түүнээс гарцгаа. Учир нь түүний нүглүүд тэнгэрт хүрч, Бурхан түүний гэм бурууг санасан билээ’ (Илчлэл 18:4, 5) хэмээн өгүүлдэг.” Selected Messages, book 2, 118.</w:t>
      </w:r>
    </w:p>
    <w:p>
      <w:pPr>
        <w:pStyle w:val="ArticleBody"/>
        <w:jc w:val="left"/>
      </w:pPr>
      <w:r>
        <w:rPr>
          <w:rFonts w:ascii="Times New Roman" w:hAnsi="Times New Roman" w:eastAsia="Times New Roman" w:cs="Times New Roman"/>
        </w:rPr>
        <w:t>Америкийн Нэгдсэн Улсад тун удахгүй гарах Ням гаргийн хууль хэрэгжих үед Орчин үеийн Вавилон дээрх шаталсан гүйцэтгэх шүүлт эхэлж, хоёр шүүлт давхцахын хэрээр амьд хүмүүсийн шүүлтийн сүүлчийн үе эхэлнэ. Гэрээний Элчийн ажлын замыг бэлтгэдэг гурав дахь элч нь 2001 оны 9 дүгээр сарын 11-нд эхэлсэн амьд хүмүүсийн шүүлтийн үеийн ажлыг төлөөлдөг бөгөөд одоо хүртэл сайн мэдээнд дуулгаваргүй байгаа хүмүүсийн хамгийн сүүлчийн нь Илчлэлт номын арван наймдугаар бүлгийн хоёр дахь дуу хоолойг сонсон, Вавилоноос гарч ирэх үед энэ ажил төгсөнө. Тэрхүү ажил нь замыг бэлтгэгч элчийн үйлчлэлийн эхэнд нэг зуун дөчин дөрвөн мянгын сүмийг цэвэршүүлж, ариусган шүүхийг, улмаар Гэрээний Элчийн төлөө замыг бэлтгэгч элчийн үйлчлэлийн төгсгөлд агуу олны сүмийг ариусган, цэвэршүүлэн шүүхийг тодорхойлдог.</w:t>
      </w:r>
    </w:p>
    <w:p>
      <w:pPr>
        <w:pStyle w:val="ArticleBody"/>
        <w:jc w:val="left"/>
      </w:pPr>
      <w:r>
        <w:rPr>
          <w:rFonts w:ascii="Times New Roman" w:hAnsi="Times New Roman" w:eastAsia="Times New Roman" w:cs="Times New Roman"/>
        </w:rPr>
        <w:t>Удахгүй гарах Ням гаргийн хуулийн үед Пентекостын өдөр тохиосон Бурханы хүчний илрэл дахин давтагдана.</w:t>
      </w:r>
    </w:p>
    <w:p>
      <w:pPr>
        <w:pStyle w:val="ArticleScripture"/>
        <w:jc w:val="left"/>
      </w:pPr>
      <w:r>
        <w:rPr>
          <w:rFonts w:ascii="Times New Roman" w:hAnsi="Times New Roman" w:eastAsia="Times New Roman" w:cs="Times New Roman"/>
        </w:rPr>
        <w:t>“Бидний зан чанарт өчүүхэн ч толбо эсвэл сэв байсаар байгаа цагт бидний нэг нь ч хэзээ ч Бурханы тамгыг хүлээн авахгүй. Зан чанарынхаа дутагдлыг засах, сэтгэлийн сүмийг аливаа бузарлалаас цэвэрлэх нь биднээс шалтгаална. Тэгээд Пентекостын өдөр эртний бороо шавь нар дээр буусны адил хожмын бороо бидний дээр бууна....”</w:t>
      </w:r>
    </w:p>
    <w:p>
      <w:pPr>
        <w:pStyle w:val="ArticleScripture"/>
        <w:jc w:val="left"/>
      </w:pPr>
      <w:r>
        <w:rPr>
          <w:rFonts w:ascii="Times New Roman" w:hAnsi="Times New Roman" w:eastAsia="Times New Roman" w:cs="Times New Roman"/>
        </w:rPr>
        <w:t>“Агуу бэлтгэлийн ажилд ах дүүс ээ, та нар юу хийж байна вэ? Ертөнцтэй нэгдэж буй хүмүүс ертөнцийн хэвийг хүлээн авч, араатны тэмдэгт бэлтгэгдэж байна. Өөртөө үл итгэгч, Бурханы өмнө өөрсдийгөө даруу болгож, үнэнд дуулгавартай байснаар сэтгэлээ ариусгаж буй хүмүүс тэнгэрийн хэвийг хүлээн авч, духан дээрээ Бурханы тамгад бэлтгэгдэж байна. Зарлиг гарах үед, тэмдэг дардаслагдан тавигдахад, тэдний зан чанар мөнхөд цэвэр бөгөөд өө сэвгүй хэвээр үлдэх болно.” Testimonies, volume 5, 214, 216.</w:t>
      </w:r>
    </w:p>
    <w:p>
      <w:pPr>
        <w:pStyle w:val="ArticleBody"/>
        <w:jc w:val="left"/>
      </w:pPr>
      <w:r>
        <w:rPr>
          <w:rFonts w:ascii="Times New Roman" w:hAnsi="Times New Roman" w:eastAsia="Times New Roman" w:cs="Times New Roman"/>
        </w:rPr>
        <w:t>Энд эш үзүүллэгийн Үгэнд буй мэт санагдах нэгэн зөрүүтэй зүйл дээр бүдрэх явдал гарч болох авч, тийн бүдрэх шаардлагагүй юм. Шавь нарын үеийн Пентекостын үед хүч чадлаар баталгаажсан мэдээ нь харь үндэстнүүдэд хүргэгдээгүй; эдгээр нь удахгүй ирэх ням гаргийн хуулийн үед сайн мэдээнд дуулгаварлахгүй хүмүүс мөн. Пентекостын үед хүч чадлаар баталгаажсан тэр мэдээ нь эртний Израильд хүргэгдсэн бөгөөд тэдэнд дахин гурван жил хагасын турш эцсийн шалгалтын хугацаа нь үргэлжилсээр байсан юм.</w:t>
      </w:r>
    </w:p>
    <w:p>
      <w:pPr>
        <w:pStyle w:val="ArticleScripture"/>
        <w:jc w:val="left"/>
      </w:pPr>
      <w:r>
        <w:rPr>
          <w:rFonts w:ascii="Times New Roman" w:hAnsi="Times New Roman" w:eastAsia="Times New Roman" w:cs="Times New Roman"/>
        </w:rPr>
        <w:t>Далан долоо хоногийг чиний ард түмэн болон чиний ариун хотын дээр тогтоосон нь гэм нүглийг эцэслэж, нүглүүдэд төгсгөл хийж, ёс бусын төлөө эвлэрүүллийг үйлдэж, мөнхийн зөвт байдлыг авчирч, үзэгдэл ба эш үзүүллийг баталгаажуулан лацдаж, Хамгийн Ариуныг тослохын тулд болой. Даниел 9:24.</w:t>
      </w:r>
    </w:p>
    <w:p>
      <w:pPr>
        <w:pStyle w:val="ArticleBody"/>
        <w:jc w:val="left"/>
      </w:pPr>
      <w:r>
        <w:rPr>
          <w:rFonts w:ascii="Times New Roman" w:hAnsi="Times New Roman" w:eastAsia="Times New Roman" w:cs="Times New Roman"/>
        </w:rPr>
        <w:t>Пентекостын өдөр хүч чадалтай болсон тэр мэдээ нь Сайн мэдээнд дуулгаваргүй байсан хүмүүст МЭ 34 онд Степаныг чулуугаар цохиж алтал хүргэгдээгүй юм. Уайт эгч энэ баримтыг олонтаа онцлон тэмдэглэдэг.</w:t>
      </w:r>
    </w:p>
    <w:p>
      <w:pPr>
        <w:pStyle w:val="ArticleScripture"/>
        <w:jc w:val="left"/>
      </w:pPr>
      <w:r>
        <w:rPr>
          <w:rFonts w:ascii="Times New Roman" w:hAnsi="Times New Roman" w:eastAsia="Times New Roman" w:cs="Times New Roman"/>
        </w:rPr>
        <w:t>“Тэгээд тэнгэрэлч: ‘Тэр олон хүнтэй нэг долоо хоног [долоон жил]-ийн хугацаанд гэрээг батална’ гэв.” Аврагч Өөрийн үйлчлэлээ эхэлснээс хойших долоон жилийн турш сайн мэдээг ялангуяа иудейчүүдэд тунхаглах ёстой байсан; эхний гурван жил хагасын турш Христ Өөрөө, түүнээс хойш элч нар тунхагласан юм. “‘Долоо хоногийн дунд үед Тэр тахил ба өргөлийг зогсооно.’” Даниел 9:27. МЭ 31 оны хавар Христ, жинхэнэ Тахил, Калвар дээр өргөгдөв. Тэгэхэд сүмийн хөшиг хоёр хэсэг болон урагдсан нь тахилын ёслолын ариун чанар ба утга учир нь нэгэнт арилсныг харуулав. Газрын дээрх тахил ба өргөл зогсох цаг ирсэн байлаа.</w:t>
      </w:r>
    </w:p>
    <w:p>
      <w:pPr>
        <w:pStyle w:val="ArticleScripture"/>
        <w:jc w:val="left"/>
      </w:pPr>
      <w:r>
        <w:rPr>
          <w:rFonts w:ascii="Times New Roman" w:hAnsi="Times New Roman" w:eastAsia="Times New Roman" w:cs="Times New Roman"/>
        </w:rPr>
        <w:t>“Нэг долоо хоног—долоон жил—МЭ 34 онд дууссан. Тэгээд Стефаныг чулуугаар шидэн алах үйл явдлаар иудейчүүд сайн мэдээгээ үгүйсгэснээ эцэслэн баталгаажуулсан; хавчлагын улмаас энд тэнд тараагдсан шавь нар ‘үгийг тунхаглан хаа сайгүй явж байлаа’ (Үйлс 8:4); удалгүй хавчигч Саул хөрвөж, харь үндэстнүүдийн элч Паул болсон юм.” The Desire of Ages, 233.</w:t>
      </w:r>
    </w:p>
    <w:p>
      <w:pPr>
        <w:pStyle w:val="ArticleBody"/>
        <w:jc w:val="left"/>
      </w:pPr>
      <w:r>
        <w:rPr>
          <w:rFonts w:ascii="Times New Roman" w:hAnsi="Times New Roman" w:eastAsia="Times New Roman" w:cs="Times New Roman"/>
        </w:rPr>
        <w:t>Христийн амилснаас хойш тавин хоногийн дараа, Пентекостын өдөр хүч чадлаар баталгаажсан тэрхүү мэдээ нь сайн мэдээ Христийн бусад хонийг Вавилоноос дуудан гаргах Ням гаргийн хуулийн үеийн байдалтай нийцдэг; гэвч загалмайгаас хойш гурван жил хагасын дараа хүртэл иудейчүүд “сайн мэдээг няцааснаа тамгалан баталгаажуулаагүй” бөгөөд түүнээс хойш тэрхүү мэдээ харь үндэстнүүдэд хүрсэн, эдгээр нь тухайн үед сайн мэдээнд дуулгаваргүй байсан хүмүүс юм. Илэрхий зөрчил мэт санагдах энэ зүйл нь МЭ 34 онд иудейчүүд сайн мэдээг няцааснаа тамгалан баталгаажуулсан хэмээх тодорхойлолтоор улам бүр хурцаддаг, учир нь Систер Уайт өөрөөр хэлдэг.</w:t>
      </w:r>
    </w:p>
    <w:p>
      <w:pPr>
        <w:pStyle w:val="ArticleScripture"/>
        <w:jc w:val="left"/>
      </w:pPr>
      <w:r>
        <w:rPr>
          <w:rFonts w:ascii="Times New Roman" w:hAnsi="Times New Roman" w:eastAsia="Times New Roman" w:cs="Times New Roman"/>
        </w:rPr>
        <w:t>“Ёслолын бүхий л тогтолцоо Христийг бэлгэдсэн шинжтэй байсан тул Түүнээс ангид ямар ч үнэ цэнэгүй байв. Иудейчүүд Христийг үхэлд тушаан өгснөөр Түүнийг няцааснаа эцэслэн баталгаажуулахдаа, сүм болон түүний үйлчлэлүүдэд утга учир өгдөг байсан бүхнийг няцаасан юм. Түүний ариун чанар нь аль хэдийнэ зайлан одсон байв. Тэр сүйрэлд өртөхөөр тавигдсан байлаа. Тэр өдрөөс эхлэн тахилын өргөлүүд болон тэдгээртэй холбоотой үйлчлэл утга учиргүй болсон. Каины өргөлтэй адил, тэд Аврагчид итгэх итгэлийг илэрхийлж байгаагүй. Иудейчүүд Христийг үхэлд хүргэхдээ үнэн хэрэгтээ өөрсдийн сүмийг устгасан юм. Христ цовдлогдоход, сүмийн дотоод хөшиг дээрээсээ доошоо хоёр хуваагдан урагдсан нь агуу эцсийн Тахил өргөгдсөн бөгөөд тахилын өргөлийн тогтолцоо үүрд төгсгөл болсон гэдгийг илтгэсэн юм.” The Desire of Ages, 165.</w:t>
      </w:r>
    </w:p>
    <w:p>
      <w:pPr>
        <w:pStyle w:val="ArticleBody"/>
        <w:jc w:val="left"/>
      </w:pPr>
      <w:r>
        <w:rPr>
          <w:rFonts w:ascii="Times New Roman" w:hAnsi="Times New Roman" w:eastAsia="Times New Roman" w:cs="Times New Roman"/>
        </w:rPr>
        <w:t>Иудейчүүд сайн мэдээг няцааснаа Стефаныг чулуугаар шидэж алсан үедээ эсвэл Христийн загалмай дээр эцэслэн баталсан уу? Энэ мэт харагдах зөрчил нь Пентекостын үед илэрсэн Бурханы хүчний илрэлийг удахгүй гарах Ням гаргийн хуулийнтай холбон тодорхойлохтой холбоотой юм.</w:t>
      </w:r>
    </w:p>
    <w:p>
      <w:pPr>
        <w:pStyle w:val="ArticleBody"/>
        <w:jc w:val="left"/>
      </w:pPr>
      <w:r>
        <w:rPr>
          <w:rFonts w:ascii="Times New Roman" w:hAnsi="Times New Roman" w:eastAsia="Times New Roman" w:cs="Times New Roman"/>
        </w:rPr>
        <w:t>Бид энэ мэт харагдах зөрчлийг дараагийн өгүүлэлд тайлбарлан шийдвэрлэхээр зорьж байгаа боловч, энэхүү тусгай авч үзэлтийн зорилго нь эш үзүүлэгчдийн тодорхойлсноор эцсийн өдрүүд дэх Бурханы Лаодикейн ард түмэн шүүлтийг ойлгодоггүй гэсэн баримтад тулгуурлаж байгааг сануулахыг хүсэж байна. Мөрдөн шалгах шүүлт болон гүйцэтгэх шүүлт хоёулаа тун удахгүй гарах Ням гаргийн хууль дээр хэрхэн огтолцон нийлдгийг тодорхой ойлгохын тулд бид шүүлтийн янз бүрийн үе шат, зорилгуудыг эргэн авч үзэхэд цаг гаргасан. Сая бидний хөндсөн мэт харагдах зөрчлүүдтэй холбоотой илчлэлийг харахын тулд эдгээр элементүүдийг ийнхүү нягтлан үзэх шаардлагатай байсан.</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“Амралтын өдрийн өөрчлөлтийг өөрсдийн сүм хийсэн гэдгийг Ромын католикчууд хүлээн зөвшөөрдөг бөгөөд яг энэ өөрчлөлтөө сүмийнхээ дээд эрх мэдлийн нотолгоо хэмээн эш татдаг. Долоо хоногийн эхний өдрийг Амралтын өдөр болгон сахиснаараа протестантууд бурханлаг зүйлсийн талаар хууль тогтоох түүний эрх мэдлийг хүлээн зөвшөөрч байна гэж тэд тунхагладаг. Ромын сүм төөрөгдөшгүй байдлынхаа тухай нэхэмжлэлээсээ няцаагүй; мөн дэлхий болон протестант сүмүүд Еховагийн Амралтын өдрийг няцаан, түүний бүтээсэн хуурамч амралтын өдрийг хүлээн авах үедээ, үнэн хэрэгтээ энэ нэхэмжлэлийг нь зөвшөөрч байдаг. Тэд энэ өөрчлөлтийн үндэслэл болгон эрх мэдлийг иш татаж болох авч, тэдний бодлогын төөрөгдөл амархан ялгаран харагддаг. Папист хүн энэ хэрэг явдлын бодит баримтад нүдээ сайн дураараа анин, протестантууд өөрсдийгөө хуурч байгааг олж харахаар хангалттай хурц ажигч билээ. Ням гаргийн тогтолцоо улам бүр таашаагдах тусам тэрээр баярлан, эцэстээ энэ нь бүх протестант ертөнцийг Ромын тугийн дор авчирна гэдэгт итгэлтэй байдаг.”</w:t>
      </w:r>
    </w:p>
    <w:p>
      <w:pPr>
        <w:pStyle w:val="ArticleScripture"/>
        <w:jc w:val="left"/>
      </w:pPr>
      <w:r>
        <w:rPr>
          <w:rFonts w:ascii="Times New Roman" w:hAnsi="Times New Roman" w:eastAsia="Times New Roman" w:cs="Times New Roman"/>
        </w:rPr>
        <w:t>“Амралтын өдрийг өөрчилсөн явдал нь Ромын сүмийн эрх мэдлийн тэмдэг буюу тамга мөн. Дөрөвдүгээр тушаалын шаардлагыг ойлгон мэдсээр байж жинхэнэ Амралтын өдрийн оронд хуурамч амралтын өдрийг сахихаар сонгогсод нь үүгээрээ зөвхөн түүнийг л тогтоон тушаасан тэрхүү эрх мэдэлд хүндэтгэл өргөж буй хэрэг юм. Араатны тэмдэг бол Бурханы тогтоосон өдрийн оронд дэлхий даяар хүлээн зөвшөөрөгдсөн папын амралтын өдөр мөн.”</w:t>
      </w:r>
    </w:p>
    <w:p>
      <w:pPr>
        <w:pStyle w:val="ArticleScripture"/>
        <w:jc w:val="left"/>
      </w:pPr>
      <w:r>
        <w:rPr>
          <w:rFonts w:ascii="Times New Roman" w:hAnsi="Times New Roman" w:eastAsia="Times New Roman" w:cs="Times New Roman"/>
        </w:rPr>
        <w:t>“Харин эш үзүүлэгчийн зөгнөлд тогтоогдсоны дагуу араатны тамгыг хүлээн авах цаг хараахан ирээгүй байна. Шалгалтын цаг ч хараахан ирээгүй. Ромын Католик шашны нэгдлийг ч үл эс тооцвол, сүм бүрд жинхэнэ Христэд итгэгчид бий. Тэдэнд гэрэл өгөгдөж, дөрөв дэх тушаалын үүргийг ойлгон харсан хүртэл хэн ч яллагдахгүй. Харин хуурамч амралтын өдрийг албадан мөрдүүлэх зарлиг гарах үед, мөн гурав дахь тэнгэрэлчийн чанга дуудлага хүмүүсийг араатан болон түүний дүрсийг мөргөхөөс сэрэмжлүүлэх үед, хуурамч ба үнэн хоёрын хоорондын зааг тодорхой татагдах болно. Тэгээд зөрчил дотор үргэлжлэн үлдэх хүмүүс духан дээрээ эсвэл гар дээрээ араатны тамгыг хүлээн авах болно.”</w:t>
      </w:r>
    </w:p>
    <w:p>
      <w:pPr>
        <w:pStyle w:val="ArticleScripture"/>
        <w:jc w:val="left"/>
      </w:pPr>
      <w:r>
        <w:rPr>
          <w:rFonts w:ascii="Times New Roman" w:hAnsi="Times New Roman" w:eastAsia="Times New Roman" w:cs="Times New Roman"/>
        </w:rPr>
        <w:t>“Бид энэ үе рүү хурдацтай алхсаар ойртож байна. Протестант сүмүүд худал шашныг дэмжихийн тулд иргэний эрх мэдэлтэй нэгдэх үед, харин тэдний өвөг дээдэс тэрхүү худал шашныг эсэргүүцсэнийхээ төлөө хамгийн хэрцгий хавчлагыг амссан билээ, тэгвэл сүм ба төрийн хамтарсан эрх мэдлээр папын амралтын өдөр албадан сахиулагдах болно. Үндэсний хэмжээний тэрслэлт бий болох бөгөөд, тэр нь зөвхөн үндэсний сүйрлээр төгсөнө.”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дөрөв</dc:title>
  <dc:subject>Эцсийн өдрүүд дэх мөрдөн шалгах ба гүйцэтгэх шүүлтүүдийг ойлгох нь: эш үзүүллэгийн зарчмыг нээн илчлэх нь</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