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тавдугаар хэсэг</w:t>
      </w:r>
    </w:p>
    <w:p>
      <w:pPr>
        <w:pStyle w:val="ArticleSubtitle"/>
        <w:jc w:val="left"/>
      </w:pPr>
      <w:r>
        <w:rPr>
          <w:rFonts w:ascii="Arial" w:hAnsi="Arial" w:eastAsia="Arial" w:cs="Arial"/>
        </w:rPr>
        <w:t>Сайн мэдээний шат дараалсан няцаалт: Христийн төрөлтөөс Степаныг чулуугаар шидэн алах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Өмнөх өгүүлэлд бид онгодын бичвэрүүд иудейчүүд Сайн мэдээгээ загалмай дээр “эцэслэн лацдан баталсан” байдлаар няцаасан бөгөөд дараа нь Стефаныг чулуугаар шидэн алснаар тэрхүү няцаалтаа дахин баталсныг тодорхойлсныг тэмдэглэсэн. Энэ нь хэрхэн байж болох вэ? Мэдээж, тухайн түүхэн үеийн маргаанч иудейчүүдийн Сайн мэдээг няцаалт нь аажмаар хэрэгжсэн юм. Тэд Түүний төрөх үед аль хэдийн өнгөрөгдсөн байсан. Христийн төрөлтөөс Стефаныг чулуугаар шидэн алсан хүртэлх хугацаа Сайн мэдээг аажмаар няцаасан явцыг харуулдаг.</w:t>
      </w:r>
    </w:p>
    <w:p>
      <w:pPr>
        <w:pStyle w:val="ArticleScripture"/>
        <w:jc w:val="left"/>
      </w:pPr>
      <w:r>
        <w:rPr>
          <w:rFonts w:ascii="Times New Roman" w:hAnsi="Times New Roman" w:eastAsia="Times New Roman" w:cs="Times New Roman"/>
        </w:rPr>
        <w:t>“Хүмүүс үүнийг мэддэггүй, харин энэ мэдээ тэнгэрийг баяр хөөрөөр дүүргэдэг. Гэрлийн ертөнцөөс ирсэн ариун оршнолууд илүү гүн, илүү энэрэнгүй сонирхлоор газар дэлхий рүү татагдан ирэв. Түүний оршихуйгаас болж бүх дэлхий улам гэрэлтэн гийжээ. Бетлехемийн толгодын дээгүүр тоо томшгүй олон тэнгэрэлч цугларсан байв. Тэд баярт мэдээг дэлхийд тунхаглах дохиог хүлээж байлаа. Хэрэв Израилийн удирдагчид өөрсдөд нь итгэмжлэн өгсөн үүрэгтээ үнэнч байсан бол, Есүсийн төрснийг зарлан тунхаглах баяр хөөрийг тэд хуваалцах боломжтой байх байв. Харин одоо тэднийг өнгөрүүлэн орхижээ.” The Desire of Ages, 47.</w:t>
      </w:r>
    </w:p>
    <w:p>
      <w:pPr>
        <w:pStyle w:val="ArticleBody"/>
        <w:jc w:val="left"/>
      </w:pPr>
      <w:r>
        <w:rPr>
          <w:rFonts w:ascii="Times New Roman" w:hAnsi="Times New Roman" w:eastAsia="Times New Roman" w:cs="Times New Roman"/>
        </w:rPr>
        <w:t>Есүсийн төрснөөс эхлээд Степаны үхэл хүртэлх хугацаанд эртний Израиль сайн мэдээг аажмаар няцаан отвергосон нь дүрслэгдэн харагддаг. Христийг иудейчүүдийн няцаалт нь үе шаттайгаар өрнөсөн гэдгийг хүлээн зөвшөөрөх нь тэдний “няцаалтаа баталгаажуулсан” мөчийг тодорхойлох боломж олгодог бөгөөд энэ нь сүмийн хөшиг урагдсан загалмайн дээр ч, мөн Степаны үхлийн үед ч илэрсэн юм. Хөшиг урагдсан явдал нь тэд Бурханы гэрээний ард түмэн байхаа больсны бэлгэдэл байсан бөгөөд Степаныг чулуугаар шидэж алах үед Степан Есүсийг Бурханы баруун гар талд зогсож байхыг харсан нь Даниел номын арван хоёрдугаар бүлгийн нэг дүгээр эшлэлд авралын хугацаа хаагдахыг илтгэх бэлгэдэл юм. Иерусалимын сүйрэл мөн авралын хугацаа хаагдахыг илтгэх бэлгэдэл юм.</w:t>
      </w:r>
    </w:p>
    <w:p>
      <w:pPr>
        <w:pStyle w:val="ArticleScripture"/>
        <w:jc w:val="left"/>
      </w:pPr>
      <w:r>
        <w:rPr>
          <w:rFonts w:ascii="Times New Roman" w:hAnsi="Times New Roman" w:eastAsia="Times New Roman" w:cs="Times New Roman"/>
        </w:rPr>
        <w:t>“Иерусалим дээр ирэх шийтгэл ердөө богинохон хугацаагаар л хойшлогдож болох байсан; Христийн мэлмий сүйрэлд өртөхөөр заяагдсан тэр хот дээр тогтоход, Тэр зөвхөн түүний сүйрлийг бус, харин бүх дэлхийн сүйрлийг харсан юм. Тэр Иерусалим сүйрэлд тушаагдсанчлан, дэлхий ч мөн өөрийн мөхөлд тушаагдахыг харсан. Тэр Бурханы эсэргүүцэгчдийн дээр буух өшөө авалтын шийтгэлийг харсан. Иерусалимын сүйрлийн үед өрнөсөн үйл явдлууд Эзэний агуу бөгөөд аймшигт өдөр дахин давтагдах болно, гэвч бүр ч аймшигтайгаар.” Review and Herald, 1897 оны 12 дугаар сарын 7.</w:t>
      </w:r>
    </w:p>
    <w:p>
      <w:pPr>
        <w:pStyle w:val="ArticleBody"/>
        <w:jc w:val="left"/>
      </w:pPr>
      <w:r>
        <w:rPr>
          <w:rFonts w:ascii="Times New Roman" w:hAnsi="Times New Roman" w:eastAsia="Times New Roman" w:cs="Times New Roman"/>
        </w:rPr>
        <w:t>Загалмай дээр Иерусалим устгагдахаас сэргийлсэн зүйл нь зөвхөн Бурханы өршөөл байлаа.</w:t>
      </w:r>
    </w:p>
    <w:p>
      <w:pPr>
        <w:pStyle w:val="ArticleScripture"/>
        <w:jc w:val="left"/>
      </w:pPr>
      <w:r>
        <w:rPr>
          <w:rFonts w:ascii="Times New Roman" w:hAnsi="Times New Roman" w:eastAsia="Times New Roman" w:cs="Times New Roman"/>
        </w:rPr>
        <w:t>“Иудейчүүд Христийг цовдолсонд Иерусалимын сүйрэл агуулагдаж байсан. Калвар дээр урссан цус нь тэднийг энэ ертөнцөд ч, ирэх ертөнцөд ч сүйрэл рүү живүүлсэн жин байв. Тийнхүү Бурханы нигүүлслийг голигсод дээр шүүлт буух агуу эцсийн өдөрт ч болох болно. Тэдний бүдрэлтийн хад болсон Христ тэр үед тэдэнд өшөө авагч уул мэт үзэгдэх болно. Зөвт хүмүүст амь болдог Түүний царайны алдар суу нь хорон муу хүмүүст шатаагч гал байх болно. Хайрыг нь няцаасан, нигүүлслийг нь басамжилсан учраас нүгэлтэн устгагдах болно.” The Desire of Ages, 600.</w:t>
      </w:r>
    </w:p>
    <w:p>
      <w:pPr>
        <w:pStyle w:val="ArticleBody"/>
        <w:jc w:val="left"/>
      </w:pPr>
      <w:r>
        <w:rPr>
          <w:rFonts w:ascii="Times New Roman" w:hAnsi="Times New Roman" w:eastAsia="Times New Roman" w:cs="Times New Roman"/>
        </w:rPr>
        <w:t>Загалмайн үеэр Иерусалимын сүйрлийг авчраагүйгээр саатсан нь зөвхөн Бурханы өршөөл байлаа.</w:t>
      </w:r>
    </w:p>
    <w:p>
      <w:pPr>
        <w:pStyle w:val="ArticleScripture"/>
        <w:jc w:val="left"/>
      </w:pPr>
      <w:r>
        <w:rPr>
          <w:rFonts w:ascii="Times New Roman" w:hAnsi="Times New Roman" w:eastAsia="Times New Roman" w:cs="Times New Roman"/>
        </w:rPr>
        <w:t>“Иерусалимын сүйрэл Христ Өөрөө тунхаглагдсанаас хойш бараг дөчин жилийн турш Эзэн хот болон үндэстэнд буулгах Өөрийн шүүлтүүдээ саатуулсан юм. Өөрийн сайн мэдээг няцаагчид болон Өөрийн Хүүг алсан хүмүүст хандах Бурханы тэвчээр хэчнээн гайхамшигтай байсан билээ.” Агуу тэмцэл, 27.</w:t>
      </w:r>
    </w:p>
    <w:p>
      <w:pPr>
        <w:pStyle w:val="ArticleBody"/>
        <w:jc w:val="left"/>
      </w:pPr>
      <w:r>
        <w:rPr>
          <w:rFonts w:ascii="Times New Roman" w:hAnsi="Times New Roman" w:eastAsia="Times New Roman" w:cs="Times New Roman"/>
        </w:rPr>
        <w:t>Сүмийгээ сүүлчийн удаа ариусгах үедээ Есүс эш үзүүлэгч Даниелын хэлсэн сүйрлийн жигшүүрт зүйл Түүний дагалдагчдад үзэгдэхэд Иерусалимаас зугтах тухай анхааруулгыг өгсөн байв. Тэрээр сүмийг анх ариусгахдаа иудейчүүд Эцгийнх нь өргөөг дээрэмчдийн агуй болгосон гэж хэлсэн боловч, сүүлчийн удаад нь “танай гэр” та нарт эзгүйрэн орхигдлоо гэж айлдсан. Цовдлолын үеэр хөшиг нь урагдах ёстой байсан тэр сүм, дөнгөж болох гэж байсан загалмайгаас ч өмнө, аль хэдийн Бурханы өргөө бус, иудейчүүдийн гэр хэмээн тодорхойлогдсон байлаа. Уайт эгч Христ энэ тунхаглалыг хэзээ хийснийг авч үздэг бөгөөд түүний гэрчлэл цааш үргэлжлэхдээ мөн сунгагдсан өршөөлийн дөчин жилийг авч үздэг.</w:t>
      </w:r>
    </w:p>
    <w:p>
      <w:pPr>
        <w:pStyle w:val="ArticleScripture"/>
        <w:jc w:val="left"/>
      </w:pPr>
      <w:r>
        <w:rPr>
          <w:rFonts w:ascii="Times New Roman" w:hAnsi="Times New Roman" w:eastAsia="Times New Roman" w:cs="Times New Roman"/>
        </w:rPr>
        <w:t>«Христийн санваартнууд болон захирагчдад хандан хэлсэн, “Харагтун, та нарын гэр та нарт эзгүйрэн үлдэв” (Матай 23:38) гэсэн үгс нь тэдний зүрхэнд айдас төрүүлсэн байв. Тэд үл тоомсорлосон дүр үзүүлсэн боловч, эдгээр үгсийн утга учир юу болох тухай асуулт тэдний оюунд дахин дахин төрсөөр байлаа. Үл үзэгдэх нэгэн аюул тэднийг заналхийлж байх шиг санагдав. Үндэстний алдар суу болсон тэр сүр жавхлант сүм удалгүй нуранги овоо болох гэж байна гэж үү?...»</w:t>
      </w:r>
    </w:p>
    <w:p>
      <w:pPr>
        <w:pStyle w:val="ArticleScripture"/>
        <w:jc w:val="left"/>
      </w:pPr>
      <w:r>
        <w:rPr>
          <w:rFonts w:ascii="Times New Roman" w:hAnsi="Times New Roman" w:eastAsia="Times New Roman" w:cs="Times New Roman"/>
        </w:rPr>
        <w:t>“Христ Өөрийн шавь нарт Иерусалим дээр ирэх сүйрлийн тэмдгийг өгч, түүнээс хэрхэн зугтахыг тэдэнд айлдсан нь: ‘Та нар Иерусалимыг цэргүүд бүслэн хүрээлснийг үзэх үед, түүний эзгүйрэл ойртсоныг мэдэгтүн. Тэгвэл Иудейд байгаа хүмүүс уулс руу зугтаг; хотын дотор байгаа хүмүүс тэндээс гарч одог; мөн хөдөөгийн нутагт байгаа хүмүүс түүн уруу бүү орог. Учир нь энэ бол өшөө авалтын өдрүүд мөн бөгөөд ингэснээр бичигдсэн бүх зүйл биелэгдэх юм.’ Энэхүү анхааруулга нь дөчин жилийн дараа, Иерусалимын сүйрлийн үед анхааран дагахын тулд өгөгдсөн байв. Христэд итгэгчид энэ анхааруулгад дуулгавартай байсан бөгөөд хот унахад нэг ч Христэд итгэгч амь үрэгдээгүй.” The Desire of Ages, 628, 630.</w:t>
      </w:r>
    </w:p>
    <w:p>
      <w:pPr>
        <w:pStyle w:val="ArticleBody"/>
        <w:jc w:val="left"/>
      </w:pPr>
      <w:r>
        <w:rPr>
          <w:rFonts w:ascii="Times New Roman" w:hAnsi="Times New Roman" w:eastAsia="Times New Roman" w:cs="Times New Roman"/>
        </w:rPr>
        <w:t>Христ 31 онд цовдлогдсон бөгөөд бараг дөчин жилийн дараа, 70 онд, Иерусалим гурван жил хагасын бүслэлтийн эцэст сүйрсэн билээ. Хэрэв Даниелын есдүгээр бүлгийн хорин дөрөвдүгээр эшлэлд далан долоо хоног хэмээн заагдсан туршилтын хугацаанаас гурван жил хагас нь үлдсэн хэвээр байсан бол, Иерусалим 31 онд, загалмай дээр хэрхэн сүйрсэн байж болох вэ? Ийнхүү зөрчилдөж буй мэт харагдах эдгээр зүйлийг хэрхэн тайлж болох вэ? Хамгийн амархан тайлбар нь, далан долоо хоногоор төлөөлөгдсөн туршилтын хугацааны төгсгөлд хамаарах асуудлыг туршилтын хугацааны аажим, шаталсан төгсгөл хэмээн ойлгох ёстой гэсэн баримтыг зүгээр л хүлээн зөвшөөрөх явдал юм. Энэ нь үнэн. Гэвч ингэснээр тэрхүү түүхийн тэмдэглэлт үе шатуудыг хэрэглэхэд эш үзүүллэгийн тодорхой онцлог арилж орхино. Би тайлбарлахыг хичээе.</w:t>
      </w:r>
    </w:p>
    <w:p>
      <w:pPr>
        <w:pStyle w:val="ArticleBody"/>
        <w:jc w:val="left"/>
      </w:pPr>
      <w:r>
        <w:rPr>
          <w:rFonts w:ascii="Times New Roman" w:hAnsi="Times New Roman" w:eastAsia="Times New Roman" w:cs="Times New Roman"/>
        </w:rPr>
        <w:t>Хэрэв Пентекост нь Вавилон дахь өөр хонин сүргийг дуудан гаргах тун удахгүй ирэх Ням гаргийн хуулийг төлөөлдөг бол, яагаад Пентекостын дараа гурван жил хагасын хойно сайн мэдээ харь үндэстнүүдэд хүрсэн юм бэ? Христийн үхэл үү, эсвэл Степаны үхэл үү эртний Израилийн авралын хугацаа хаагдсаны тэмдэг мөн бэ? Хэрэв Лаодикийн Адвентизм тун удахгүй ирэх Ням гаргийн хуулийн үед сүм байхаа больдог бол, 70 онд сүм устгагдсан явдал нь Ням гаргийн хуулийн үеийн Лаодикийн Адвентизмын сүмийн төгсгөлийг төлөөлсөн үү? Илэрхий зөрчил мэт харагдаж болох зүйлс нь “мөр дээр мөр” хэмээх зарчмыг хэрэглэх замаар шийдэгддэг бөгөөд тэрхүү хэрэглээг хэрэгжүүлэхэд бидний тодорхойлж буй тэмдэгтийн гэрчлэл маш тодорхой бөгөөд товчхон болдог.</w:t>
      </w:r>
    </w:p>
    <w:p>
      <w:pPr>
        <w:pStyle w:val="ArticleBody"/>
        <w:jc w:val="left"/>
      </w:pPr>
      <w:r>
        <w:rPr>
          <w:rFonts w:ascii="Times New Roman" w:hAnsi="Times New Roman" w:eastAsia="Times New Roman" w:cs="Times New Roman"/>
        </w:rPr>
        <w:t>Христ гэрээг баталсан долоо хоног нь тус бүр гурван жил хагасын тэнцүү хоёр үе болгон хуваагддаг. Эхний гурван жил хагасын хугацаа Христийн баптисмаас эхэлж, Түүний үхлээр төгсөнө. Баптисм нь Түүний үхэл ба амилалтын бэлгэдэл мөн тул тэрхүү гурван жил хагасын хугацааны эхлэл нь төгсгөлтэйгөө адил юм. Тэр хугацаанд Христ сайн мэдээг зөвхөн иудейчүүдэд тунхагласан. Тэрхүү гурван жил хагасын төгсгөл нь дараагийн гурван жил хагасын эхлэлийг тэмдэглэнэ. Хоёр дахь гурван жил хагасын үе Христийн үхлээс эхэлж, Стефаны үхлээр төгсөнө. Тэр хугацаанд шавь нар сайн мэдээг зөвхөн иудейчүүдэд тунхагласан.</w:t>
      </w:r>
    </w:p>
    <w:p>
      <w:pPr>
        <w:pStyle w:val="ArticleBody"/>
        <w:jc w:val="left"/>
      </w:pPr>
      <w:r>
        <w:rPr>
          <w:rFonts w:ascii="Times New Roman" w:hAnsi="Times New Roman" w:eastAsia="Times New Roman" w:cs="Times New Roman"/>
        </w:rPr>
        <w:t>Тэдгээр хоёр хугацаа нь тус тусдаа эш үзүүллэгийн шугамууд бөгөөд “мөр дээр мөр” байдлаар нэгтгэгдэх ёстой. Аль аль нь эхлэл болон төгсгөлдөө Альфа ба Омегагийн тэмдгийг агуулдаг, учир нь эхлэлийн ба төгсгөлийн түүхүүд адил юм. Хоёр хугацааны үргэлжлэх байдал нь ижил бөгөөд хугацаа тус бүрийн туршид хийгдэх ажил ч мөн адил юм. Эхний бөгөөд Сүүлчийн Нэгэн болох Христ бол бүх зүйлийн Бүтээгч мөн бөгөөд энэ утгаараа Тэр бол Үнэнгийн Бүтээгч юм. Еврей хэлний “үнэн” гэх үг нь еврей цагаан толгойн гурван үсгээр бүтээгдсэн. Эхний үсэг, түүний дараах арван гурав дахь үсэг, түүнчлэн еврей цагаан толгойн сүүлчийн үсэг нийлж еврей хэлний “үнэн” гэх үгийг бүрдүүлдэг.</w:t>
      </w:r>
    </w:p>
    <w:p>
      <w:pPr>
        <w:pStyle w:val="ArticleBody"/>
        <w:jc w:val="left"/>
      </w:pPr>
      <w:r>
        <w:rPr>
          <w:rFonts w:ascii="Times New Roman" w:hAnsi="Times New Roman" w:eastAsia="Times New Roman" w:cs="Times New Roman"/>
        </w:rPr>
        <w:t>Гурван жил хагасын аль аль хугацаанд Христ эхлэл ба төгсгөл нь байдаг. Учир нь эхний хугацааны эхэнд Тэр баптисм хүртэхдээ байсны адил, мөн эхний хугацааны төгсгөлд Өөрийн үхлээр байдаг. Түүнчлэн хоёр дахь хугацааны эхэнд Христ Өөрийн үхлээр байж, хоёр дахь хугацааны төгсгөлд Тэр Бурханы баруун гар талд зогсож байдаг. Арван гуравын тоо нь тэрслүүгийн бэлгэдэл бөгөөд сайн мэдээ Христээр Өөрөөр нь биечлэн тунхаглагдсан ч бай, эсвэл хоёр дахь хугацаанд Түүний шавь нараар тунхаглагдсан ч бай, маргаанч иудейчүүд сайн мэдээний захиасын эсрэг тэрсэлсэн юм.</w:t>
      </w:r>
    </w:p>
    <w:p>
      <w:pPr>
        <w:pStyle w:val="ArticleBody"/>
        <w:jc w:val="left"/>
      </w:pPr>
      <w:r>
        <w:rPr>
          <w:rFonts w:ascii="Times New Roman" w:hAnsi="Times New Roman" w:eastAsia="Times New Roman" w:cs="Times New Roman"/>
        </w:rPr>
        <w:t>Хоёр үе аль аль нь ижил хугацаатай бөгөөд Альфа ба Омегагийн тэмдгийг агуулж, нэгэн адил сайн мэдээний мэдээг тодорхойлдог. Эдгээр хоёр үеийг “мөр дээр мөр” болгон нэгтгэх ёстой. “Мөр дээр мөр” хэмээх аргачлал нь хожмын борооны шалгах аргачлал мөн. Энэ нь эцсийн өдрүүдийн аргачлал бөгөөд эцсийн өдрүүдэд уг аргачлалаар илрүүлэн тогтоогдсон үнэнүүд нь нэг зуун дөчин дөрвөн мянгыг лацдах үеэр Левийн хөвгүүдийг ариусган цэвэршүүлдэг юм.</w:t>
      </w:r>
    </w:p>
    <w:p>
      <w:pPr>
        <w:pStyle w:val="ArticleScripture"/>
        <w:jc w:val="left"/>
      </w:pPr>
      <w:r>
        <w:rPr>
          <w:rFonts w:ascii="Times New Roman" w:hAnsi="Times New Roman" w:eastAsia="Times New Roman" w:cs="Times New Roman"/>
        </w:rPr>
        <w:t>Тэр хэнд мэдлэгийг заах вэ? мөн хэнд сургаалыг ойлгуулах вэ? Сүүнээс гарсан, хөхнөөс салсан тэдэнд. Учир нь тушаал тушаалын дээр, тушаал тушаалын дээр; мөр мөрийн дээр, мөр мөрийн дээр; энд бага зэрэг, тэнд бага зэрэг байх ёстой. Учир нь тэр ээрэн түгдэрсэн уруул, өөр хэлээр энэ ард түмэнд айлдах болно. Тэдэнд Тэр, “Энэ бол та нарын ядарсныг амрааж болох амралт мөн; энэ бол сэргээлт мөн” гэж хэлсэн боловч тэд сонсохыг хүссэнгүй. Харин ЭЗЭНий үг тэдэнд тушаал тушаалын дээр, тушаал тушаалын дээр; мөр мөрийн дээр, мөр мөрийн дээр; энд бага зэрэг, тэнд бага зэрэг байв; ингэснээр тэд явж, арагш унан, хэмхэрч, урхинд орж, баригдах ажээ. Исаиа 28:9–13.</w:t>
      </w:r>
    </w:p>
    <w:p>
      <w:pPr>
        <w:pStyle w:val="ArticleBody"/>
        <w:jc w:val="left"/>
      </w:pPr>
      <w:r>
        <w:rPr>
          <w:rFonts w:ascii="Times New Roman" w:hAnsi="Times New Roman" w:eastAsia="Times New Roman" w:cs="Times New Roman"/>
        </w:rPr>
        <w:t>Исаиагийн дараагийн эшлэл нь Иерусалимын ардыг захирдаг доогч хүмүүст ханддаг. Тэдгээр доогч хүмүүсийн хувьд, тэдний “сонсох”-оос татгалзсан “амралт ба сэргэлт” (сүүлчийн бороо) нь тэднийг “явж, арагш унаж, хэмхэрч, урхидагдан, баригдахад” хүргэдэг зүйл мөн. Тэр шалгалт тэдэнд өөр хэлээр толилуулагдсан, учир нь Елиа, Баптист Иохан, мөн Уильям Миллер нар өөр өөрсдийн түүхэн цаг үеийнхээ теологийн сургуулиудад бэлтгэгдээгүй байв. Лаодикийн Адвентизмыг шалгадаг сүүлчийн борооны мэдээ нь “мөр дээр мөр” зарчмыг хэрэгжүүлснээр бий болдог мэдээ мөн.</w:t>
      </w:r>
    </w:p>
    <w:p>
      <w:pPr>
        <w:pStyle w:val="ArticleBody"/>
        <w:jc w:val="left"/>
      </w:pPr>
      <w:r>
        <w:rPr>
          <w:rFonts w:ascii="Times New Roman" w:hAnsi="Times New Roman" w:eastAsia="Times New Roman" w:cs="Times New Roman"/>
        </w:rPr>
        <w:t>Христ гэрээг баталсан тэр долоо хоногийн эхний гурван жил хагасыг сүүлийн гурван жил хагасын дээр давхарлан тавихад, эрэн хайгч оюун санаанд гарч болох аливаа мэт зөрчлийг тодруулан ойлгуулах эш үзүүллэгийн гэрэл бидэнд харагдана. Тэр долоо хоног бол Гэрээний Элч гэрээг батлах ёстой байсан үе бөгөөд Библийн гэрээ цусаар батлагдах ёстой. Христийн баптисм, цовдлол, мөн Стефаны чулуугаар шидүүлсэн явдал нь бүгд цусыг илтгэнэ. Аль аль шугам нь гэрээний цусыг төлөөлдөг бөгөөд тэдгээр шугамууд гэрээг баталж байна.</w:t>
      </w:r>
    </w:p>
    <w:p>
      <w:pPr>
        <w:pStyle w:val="ArticleBody"/>
        <w:jc w:val="left"/>
      </w:pPr>
      <w:r>
        <w:rPr>
          <w:rFonts w:ascii="Times New Roman" w:hAnsi="Times New Roman" w:eastAsia="Times New Roman" w:cs="Times New Roman"/>
        </w:rPr>
        <w:t>“мөр дээр мөр”-өөр нэгтгэн үзвэл, баптисм ба цовдлолт нь эхний замын тэмдэг бөгөөд, цовдлолт ба Стефаныг чулуугаар шидэн алах явдал нь сүүлчийн замын тэмдэг мөн. Нэг шугам болгон нэгтгэн үзэхэд, загалмай болон Стефаны үхлийн үед Михаел босон зогссон нь иудейчүүд сайн мэдээг няцааснаа баталгаажуулсан хоёр гэрч болох нь харагдана. Христийн үхэл нь мөн Түүний шавь Стефаны үхэл бөгөөд, хоёр шугамыг нэгтгэхэд энэ нь Дээгүүр Өнгөрөх баяр мөн. Гурван өдрийн дараа Христ Анхны Үр жимсний өргөл болон амилсан.</w:t>
      </w:r>
    </w:p>
    <w:p>
      <w:pPr>
        <w:pStyle w:val="ArticleScripture"/>
        <w:jc w:val="left"/>
      </w:pPr>
      <w:r>
        <w:rPr>
          <w:rFonts w:ascii="Times New Roman" w:hAnsi="Times New Roman" w:eastAsia="Times New Roman" w:cs="Times New Roman"/>
        </w:rPr>
        <w:t>Харин эдүгээ Христ үхэгсдээс амилж, нойрссон хүмүүсийн анхны үр жимс болсон билээ. 1 Коринт 15:20.</w:t>
      </w:r>
    </w:p>
    <w:p>
      <w:pPr>
        <w:pStyle w:val="ArticleBody"/>
        <w:jc w:val="left"/>
      </w:pPr>
      <w:r>
        <w:rPr>
          <w:rFonts w:ascii="Times New Roman" w:hAnsi="Times New Roman" w:eastAsia="Times New Roman" w:cs="Times New Roman"/>
        </w:rPr>
        <w:t>Дээгүүр Өнгөрөх баяр ба гурав дахь өдрийн Анхны үр жимсний баярын хооронд Исгээгүй талхны баярын эхлэл байдаг. Исгээгүй талх “хөвдөггүй”, мөн Христ хоёр дахь өдөр амилаагүй, харин гурав дахь өдөр амилсан юм. “Мөр дээр мөр” хэрэглээнд Христ ба Степан хамтдаа үхдэг боловч Анхны үр жимсний амилалтад дэс дараалал байдаг тул Степан Христийн дараа амилдаг.</w:t>
      </w:r>
    </w:p>
    <w:p>
      <w:pPr>
        <w:pStyle w:val="ArticleScripture"/>
        <w:jc w:val="left"/>
      </w:pPr>
      <w:r>
        <w:rPr>
          <w:rFonts w:ascii="Times New Roman" w:hAnsi="Times New Roman" w:eastAsia="Times New Roman" w:cs="Times New Roman"/>
        </w:rPr>
        <w:t>Харин хүн бүр өөрийн дэс дараагаар: анхны үр жимс нь Христ; дараа нь Түүний ирэлтийн үед Христийнх байх хүмүүс. 1 Коринт 15:22.</w:t>
      </w:r>
    </w:p>
    <w:p>
      <w:pPr>
        <w:pStyle w:val="ArticleBody"/>
        <w:jc w:val="left"/>
      </w:pPr>
      <w:r>
        <w:rPr>
          <w:rFonts w:ascii="Times New Roman" w:hAnsi="Times New Roman" w:eastAsia="Times New Roman" w:cs="Times New Roman"/>
        </w:rPr>
        <w:t>Хаврын баяруудыг бие биеэс нь салгаж үл болно, учир нь тэд хоорондоо шууд холбоотой. Энэ утгаараа Пентекост нь удахгүй ирэх Ням гаргийн хуулийг төлөөлдөг бөгөөд тэр үед Ариун Сүнсний асгаралт дахин давтагдаж, Илчлэлт номын арван наймдугаар бүлгийн хоёр дахь дуу хоолой нь одоогоор сайн мэдээг мэдэхгүй байгаа хүмүүсийг Вавилоноос гарч ирэхийг уриалах болно. “Вавилон” гэх үг нь “Бабел” гэх үгнээс улбаатай бөгөөд “төөрөгдөл” гэсэн утгатай. Учир нь Бабелийн уналтын үед Бурхан хэлнүүдийг хутгалдуулсан бөгөөд Пентекостын үед Бурхан сайн мэдээг дэлхийд хүргэхийн тулд хэлнүүдийн төөрөгдлийг буцаан арилгадаг. Иймээс Пентекост ба Ням гаргийн хууль хоорондоо нийцдэг.</w:t>
      </w:r>
    </w:p>
    <w:p>
      <w:pPr>
        <w:pStyle w:val="ArticleBody"/>
        <w:jc w:val="left"/>
      </w:pPr>
      <w:r>
        <w:rPr>
          <w:rFonts w:ascii="Times New Roman" w:hAnsi="Times New Roman" w:eastAsia="Times New Roman" w:cs="Times New Roman"/>
        </w:rPr>
        <w:t>Пентекостын баяраар шавь нарт хэлнүүдийн бэлэг өгөгдсөн боловч тэдний тэр үеийн мэдээ нь хараахан зөвхөн иудейчүүдээр хязгаарлагдсан хэвээр байв. Хоёр шугамыг нэгтгэн авч үзэхэд Пентекост нь 34 онд тохиож, тэр үед Стефаныг чулуугаар цохин алж, үүний дараа сайн мэдээг одоогоор сайн мэдээг мэддэггүй хүмүүст хүргэсэн байна.</w:t>
      </w:r>
    </w:p>
    <w:p>
      <w:pPr>
        <w:pStyle w:val="ArticleBody"/>
        <w:jc w:val="left"/>
      </w:pPr>
      <w:r>
        <w:rPr>
          <w:rFonts w:ascii="Times New Roman" w:hAnsi="Times New Roman" w:eastAsia="Times New Roman" w:cs="Times New Roman"/>
        </w:rPr>
        <w:t>Стефан нь “Түүний ирэлтээр” амилуулагдах боловч Түүнтэй хамт үхсэн хүмүүсийг төлөөлдөг. Анхны үр жимсний өргөл нь Христийн гурав дахь өдөр амилсныг тэмдэглэдэг бөгөөд мөн Долоо хоногуудын баярын эхлэлийг тэмдэглэдэг; энэ нь мөн Пентекостын баяр бөгөөд Синай дээр Арван тушаалыг өгснийг дурсдаг.</w:t>
      </w:r>
    </w:p>
    <w:p>
      <w:pPr>
        <w:pStyle w:val="ArticleBody"/>
        <w:jc w:val="left"/>
      </w:pPr>
      <w:r>
        <w:rPr>
          <w:rFonts w:ascii="Times New Roman" w:hAnsi="Times New Roman" w:eastAsia="Times New Roman" w:cs="Times New Roman"/>
        </w:rPr>
        <w:t>1844 оны аравдугаар сарын 22 нь загалмайтай нийцдэг. Учир нь бусад нотолгоонуудын зэрэгцээ Уайт эгч загалмайн дараах шавь нарын урам хугарлыг 1844 оны аравдугаар сарын 22-ны дараа тохиосон урам хугаралтай дүйцүүлэн үзүүлдэг. Загалмай ч, 1844 оны аравдугаар сарын 22 ч хоёулаа тун удахгүй ирэх Ням гаргийн хуулийг урьдчилан дүрсэлдэг. Пентекост мөн удахгүй ирэх Ням гаргийн хуулийн хэв шинж болдог, гэвч Пентекост нь загалмайгаас хойш тавин хоёр хоногийн дараа ирсэн. Дээгүүр өнгөрөх баяраар хэв шинжээ олсон загалмай нь үхлийн тэнгэрэлч Египетийг дээгүүр өнгөрсөн шөнөөс эхлэн, хуулийг өгсөн явдал хүртэл эртний Израилийн хуучин жимүүдийг дурсдаг баяруудын дарааллыг нээж өгдөг. Хэдий баярууд өөр өөрийн онцлог ялгаатай боловч, тэдгээр нь бие биеэсээ салшгүйгээр холбоотой. Иймээс Дээгүүр өнгөрөх баяраас Пентекост хүртэлх бүтэн тавин хоёр хоногийг нэгэн цул замын тэмдэг болгон хэрэглэх нь зөв юм.</w:t>
      </w:r>
    </w:p>
    <w:p>
      <w:pPr>
        <w:pStyle w:val="ArticleBody"/>
        <w:jc w:val="left"/>
      </w:pPr>
      <w:r>
        <w:rPr>
          <w:rFonts w:ascii="Times New Roman" w:hAnsi="Times New Roman" w:eastAsia="Times New Roman" w:cs="Times New Roman"/>
        </w:rPr>
        <w:t>Ийм учраас загалмай, Стефаны үхэл, мөн Пентекостын өдөр нь Илчлэл номын арван наймдугаар бүлгийн хоёр дахь дуу хоолой Бурханы бусад сүргийг Вавилоноос дуудахыг эхлэх тэр үед Орчин үеийн Вавилон дээрх шаталсан гүйцэтгэх шүүлт эхэлдэг бөгөөд энэ нь тун удалгүй ирэх Ням гаргийн хуулийг бүгд урьдчилан дүрсэлдэг. Яг тэр тэмдэглэлтийн цэг дээр Иерусалим дээрх гүйцэтгэх шүүлт ирсэн боловч Бурхан Өөрийн өршөөлөөр сүм болон хотын бодит сүйрлийг загалмайгаас хойш бараг дөчин жилээр, буюу МЭ 70 он хүртэл хойшлуулсан юм. Эртний Иерусалимын сүйрэл нь “үндэсний урвалтын дараа үндэсний сүйрэл дагалддаг” үед АНУ-д эхэлдэг шаталсан гүйцэтгэх шүүлтийн эхлэлийг төлөөлдөг.</w:t>
      </w:r>
    </w:p>
    <w:p>
      <w:pPr>
        <w:pStyle w:val="ArticleBody"/>
        <w:jc w:val="left"/>
      </w:pPr>
      <w:r>
        <w:rPr>
          <w:rFonts w:ascii="Times New Roman" w:hAnsi="Times New Roman" w:eastAsia="Times New Roman" w:cs="Times New Roman"/>
        </w:rPr>
        <w:t>Үнэн нь хоёрын гэрчлэл дээр тогтдог бөгөөд Христ гэрээг баталсан гурван жил хагасын хоёр мөрөнд бид удахгүй ирэх Ням гаргийн хуулийг тодорхойлдог түүхтэй холбогдсон үхэл ба амилалтын тухай хоёр гэрчийг олж хардаг. Илчлэлт номын арван нэгдүгээр бүлэгт тэрхүү Ням гаргийн хууль нь “агуу газар хөдлөлтийн цаг” хэмээн тодорхойлогддог. Тэрхүү “цаг” нь гурван жил хагасын турш гэрчлэл өгсөн хоёр гэрчтэй шууд холбогддог. Тэдний гэрчлэл нь тэдний үхэл ба амилалтаар төгсдөг.</w:t>
      </w:r>
    </w:p>
    <w:p>
      <w:pPr>
        <w:pStyle w:val="ArticleBody"/>
        <w:jc w:val="left"/>
      </w:pPr>
      <w:r>
        <w:rPr>
          <w:rFonts w:ascii="Times New Roman" w:hAnsi="Times New Roman" w:eastAsia="Times New Roman" w:cs="Times New Roman"/>
        </w:rPr>
        <w:t>Тэдний гурван жил хагасын гэрчлэл, түүнээс хойших үхэл ба амилалт нь Есүс болон Степан хоёулангийнх нь үхэл ба амилалтаар дүрслэгдсэн байдаг. Учир нь “мөр дээр мөр” зарчмаар Степан Христтэй хамт амилсан хэмээн дүрслэгддэг. Анхны Үр Жимсний баярт хоёр үндсэн өргөл өргөдөг байв.</w:t>
      </w:r>
    </w:p>
    <w:p>
      <w:pPr>
        <w:pStyle w:val="ArticleBody"/>
        <w:jc w:val="left"/>
      </w:pPr>
      <w:r>
        <w:rPr>
          <w:rFonts w:ascii="Times New Roman" w:hAnsi="Times New Roman" w:eastAsia="Times New Roman" w:cs="Times New Roman"/>
        </w:rPr>
        <w:t>Нэг нь өө сэвгүй хурга байсан бөгөөд нөгөө нь арвайн өргөл байв. Арвай нь араас нь дагах ургацыг төлөөлж байсан бөгөөд хурга нь Христийг төлөөлж байв. Христ гурав дахь өдөр амилсан бөгөөд Стефан араас нь дагах хүмүүсийг төлөөлж, арвай нь дагах ёстой байсан ургацыг төлөөлж байв. Илчлэл номын арван нэгдүгээр бүлгийн хоёр гэрч гурван жил хагасын турш гэрчилсний дараа алагдаж, улмаар гурав хагас хоногийн дараа амилсан юм. Тэр хоёр гэрч нь Анхны Үр Жимс байсан Христээр хэв шинжлэгдсэн байв. Учир нь тэд мөн анхны үр жимс болох нэг зуун дөчин дөрвөн мянгыг төлөөлдөг юм.</w:t>
      </w:r>
    </w:p>
    <w:p>
      <w:pPr>
        <w:pStyle w:val="ArticleScripture"/>
        <w:jc w:val="left"/>
      </w:pPr>
      <w:r>
        <w:rPr>
          <w:rFonts w:ascii="Times New Roman" w:hAnsi="Times New Roman" w:eastAsia="Times New Roman" w:cs="Times New Roman"/>
        </w:rPr>
        <w:t>Тэгээд би харвал, болгоогтун, Сион уулан дээр Хурга зогсож байлаа; түүнтэй хамт нэг зуун дөчин дөрвөн мянга байсан бөгөөд тэдний духан дээр Эцгийнх нь нэр бичигдсэн байв. Тэгээд би тэнгэрээс гарах нэгэн дууг сонсов; энэ нь их усны шуугиан мэт, агуу хүчтэй аянгын дуу мэт байлаа. Мөн би ятгачдын ятгаа тоглон дуулах дууг сонсов. Тэд сэнтийн өмнө, дөрвөн амьтны өмнө, ахлагчдын өмнө шинэ дуу мэт нэгэн дуу дуулж байв; газрын хөрснөөс золин аврагдсан тэр нэг зуун дөчин дөрвөн мянгаас өөр хэн ч тэр дууг сурч чадахгүй байлаа. Эд бол эмэгтэйчүүдээр бузарлагдаагүй хүмүүс мөн; учир нь тэд онгон билээ. Эд бол Хургыг хаашаа ч явсан дагадаг хүмүүс мөн. Эд бол хүмүүсийн дундаас золин аврагдаж, Бурхан ба Хурганы төлөөх анхны үр жимс болсон хүмүүс мөн. Тэдний аманд ямар ч заль мэх олдсонгүй; учир нь тэд Бурханы сэнтийн өмнө гэм зэмгүй юм. Илчлэл 14:1–5.</w:t>
      </w:r>
    </w:p>
    <w:p>
      <w:pPr>
        <w:pStyle w:val="ArticleBody"/>
        <w:jc w:val="left"/>
      </w:pPr>
      <w:r>
        <w:rPr>
          <w:rFonts w:ascii="Times New Roman" w:hAnsi="Times New Roman" w:eastAsia="Times New Roman" w:cs="Times New Roman"/>
        </w:rPr>
        <w:t>Анхны үр жимсний баярын үеийн арвайн өргөл нь дараа нь ургах ургацыг төлөөлж байсан бөгөөд 34 дэх онд Стефан, 31 дэх онд Христийн үхлийг дагасан боловч “мөр дээр мөр,” тэд нэгэн ижил цагийн тэмдэг дээр нас барсан юм. Анхны үр жимсний өргөлүүдтэй холбон үзвэл, Христ бол нядлагдсан хурга байсан бөгөөд Стефан бол арвай байв. Паулын хэлснээр “Христ” бол “нойрсогсдын анхны үр жимс” бөгөөд дараа нь “Түүний ирэлтээр Христийнх нь хүмүүс” юм. Нэг зуун дөчин дөрвөн мянга нь анхны үр жимс мөн бөгөөд тэд бол “Хургыг хаашаа ч явсан дагагчид” юм.</w:t>
      </w:r>
    </w:p>
    <w:p>
      <w:pPr>
        <w:pStyle w:val="ArticleBody"/>
        <w:jc w:val="left"/>
      </w:pPr>
      <w:r>
        <w:rPr>
          <w:rFonts w:ascii="Times New Roman" w:hAnsi="Times New Roman" w:eastAsia="Times New Roman" w:cs="Times New Roman"/>
        </w:rPr>
        <w:t>Илчлэлт номын арван нэгдүгээр бүлгийн “агуу газар хөдлөлтийн” “цагт” гурван жил хагасын турш эш үзүүлсэн атлаа алуулж, гурван өдөр хагасын турш гудамжинд хэвтсэн хоёр гэрч амилуулагддаг. Тэд бол эш үзүүллэгийн утгаар Есүстэй хамт, мөн Есүсийн дараа амилуулагдсан Стефанаар төлөөлөгдсөн хүмүүс юм. Иймээс тэд ёроолгүй гүнээс гарч ирсэн араатанд алагдсанаасаа хойш “гурван өдөр хагасын” дараа амилуулагддаг. Тэд амилуулагддаг тэрхүү мөн “цагт” тэд тэмдэг болгон тэнгэрт өргөгддөг. Тэдний амилалт ба тэнгэр өөд өргөгдөх үйл явц Бурханы эш үзүүллэгийн Үгэнд нягт нямбайгаар тодорхойлогдсон байдаг бөгөөд үүнд тэд Стефаны бодит үхлээр хэв шинжлэгдсэн байсан нь багтдаг; ингэснээр гурав дахь тэнгэрэлчийн Лаодикеийн хөдөлгөөнөөс гурав дахь тэнгэрэлчийн Филаделфийн хөдөлгөөн рүү хувиргагдах үед хоёр гэрч дээр гүйцэлддэг сүнслэг үхлийг төлөөлдөг.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“Нэг зүйл тодорхой: Сатаны тугийн дор байр сууриа эзэлдэг Долоо дахь өдрийн Адвентистууд юуны өмнө Бурханы Сүнсний Гэрчлэлүүдэд агуулагдсан сэрэмжлүүлэг ба зэмлэлүүдэд итгэх итгэлээ орхино.</w:t>
      </w:r>
    </w:p>
    <w:p>
      <w:pPr>
        <w:pStyle w:val="ArticleScripture"/>
        <w:jc w:val="left"/>
      </w:pPr>
      <w:r>
        <w:rPr>
          <w:rFonts w:ascii="Times New Roman" w:hAnsi="Times New Roman" w:eastAsia="Times New Roman" w:cs="Times New Roman"/>
        </w:rPr>
        <w:t>“Илүү агуу ариусгалд болон илүү ариун үйлчлэлд дуудах уриалга хийгдэж байгаа бөгөөд цаашид ч хийгдсээр байх болно. Одоо Сатаны санал, ятгалгыг дамжуулан хэлж буй зарим нь ухаан орно. Итгэл хүлээлгэсэн чухал албан тушаалд байгаа боловч энэ цаг үеийн үнэнийг ойлгодоггүй хүмүүс бий. Тэдэнд энэ мэдээ хүргэгдэх ёстой. Хэрэв тэд үүнийг хүлээн авбал, Христ тэднийг хүлээн авч, Өөртэй нь хамтран ажиллагчид болгоно. Харин хэрэв тэд энэ мэдээг сонсохоос татгалзвал, тэд Харанхуйн Ноёны хар тугийн дор байр сууриа эзэлнэ.</w:t>
      </w:r>
    </w:p>
    <w:p>
      <w:pPr>
        <w:pStyle w:val="ArticleScripture"/>
        <w:jc w:val="left"/>
      </w:pPr>
      <w:r>
        <w:rPr>
          <w:rFonts w:ascii="Times New Roman" w:hAnsi="Times New Roman" w:eastAsia="Times New Roman" w:cs="Times New Roman"/>
        </w:rPr>
        <w:t>“Энэ цаг үеийн үнэт үнэн хүн төрөлхтний оюун ухаанд улам бүр тодорхойгоор нээгдэж байна хэмээн би хэлэхээр зааварлагдсан. Онцгой утгаар эрэгтэй, эмэгтэй хүмүүс Христийн махыг идэж, Түүний цусыг уух учиртай. Үнэн нь тасралтгүй тэлэх чадвартай тул ойлголт хөгжих болно. Үнэний тэнгэрлэг Үүсгэгч Нэгэн Түүнийг танин мэдэхээр цааш урагшлан дагагчидтай улам ойр, улам бүр ойр нөхөрлөлд орно. Бурханы ард түмэн Түүний үгийг тэнгэрийн талх болгон хүлээн авахад, Түүний илрэн гарах нь үүрийн гэгээ мэт бэлтгэгдсэн гэдгийг тэд мэдэх болно. Бие махбод хоол идэхэд биеийн хүч чадлыг хүлээн авдгийн адил, тэд сүнслэг хүч чадлыг хүлээн авах болно.</w:t>
      </w:r>
    </w:p>
    <w:p>
      <w:pPr>
        <w:pStyle w:val="ArticleScripture"/>
        <w:jc w:val="left"/>
      </w:pPr>
      <w:r>
        <w:rPr>
          <w:rFonts w:ascii="Times New Roman" w:hAnsi="Times New Roman" w:eastAsia="Times New Roman" w:cs="Times New Roman"/>
        </w:rPr>
        <w:t>“Израилийн хүүхдүүдийг Египетийн боолчлолоос гарган авч, цөлөөр дамжуулан Канаан уруу удирдан аваачсан Эзэний төлөвлөгөөг бид бүрэн дүүрэн ойлгодоггүй.”</w:t>
      </w:r>
    </w:p>
    <w:p>
      <w:pPr>
        <w:pStyle w:val="ArticleScripture"/>
        <w:jc w:val="left"/>
      </w:pPr>
      <w:r>
        <w:rPr>
          <w:rFonts w:ascii="Times New Roman" w:hAnsi="Times New Roman" w:eastAsia="Times New Roman" w:cs="Times New Roman"/>
        </w:rPr>
        <w:t>“Сайн мэдээнээс гэрэлтэн тусах тэнгэрлэг туяануудыг бид цуглуулан авах тусам, иудейн тогтолцооны талаар бидний ойлголт улам тодорхой болж, түүний чухал үнэнүүдийг бид улам гүнээр үнэлэн ухаарах болно. Үнэнийг эрэн судлах бидний ажиллагаа одоогоор хараахан бүрэн биш байна. Бид гэрлийн цөөн хэдэн туяаг л цуглуулан авсан. Үгэнд өдөр бүр суралцагч бус хүмүүс иудейн тогтолцооны асуудлуудыг тайлж чадахгүй. Тэд ариун сүмийн үйлчлэлээр заагдсан үнэнүүдийг ойлгохгүй. Бурханы агуу төлөвлөгөөг ертөнцлөг ойлголтоор ухамсарласнаас болж Түүний ажил саатдаг. Ирэх амьдралд Христ үүлэн баганад халхлагдан Өөрийн ард түмэнд өгсөн хуулиудын утга учир дэлгэгдэх болно.”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тавдугаар хэсэг</dc:title>
  <dc:subject>Сайн мэдээний шат дараалсан няцаалт: Христийн төрөлтөөс Степаныг чулуугаар шидэн алах хүртэл</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