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Долоо</w:t>
      </w:r>
    </w:p>
    <w:p>
      <w:pPr>
        <w:pStyle w:val="ArticleSubtitle"/>
        <w:jc w:val="left"/>
      </w:pPr>
      <w:r>
        <w:rPr>
          <w:rFonts w:ascii="Arial" w:hAnsi="Arial" w:eastAsia="Arial" w:cs="Arial"/>
        </w:rPr>
        <w:t>Эш Үзүүлэгч Өгүүлэмж: Иеровоамаас Иосиад хүрч, Эртний Замуудыг Сэргээсэн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1844 онд Америкийн Нэгдсэн Улсын протестантууд Миллерийн хөдөлгөөнөөс татгалзан гарч, Иудагийн өмнөд хаант улсаас арван хойд овог нь салан тусгаарлах үед Иеробоам хуурамч мөргөлийн тогтолцоо байгуулснаар төлөөлөгдсөнчлөн, Вавилоны охины эш үзүүллэгийн байр суурийг эзэлсэн юм. Иеробоамын хоёр алтан тугалын нэг нь Бетел хотод (утга нь “Бурханы өргөө”/Сүм), нөгөө нь Данд (утга нь шүүлт/Төр) байв. Эдгээр нь Америкийн Нэгдсэн Улсыг төлөөлдөг Сүм ба Төрийн хуурамч тогтолцоог бэлгэдсэн юм. Иеробоамын сүм ба төрийн хуурамч тогтолцооны бүх элемент нь Аароны бослогод тогтоогдсон яг тэрхүү бүтэц загварыг даган хийгдсэн байв. Иймээс Иеробоамын хуурамч мөргөлийн тогтолцоо нь Аароны хуурамч мөргөлийн тогтолцооны дүр байв.</w:t>
      </w:r>
    </w:p>
    <w:p>
      <w:pPr>
        <w:pStyle w:val="ArticleBody"/>
        <w:jc w:val="left"/>
      </w:pPr>
      <w:r>
        <w:rPr>
          <w:rFonts w:ascii="Times New Roman" w:hAnsi="Times New Roman" w:eastAsia="Times New Roman" w:cs="Times New Roman"/>
        </w:rPr>
        <w:t>Иеробоамын хуурамч тогтолцоо нь Протестантизм эхний тэнгэрэлчийн хөдөлгөөнөөс салж, папын Ромын араатны охин, өөрөөр хэлбэл түүний дүр болон хувирсан үед дэмжин хамгаалсан мөргөлийн тогтолцоог төлөөлж байв. Иеробоамын хуурамч тогтолцоо байгуулагдсан яг тэр үед Иудагаас ирсэн нэгэн эш үзүүлэгч түүний тахилын ширээ болон хуурамч мөргөлийн тогтолцоотой нүүр тулан зэмлэн буруушаасан. 1844 онд, урвагч Протестантизм Ромын охин хэмээн дүрслэгдсэн мөргөлийн тогтолцоог тогтоох үүргээ хэрэгжүүлж эхэлсэн яг тэр мөчид, Миллерчүүд итгэлээр тэнгэрийн ариун сүмийн Хамгийн Ариун Газарт орж, Амралтын өдрийг хүлээн зөвшөөрсөн бөгөөд ингэснээр Ромын охидод эш үзүүллэгийн зэмлэл болсон юм. Харин тэд Ромын эрх мэдлийн тэмдэг болох ням гаргийн мөргөлийг цаашид сахихаар сонгосон билээ.</w:t>
      </w:r>
    </w:p>
    <w:p>
      <w:pPr>
        <w:pStyle w:val="ArticleBody"/>
        <w:jc w:val="left"/>
      </w:pPr>
      <w:r>
        <w:rPr>
          <w:rFonts w:ascii="Times New Roman" w:hAnsi="Times New Roman" w:eastAsia="Times New Roman" w:cs="Times New Roman"/>
        </w:rPr>
        <w:t>Иудагийн эш үзүүлэгч Иеровоамтай нүүр тулан зогсож, тэр даруйд нь эш үзүүллэгийг тунхаглан айлдав.</w:t>
      </w:r>
    </w:p>
    <w:p>
      <w:pPr>
        <w:pStyle w:val="ArticleScripture"/>
        <w:jc w:val="left"/>
      </w:pPr>
      <w:r>
        <w:rPr>
          <w:rFonts w:ascii="Times New Roman" w:hAnsi="Times New Roman" w:eastAsia="Times New Roman" w:cs="Times New Roman"/>
        </w:rPr>
        <w:t>Тэрээр ЭЗЭНий үгээр тахилын ширээний эсрэг хашхирч, ийн хэлэв: Өө, тахилын ширээ, тахилын ширээ ээ, ЭЗЭН ийн айлдаж байна: Болгоогтун, Давидын гэрт Иосиа нэртэй нэгэн хүү төрнө; чиний дээр тэр чам дээр утлага өргөдөг өндөрлөгүүдийн тахилчдыг өргөх бөгөөд хүний ясыг чиний дээр шатаана. Тэр өдөр тэрээр мөн тэмдэг өгч, ийн хэлэв: Энэ бол ЭЗЭНий айлдсан тэмдэг мөн; болгоогтун, тахилын ширээ хагарч, дээр нь буй үнс асгарна. Хаадын дээд 13:2, 3.</w:t>
      </w:r>
    </w:p>
    <w:p>
      <w:pPr>
        <w:pStyle w:val="ArticleBody"/>
        <w:jc w:val="left"/>
      </w:pPr>
      <w:r>
        <w:rPr>
          <w:rFonts w:ascii="Times New Roman" w:hAnsi="Times New Roman" w:eastAsia="Times New Roman" w:cs="Times New Roman"/>
        </w:rPr>
        <w:t>Энэ эш үзүүллэгт “тахилын ширээ” гэдэг үг хоёр давтагдан орсон байв. Эш үзүүллэг дотор үг буюу хэллэгийн давталт нь хоёр дахь тэнгэрэлчийн мэдээний бэлгэдэл болдгийн улмаас, энэ нь хоёр дахь тэнгэрэлч ирж, Протестантизм унан, Вавилоны охин болсон 1844 оныг заан тодорхойлж байна. Үүнтэй зэрэгцэн эш үзүүлэгч нэгэн тэмдгийг өгсөн бөгөөд энэ нь 1844 онд Миллерчүүд Амралтын өдрийн тэмдгийг танин мэдсэнтэй адил юм. Иеробоам дараах эшлэлүүдэд эш үзүүлэгчийг сүрдүүлэн заналхийлахад, түүний гар саажсан бөгөөд энэ нь духан дээр эсвэл гарт тулган хүлээлгэдэг Вавилоны тэмдгийг эш татаж байгаа хэрэг бөгөөд тэрхүү тэмдгийг сүнслэг утгаар хүлээн авахад хүнийг үүрд мөнхөд саажуу болгодог юм.</w:t>
      </w:r>
    </w:p>
    <w:p>
      <w:pPr>
        <w:pStyle w:val="ArticleBody"/>
        <w:jc w:val="left"/>
      </w:pPr>
      <w:r>
        <w:rPr>
          <w:rFonts w:ascii="Times New Roman" w:hAnsi="Times New Roman" w:eastAsia="Times New Roman" w:cs="Times New Roman"/>
        </w:rPr>
        <w:t>Энэхүү судалгааны зорилгоор бид эш үзүүлэгчийн дэвшүүлсэн, “Давидын гэрт Иосиаг хэмээх нэгэн хүү төрөх болно; тэр чиний дээр утлага уугиулдаг өндөрлөгүүдийн тахилчдыг чиний дээр өргөх бөгөөд хүний ясыг чиний дээр шатаах болно” хэмээн тодорхойлсон эш үзүүлгийг авч үзэж байна. Иосиа гэдэг нь “Бурханы үндэс суурь” гэсэн утгатай бөгөөд Иеробоамын хуурамч мөргөлийн тогтолцоог байгуулах үедээр бэлгэдэгдсэн тэрхүү түүхэнд байгуулагдсан Адвентизмийн үндэс сууриудыг төлөөлдөг. Иеробоамын тогтоосон хуурамч мөргөлийн тогтолцооны дээр Иосиа хуурамч мөргөлд манлайлан оролцсон тахилчдыг шийтгэх байв.</w:t>
      </w:r>
    </w:p>
    <w:p>
      <w:pPr>
        <w:pStyle w:val="ArticleBody"/>
        <w:jc w:val="left"/>
      </w:pPr>
      <w:r>
        <w:rPr>
          <w:rFonts w:ascii="Times New Roman" w:hAnsi="Times New Roman" w:eastAsia="Times New Roman" w:cs="Times New Roman"/>
        </w:rPr>
        <w:t>Эш үзүүлэгч Иеробоамын хаан ширээнд заларсан ёслолд очсон замаараа буцаж болохгүй, мөн Бетелд идэж ууж болохгүй гэсэн Эзэний тушаалыг үл дуулгавартайгаар зөрчсөн. Тэр Бетелийн худал эш үзүүлэгчийн хоолноос идэхдээ, 1844 оноос хойш буцан эргэж, 1863 оны тэрслүү байдлаар төлөөлөгдсөн урвасан Протестантизмын сургаалууд болон хуурамч эш үзүүллэгийн аргачлалуудыг сонгон идэх хүмүүсийн дээр ирэх үхлийн бэлгэдэл болон тавигдсан юм. 1863 онд тэрсэлсэн хүмүүсийн үхлийн ор нь Бетелийн худал эш үзүүлэгчийн үхлийн ортой адил байх байв. Урвасан Протестантизмын хувьд үхлийн ор нь 1840 оны 8 дугаар сарын 11-нээс 1844 он хүртэлх түүх байсан бөгөөд тэр үед тэд, Бурханы урьдын сонгогдсон ард түмэн, өнгөрөгдөн орхигдож, Ромын охид болсон юм. Лаодикийн Адвентизмын үхлийн ор мөн адил 2001 оны 9 дүгээр сарын 11-нд, 1840 онд бууж ирсэнчлэн, хүчит тэнгэрэлч бууж ирсэн тэр өдрөөс эхлэн, удахгүй ирэх Ням гаргийн хуулийг төлөөлөх агуу газар хөдлөлтийн цаг хүртэлх хугацааны хооронд байх болно.</w:t>
      </w:r>
    </w:p>
    <w:p>
      <w:pPr>
        <w:pStyle w:val="ArticleBody"/>
        <w:jc w:val="left"/>
      </w:pPr>
      <w:r>
        <w:rPr>
          <w:rFonts w:ascii="Times New Roman" w:hAnsi="Times New Roman" w:eastAsia="Times New Roman" w:cs="Times New Roman"/>
        </w:rPr>
        <w:t>2001 оны 9 дүгээр сарын 11-нд нэг зуун дөчин дөрвөн мянган хүнийг тамгалах ажил эхэлж, тэнгэрэлч газар нутагт (Америкийн Нэгдсэн Улс), мөн сүмд (Лаодикеийн Адвентизм) үйлдэгдэж буй жигшүүрт хэргүүдийн төлөө санаа алдан уйлдаг хүмүүсийн духан дээр тэмдэг тавихаар Иерусалимаар дамжин хөдөлж эхэлсэн. 2001 оны 9 дүгээр сарын 11-нд Езекиелийн дөрвөн жигшүүрт хэргээр төлөөлөгдсөн эцгүүдийн нүглүүд тухайн үед эхэлсэн тамгалах үйл явц дахь өнөөгийн сорилтын үнэнүүд болсон юм.</w:t>
      </w:r>
    </w:p>
    <w:p>
      <w:pPr>
        <w:pStyle w:val="ArticleBody"/>
        <w:jc w:val="left"/>
      </w:pPr>
      <w:r>
        <w:rPr>
          <w:rFonts w:ascii="Times New Roman" w:hAnsi="Times New Roman" w:eastAsia="Times New Roman" w:cs="Times New Roman"/>
        </w:rPr>
        <w:t>1863 оны сорилт нь 1863 онд няцаагдсан Левит хорин зургаадугаар бүлгийн “долоон цаг хугацаа”-аар төлөөлөгдсөн Миллерит хөдөлгөөний суурь үндсүүдийг хамарч байв. Тэрхүү сорилт нь хожуугийн борооны амралтыг олохын тулд Иеремиагийн эртний жимүүдэд буцаж очих хүсэлтэй эсэх, эс хүсэлтэй эсэхийг хамарч байв. 1888 оны сорилт нь ахлагч Жонс болон Ваггонер нараар дамжин хүргэгдсэн Лаодикийн сүмд хандсан мэдээ байсан бөгөөд мөн итгэлээр зөвтгөгдөхийн тухай мэдээ байсан юм.</w:t>
      </w:r>
    </w:p>
    <w:p>
      <w:pPr>
        <w:pStyle w:val="ArticleBody"/>
        <w:jc w:val="left"/>
      </w:pPr>
      <w:r>
        <w:rPr>
          <w:rFonts w:ascii="Times New Roman" w:hAnsi="Times New Roman" w:eastAsia="Times New Roman" w:cs="Times New Roman"/>
        </w:rPr>
        <w:t>1856 онд Лаодикеад хандсан мэдээ Миллерчүүдийн хөдөлгөөнд анх ирсэн бөгөөд энэ нь “долоон цаг”-ийн өсөн нэмэгдсэн гэрлийн хамт ирсэн юм. Гэвч Лаодикеад хандсан мэдээн дэх эмчилгээний аргуудаар төлөөлөгдсөн тэрхүү туршлага ч, эш үзүүллэгийн түүхийн тухай мэдээ ч 1863 онд хоёул няцаагдсан. Тэрхүү туршлагыг “төрх”-ийн тухай үзэгдэл (mareh) төлөөлж байсан бөгөөд мөн (chazon) “эш үзүүллэгийн түүх”-ийн үзэгдэл ч мөн адил няцаагдсан. Эдгээр хоёр үзэгдэл хоёулаа 1844 оны 10 дугаар сарын 22-нд биеллээ олсон байсан бөгөөд арван есөн жилийн дараа тэд хоёулаа няцаагдсан юм. Учир нь Есүс төгсгөлийг үргэлж эхлэлтэй нь адилтган тодорхойлдог билээ.</w:t>
      </w:r>
    </w:p>
    <w:p>
      <w:pPr>
        <w:pStyle w:val="ArticleBody"/>
        <w:jc w:val="left"/>
      </w:pPr>
      <w:r>
        <w:rPr>
          <w:rFonts w:ascii="Times New Roman" w:hAnsi="Times New Roman" w:eastAsia="Times New Roman" w:cs="Times New Roman"/>
        </w:rPr>
        <w:t>2001 оны 9 дүгээр сарын 11-нд 1863 болон 1888 оны тэрслэлүүдийн шалгалт дахин сорих үнэн болсон, учир нь тэд хоёулаа Иеремиагийн эртний жимүүдтэй холбогдож байв. Тэр өдөр хожмын борооны мэдээ ирсэн бөгөөд 1919 оны шалгалт мөн ирсэн; учир нь 1919 онд ямар ч эш үзүүллэгийн ач холбогдолгүй Христийн хуурамч сайн мэдээ хуурамч “энх тайван ба аюулгүй байдал”-ын мэдээ болгон дэвшүүлэгдсэн юм. Илчлэл номын арван наймдугаар бүлгийн хүчирхэг тэнгэрэлч 2001 оны 9 дүгээр сарын 11-нд бууж ирэхэд нэгээс гуравдугаар эшлэлүүд биелсэн бөгөөд нэгээс гуравдугаар эшлэлүүд нь “анхны дуу хоолой”-ны мэдээг илэрхийлдэг.</w:t>
      </w:r>
    </w:p>
    <w:p>
      <w:pPr>
        <w:pStyle w:val="ArticleScripture"/>
        <w:jc w:val="left"/>
      </w:pPr>
      <w:r>
        <w:rPr>
          <w:rFonts w:ascii="Times New Roman" w:hAnsi="Times New Roman" w:eastAsia="Times New Roman" w:cs="Times New Roman"/>
        </w:rPr>
        <w:t>“Одоо Нью-Йорк далайн түрлэгийн асар их давалгаанд хамагдан арчигдана гэж би тунхагласан гэх үг гарч байна уу? Үүнийг би хэзээ ч хэлж байгаагүй. Тэнд агуу том барилгууд давхар давхраар сүндэрлэн босож байгааг харахдаа би: ‘Эзэн газар дэлхийг аймшигтайгаар сэгсрэхээр босох үед ямар аймшигт үзэгдлүүд тохиолдох бол оо! Тэгвэл Илчлэлт 18:1–3-ын үгс биелэгдэх болно’ гэж хэлсэн. Илчлэлт номын арван наймдугаар бүлэг бүхэлдээ газар дэлхий дээр ирэх зүйлийн талаар өгөгдөж буй анхааруулга мөн. Гэвч Нью-Йоркт ирэх зүйлийн талаар надад онцгойлон өгөгдсөн гэрэл байхгүй; харин Бурханы хүчний эргүүлэн, тонгорон хөдөлгөх үйлчлэлээр тэндэх агуу барилгууд нэгэн өдөр нураан унагаагдахыг би мэднэ. Надад өгөгдсөн гэрлээс би сүйрэл дэлхийд байгааг мэднэ. Эзэнээс ирэх ганц үг, Түүний хүч чадлын ганцхан хүрэлтээр эдгээр аварга том байгууламжууд нуран унах болно. Бидний төсөөлж ч үл чадах аймшигт үзэгдлүүд тохиолдох болно.” Review and Herald, July 5, 1906.</w:t>
      </w:r>
    </w:p>
    <w:p>
      <w:pPr>
        <w:pStyle w:val="ArticleBody"/>
        <w:jc w:val="left"/>
      </w:pPr>
      <w:r>
        <w:rPr>
          <w:rFonts w:ascii="Times New Roman" w:hAnsi="Times New Roman" w:eastAsia="Times New Roman" w:cs="Times New Roman"/>
        </w:rPr>
        <w:t>Илчлэл арван наймын тэнгэрэлч ирснээр сүүлийн бороо шивэрч эхэлсэн бөгөөд Хабаккукын хоёрдугаар бүлэгт дүрслэгдсэн “эш үзүүллэгийн маргаан” эхэлсэн юм. Тэрхүү маргаан нь Библийн эш үзүүллэгийг ойлгох хоёр аргачлалын тухай, мөн сүүлийн борооны хуурамч ба жинхэнэ мэдээний тухай байв. Илчлэл арван наймын “хоёр дахь дуу хоолой” ирж, орчин үеийн Вавилон дээрх Бурханы гүйцэтгэх шүүлтийн эхлэлийг тодорхойлон, Бурханы өөр сүргийг Вавилоноос дуудах үед уг маргаан төгсөнө. Хоёр дахь дуу хоолойн ирэлт нь зуун дөчин дөрвөн мянгыг тамгалах түүхийн төгсгөлийг тэмдэглэдэг бөгөөд энэ нь дөрөв дэх жигшүүрт явдлаар төлөөлөгдөнө; тэр нь эргээд ойртон ирж буй Ням гаргийн хуулийн үед Лаодикийн Адвентизмийн дөрөв дэх бөгөөд эцсийн үеийг наранд мөргөн бөхийж буйгаар төлөөлдөг.</w:t>
      </w:r>
    </w:p>
    <w:p>
      <w:pPr>
        <w:pStyle w:val="ArticleBody"/>
        <w:jc w:val="left"/>
      </w:pPr>
      <w:r>
        <w:rPr>
          <w:rFonts w:ascii="Times New Roman" w:hAnsi="Times New Roman" w:eastAsia="Times New Roman" w:cs="Times New Roman"/>
        </w:rPr>
        <w:t>1844 оны хаалттай хаалганы үе болон тэнгэрэлчийн буултын хоорондох урвасан Протестантизмын үхлийн ор нь, удахгүй ирэх Ням гаргийн хуулийн хаалттай хаалга болон тэнгэрэлчийн буултын хоорондох Лаодикийн Адвентизмын үхлийн орныг бэлгэдэн дүрсэлсэн юм. Иудагаас ирсэн эш үзүүлэгч Бетелийн худал эш үзүүлэгчтэй нэг булшинд оршуулагдсан бөгөөд хаан Иосиах шинэчлэлээ эхлүүлэхдээ яг тэр булшны өмнө зогссон юм. “Бурханы сууриуд”-ыг илэрхийлдэг нэртэй хаан Иосиахын шинэчлэл 2001 оны 9 дүгээр сарын 11-нд Бурхан Өөрийн эцсийн өдрүүдийн ард түмнийг сууриуд руу буцаан удирдаж эхлэх үед эхэлсэн. Ариун сүмийг сэргээн босгох ажлыг гардан авах үед түүний шинэчлэл эхэлсэн байлаа.</w:t>
      </w:r>
    </w:p>
    <w:p>
      <w:pPr>
        <w:pStyle w:val="ArticleScripture"/>
        <w:jc w:val="left"/>
      </w:pPr>
      <w:r>
        <w:rPr>
          <w:rFonts w:ascii="Times New Roman" w:hAnsi="Times New Roman" w:eastAsia="Times New Roman" w:cs="Times New Roman"/>
        </w:rPr>
        <w:t>Иосиагийн хаанчлалын арван наймдугаар онд хаан бичээч Мешулламын хүү Азалиагийн хүү Шафаныг ЭЗЭНий өргөө уруу илгээн, —Тэргүүн тахилч Хилкиа уруу өгсөж оч. Үүд сахигчдын ард түмнээс хураан авч, ЭЗЭНий өргөөд оруулсан мөнгийг тэр нэгтгэн тоолтугай. Тэгээд түүнийг ЭЗЭНий өргөөний ажлыг хариуцан удирдаж буй ажил гүйцэтгэгчдийн гарт тушааг. Тэд ч ЭЗЭНий өргөө дотор ажиллаж буй ажилчдад өгч, өргөөний ан цав, эвдрэлийг засаг. Модчид, барилгачид, чулуучдад өгч, мөн өргөөг засахад хэрэглэх мод болон зассан чулуу худалдан аваг. Гэвч тэд мөнгөтэй үнэнчээр харьцаж байсан тул гарт нь тушаасан мөнгөний талаар тэднээс тооцоо нэхсэнгүй хэмээн айлдав. Тэргүүн тахилч Хилкиа бичээч Шафанд, —Би ЭЗЭНий өргөөнөөс Хуулийн номыг оллоо гэв. Хилкиа тэр номыг Шафанд өгч, тэр уншив. Бичээч Шафан хаанд очиж, хаанд мэдээ хүргэн, —Таны зарц нар өргөөнөөс олдсон мөнгийг хураан авч, ЭЗЭНий өргөөний ажлыг хариуцан удирдаж буй ажил гүйцэтгэгчдийн гарт тушаалаа гэв. Тэгээд бичээч Шафан хаанд үзүүлж, —Тахилч Хилкиа надад нэгэн ном өглөө гэв. Шафан түүнийг хааны өмнө уншив. Хаан Хуулийн номын үгсийг сонсоод хувцсаа урлаа. Тэгээд хаан тахилч Хилкиа, Шафаны хүү Ахикам, Микаиагийн хүү Ахбор, бичээч Шафан, мөн хааны зарц Асаиа нарт тушаан, —Та нар явж, олдсон энэ номын үгсийн талаар миний төлөө, ард түмний төлөө, бүх Иудагийн төлөө ЭЗЭНээс асуу. Учир нь бидний эцэг өвгөд энэ номын үгсийг сонсож, бидний тухай бичигдсэн бүхний дагуу үйлдээгүйгээс болж, бидний эсрэг дүрэлзсэн ЭЗЭНий уур хилэн агуу билээ гэв. Хаадын дэд 22:3–13.</w:t>
      </w:r>
    </w:p>
    <w:p>
      <w:pPr>
        <w:pStyle w:val="ArticleBody"/>
        <w:jc w:val="left"/>
      </w:pPr>
      <w:r>
        <w:rPr>
          <w:rFonts w:ascii="Times New Roman" w:hAnsi="Times New Roman" w:eastAsia="Times New Roman" w:cs="Times New Roman"/>
        </w:rPr>
        <w:t>Иосиаг хэмээх нэртэй хүүхэд төрнө гэсэн зөгнөл нь хүчирхэг тэнгэрэлч бууж ирэн Өөрийн эцсийн өдрүүдийн ард түмнийг эртний жимүүд рүү буцаан удирдсан 2001 оны 9 дүгээр сарын 11-нийг тодорхойлж байна. Тэр бууж ирэлт нь 1840 оны 8 дугаар сарын 11-нд мөнөөх тэнгэрэлчийн бууж ирснээр хэв шинжлэгдсэн байв. Энэ хоёр бууж ирэлт хоёулаа Исламын тухай нэгэн эш үзүүллэгийн биелэлтийг тэмдэглэсэн юм. Илчлэлт 9:15-д буй Исламын хугацааны эш үзүүллэгийн биелэлтийг урьдчилан тогтоон, тэрхүү урьдчилсан зөгнөлийг нийтэлсэнтэй холбогдох нэр бүхий түүхэн хүн нь Иосиа байв.</w:t>
      </w:r>
    </w:p>
    <w:p>
      <w:pPr>
        <w:pStyle w:val="ArticleBody"/>
        <w:jc w:val="left"/>
      </w:pPr>
      <w:r>
        <w:rPr>
          <w:rFonts w:ascii="Times New Roman" w:hAnsi="Times New Roman" w:eastAsia="Times New Roman" w:cs="Times New Roman"/>
        </w:rPr>
        <w:t>Илчлэл номын арав, эсвэл арван наймдугаар бүлэгт гардаг тэнгэрэлчийн хоёр буултад хоёуланд нь “Иосиa” хэмээх нэр тэмдэглэгдсэн байдаг. Иосиa Лич 1840 оны 8 дугаар сарын 11-нд биелсэн Исламын тухай мэдээг тунхагласан бөгөөд 2001 оны 9 дүгээр сарын 11-нд Иеробоамын түүхэнд дуулгаваргүй эш үзүүлэгчээр дамжин өгөгдсөн Иосиa нэртэй хүүхэд төрнө гэсэн эш үзүүллэг Лаодикийн Адвентизмд биелсэн юм; тэр үед тэнгэрэлч Өөрийн эцсийн өдрүүдийн ардыг дуулгаваргүй эш үзүүлэгч ба Иеробоамын сөргөлдөөн биеллээ олсон суурь түүх рүү дахин хөтөлсөн билээ. Библийн гэрчлэл ирэх Иосиагийн тухай нэгэн зөгнөлийг тодорхойлсон бөгөөд дуулгаваргүй эш үзүүлэгчээр хэв шинжлэгдсэн түүх 1844 онд давтагдах үед түүний нэрийн тухай зөгнөл дахин нэгэнтээ эш үзүүллэгийн өгүүлэмжид багтсан юм.</w:t>
      </w:r>
    </w:p>
    <w:p>
      <w:pPr>
        <w:pStyle w:val="ArticleBody"/>
        <w:jc w:val="left"/>
      </w:pPr>
      <w:r>
        <w:rPr>
          <w:rFonts w:ascii="Times New Roman" w:hAnsi="Times New Roman" w:eastAsia="Times New Roman" w:cs="Times New Roman"/>
        </w:rPr>
        <w:t>2001 оны 9 дүгээр сарын 11-нд Иуда овгийн Арслан Өөрийн эцсийн өдрүүдийн ардыг Иеремиагийн эртний жимүүд уруу буцаан хөтөлсөн бөгөөд тэдгээр нь Гэрээний Элч гэнэт ирэх сүмийг босгон байгуулсан дөчин зургаан жилийг төлөөлж, тэр нь 1844 оны 10 дугаар сарын 22-нд хүрсэн юм. Иосиаг сүмийг засварлах ажлыг эхлүүлэх үедээ Мосегийн хараалыг олж мэдсэн билээ. Нэг зуун дөчин дөрвөн мянгын ажил нь Исаиагийн дүрслэлээр сэргээн босголтын ажил мөн.</w:t>
      </w:r>
    </w:p>
    <w:p>
      <w:pPr>
        <w:pStyle w:val="ArticleScripture"/>
        <w:jc w:val="left"/>
      </w:pPr>
      <w:r>
        <w:rPr>
          <w:rFonts w:ascii="Times New Roman" w:hAnsi="Times New Roman" w:eastAsia="Times New Roman" w:cs="Times New Roman"/>
        </w:rPr>
        <w:t>Тэд эртний эзгүйрсэн газруудыг дахин байгуулж, урьдын сүйрлүүдийг сэргээн босгож, үеийн үед эзгүйрсэн балгас хотуудыг засварлан сэргээнэ. Исаиа 61:4.</w:t>
      </w:r>
    </w:p>
    <w:p>
      <w:pPr>
        <w:pStyle w:val="ArticleBody"/>
        <w:jc w:val="left"/>
      </w:pPr>
      <w:r>
        <w:rPr>
          <w:rFonts w:ascii="Times New Roman" w:hAnsi="Times New Roman" w:eastAsia="Times New Roman" w:cs="Times New Roman"/>
        </w:rPr>
        <w:t>Иосиагийн сүмийг засварлан сэргээсэн ажил нь Бурханы эцсийн өдрүүдийн ард түмнээр биелэгдэхийг Исаиа тодорхойлсон ажил мөн. Учир нь бүх эш үзүүлэгчид өөрсдийн амьдарч байсан өдрүүдээс илүүтэйгээр эцсийн өдрүүдийн тухай өгүүлдэг. Тэр ажил мөн Езрагийн цаг үед Вавилоноос гарч ирсэн хүмүүсээр бэлгэдэгдсэн юм.</w:t>
      </w:r>
    </w:p>
    <w:p>
      <w:pPr>
        <w:pStyle w:val="ArticleScripture"/>
        <w:jc w:val="left"/>
      </w:pPr>
      <w:r>
        <w:rPr>
          <w:rFonts w:ascii="Times New Roman" w:hAnsi="Times New Roman" w:eastAsia="Times New Roman" w:cs="Times New Roman"/>
        </w:rPr>
        <w:t>Учир нь бид боолчууд байсан; гэвч бидний Бурхан боолчлолд маань биднийг орхиогүй, харин Персийн хаадын мэлмийд бидэнд өршөөл нигүүлслээ сунган, бидэнд сэргэн амилалтыг өгч, бидний Бурханы өргөөг босгон байгуулж, түүний эзгүйрэн сүйдсэн зүйлсийг сэргээн засахын тулд, мөн Иуда болон Иерусалимд бидэнд хэрэм өгөв. Езра 9:9.</w:t>
      </w:r>
    </w:p>
    <w:p>
      <w:pPr>
        <w:pStyle w:val="ArticleBody"/>
        <w:jc w:val="left"/>
      </w:pPr>
      <w:r>
        <w:rPr>
          <w:rFonts w:ascii="Times New Roman" w:hAnsi="Times New Roman" w:eastAsia="Times New Roman" w:cs="Times New Roman"/>
        </w:rPr>
        <w:t>Езрагийн явуулсан ажил нь тэднийг Вавилоноос гарч ирсний дараа биелсэн бөгөөд энэ нь Иосиагийн хийж байсан сүмийн сэргээн босголтын ажлыг, Исаиагийн Бурханы эцсийн өдрүүдийн ард түмний ажил хэмээн тодорхойлсон тэр ажлыг төлөөлдөг бөгөөд энэ нь 2001 оны 9 дүгээр сарын 11-нд эхэлсэн. Илчлэлт номд Иохан мөн тэр ажлыг тодорхойлсон байдаг.</w:t>
      </w:r>
    </w:p>
    <w:p>
      <w:pPr>
        <w:pStyle w:val="ArticleScripture"/>
        <w:jc w:val="left"/>
      </w:pPr>
      <w:r>
        <w:rPr>
          <w:rFonts w:ascii="Times New Roman" w:hAnsi="Times New Roman" w:eastAsia="Times New Roman" w:cs="Times New Roman"/>
        </w:rPr>
        <w:t>Тэгээд тэнгэрээс сонссон тэр дуу дахин надтай ярьж, — Далай дээр болон газар дээр зогсож буй тэнгэрэлчийн гарт нээлттэй байгаа бяцхан номыг очиж ав хэмээв. Тэгээд би тэнгэрэлч дээр очоод, түүнд — Надад тэр бяцхан номыг өгөөч гэв. Харин тэр надад — Үүнийг аваад ид; энэ нь чиний хэвлийг гашуун болгоно, харин аманд чинь зөгийн бал мэт амттай байх болно гэв. Тэгээд би тэнгэрэлчийн гараас тэр бяцхан номыг авч идсэнд, аманд минь зөгийн бал мэт амттай байв; харин түүнийг идмэгц хэвлий минь гашуун болов. Тэгээд тэр надад — Чи олон ард түмэн, үндэстэн, хэлтэн, хаадын өмнө дахин эш үзүүлэх ёстой гэв. Тэгээд надад саваа мэт зэгс өгөгдөж; тэнгэрэлч зогсон, — Босоод, Бурханы сүм, тахилын ширээ, мөн тэнд мөргөгчдийг хэмжигтүн. Харин сүмийн гаднах гадна хашааг орхи, түүнийг бүү хэмж; учир нь тэр нь харь үндэстнүүдэд өгөгдсөн бөгөөд тэд ариун хотыг дөчин хоёр сарын турш хөл доороо гишгэлэх болно. Тэгээд Би Өөрийн хоёр гэрчдээ эрх мэдэл өгнө, тэд таар өмсөж, нэг мянга хоёр зуун жаран өдөр эш үзүүлэх болно. Илчлэл 10:8–11:3.</w:t>
      </w:r>
    </w:p>
    <w:p>
      <w:pPr>
        <w:pStyle w:val="ArticleBody"/>
        <w:jc w:val="left"/>
      </w:pPr>
      <w:r>
        <w:rPr>
          <w:rFonts w:ascii="Times New Roman" w:hAnsi="Times New Roman" w:eastAsia="Times New Roman" w:cs="Times New Roman"/>
        </w:rPr>
        <w:t>Энэ эшлэлд Иохан нь 1840 оны 8-р сарын 11-нд Тэрээр бууж ирэх үед тэнгэрэлчийн гарт байсан мэдээг идсэн боловч мөн 1844 оны 10-р сарын 22-ны гашуун урам хугаралтыг амссан Миллерчүүдийг төлөөлж байна. 1844 оны тэрхүү гашуун урам хугаралтын дээр зогсож байсан Иоханд, Бурханы эцсийн өдрүүдийн ард түмний бэлгэдэл болохын хувьд, тэрээр 1840-өөс 1844 оныг төлөөлсөн туршлагыг дахин давтах ёстой гэж хэлсэн бөгөөд ингэснээр 2001 оны 9-р сарын 11 болон удахгүй ирэх Ням гаргийн хуулийг урагш заан харуулсан юм. Түүнд, Илчлэл арван наймд тэнгэрэлч бууж ирэхэд бүх дэлхий гэрэлтүүлэгдэхийг, мөн Илчлэл арван бүлгийн түүх—“мөр дээр мөр”—дахин давтагдахыг төлөөлөн, “Чи олон ард түмэн, үндэстэн, хэлтэн, хаадын өмнө дахин эш үзүүлэх ёстой” гэж хэлжээ.</w:t>
      </w:r>
    </w:p>
    <w:p>
      <w:pPr>
        <w:pStyle w:val="ArticleBody"/>
        <w:jc w:val="left"/>
      </w:pPr>
      <w:r>
        <w:rPr>
          <w:rFonts w:ascii="Times New Roman" w:hAnsi="Times New Roman" w:eastAsia="Times New Roman" w:cs="Times New Roman"/>
        </w:rPr>
        <w:t>Бурханы эцсийн өдрийн ард түмэн дахин эш үзүүлэх үед давтагдах түүхийг танин тогтоохтой холбоотойгоор, Иоханд Бурханы сүмийг “босож хэмж” хэмээн айлдсан. Түүний “хэмжилт” нь тодорхойгоор заагдсан байсан. Учир нь тэрээр 1844 онд тавигдсан бөгөөд 10 дугаар сарын 22-ны урам хугарлаас болж ходоод нь гашуун болсон байв. Түүнд сүмийг хэмж гэж хэлсэн боловч гаднах хашааг орхихыг тушаасан. Учир нь түүнд энэ нь харь үндэстнүүдийн цаг үеийг төлөөлдөг бөгөөд тэд гаднах хашааг нэг мянга хоёр зуун жаран жилийн турш гишгэлэн дэвслэх болно гэж мэдүүлсэн байв. Нэг мянга хоёр зуун жаран жил 1798 онд төгссөн. Иохан хэмжилтээ 1798 оноос эхлүүлж, сүнслэг сүм ба сүнслэг Иерусалим гишгэлэн дэвслэгдэж байсан өмнөх нэг мянга хоёр зуун жаран жилийг орхих ёстой байв. Тэрээр 1844 оны урам хугарлын үед зогсож байсан тул 1798 оноос 1844 он хүртэлх хугацаа нь дөчин зургаан жил болно. Тэрхүү дөчин зургаан жил нь сүмийг төлөөлдөг.</w:t>
      </w:r>
    </w:p>
    <w:p>
      <w:pPr>
        <w:pStyle w:val="ArticleBody"/>
        <w:jc w:val="left"/>
      </w:pPr>
      <w:r>
        <w:rPr>
          <w:rFonts w:ascii="Times New Roman" w:hAnsi="Times New Roman" w:eastAsia="Times New Roman" w:cs="Times New Roman"/>
        </w:rPr>
        <w:t>Иохан, Бурханы эцсийн өдрүүдийн ард түмэн 1840-өөс 1844 он хүртэл хийж байсанчлан дахин эш үзүүлэх ёстой байсан тул, тэд Исламын тухай эш үзүүллэг биелэх үед тэнгэрэлч бууж ирэхэд ажлаа эхлэх байв. Тэдний дахин эш үзүүлэх ажил нь сүмийг хэмжих ажлыг шаардах бөгөөд тэр ажил нь “хуучин жимүүд”-ийг шинжлэн судлахыг илэрхийлэх байлаа. Энэ нь 1798 онд, төгсгөлийн цагт эхэлж, 1844 оны агуу урам хугаралтаар төгссөн, “сүм”-ээр төлөөлөгдсөн түүх мөн байв. Тэд Иеремиагийн хуучин жимүүдийг, өөрөөр хэлбэл Иоханы “дөчин зургаан жилийн сүм”-ийг шинжлэн судлах ажлаа эхлэх үед, Мосегийн хараал сүм даяар хөглөрсөн нуранги дотроос олдож, ирэх ёстой Иосиагийн тухай зөгнөл биелэв. Иосиагийн ажил мөн Исаиагаар дахин тодорхойлогддог:</w:t>
      </w:r>
    </w:p>
    <w:p>
      <w:pPr>
        <w:pStyle w:val="ArticleScripture"/>
        <w:jc w:val="left"/>
      </w:pPr>
      <w:r>
        <w:rPr>
          <w:rFonts w:ascii="Times New Roman" w:hAnsi="Times New Roman" w:eastAsia="Times New Roman" w:cs="Times New Roman"/>
        </w:rPr>
        <w:t>Чамаас гарах хүмүүс эртний нуранги балгасыг дахин босгоно; чи олон үеийн сууриудыг сэргээн босгоно; мөн чамайг Эвдэрснийг засагч, Суухад тохирох замуудыг сэргээгч хэмээн нэрлэх болно. Исаиа 58:12.</w:t>
      </w:r>
    </w:p>
    <w:p>
      <w:pPr>
        <w:pStyle w:val="ArticleBody"/>
        <w:jc w:val="left"/>
      </w:pPr>
      <w:r>
        <w:rPr>
          <w:rFonts w:ascii="Times New Roman" w:hAnsi="Times New Roman" w:eastAsia="Times New Roman" w:cs="Times New Roman"/>
        </w:rPr>
        <w:t>Бурханы эцсийн өдрүүдийн ард түмэн Иеремиагийн “эртний замууд” болох “суурьших замуудыг” сэргээн босгох ёстой байв. Тэд Иосиагийн болон Езрагийн түүхэн дэх ажилчдын гүйцэтгэж байсанчлан эртний эзгүйрсэн газруудыг дахин босгох ёстой байв. Тэд “мөр дээр мөр” хэмээх аргачлалыг хэрэглэх ёстой байв. Учир нь тэд зөвхөн дөчин зургаан жилийн сүмээр төлөөлөгдсөн Адвентизмын суурь түүхийг “босгох” бус, тийнхүү үйлдэхдээ “олон үеийн сууриудыг” босгох ёстой байв. Тэд шинэчлэлийн хөдөлгөөн бүр суурь тавих ажил мөн гэдгийг, мөн “мөр дээр мөр” нь 1798-аас 1844 он хүртэлх эцсийн өдрүүдийн сууриудыг заадаг гэдгийг танин мэдэх ёстой байв. Тэд “цоорхойг” засах ёстой байв. Учир нь “цоорхой” гэдэг нь сав эсвэл хананд анх үүсэх хагарал, цууралтыг илэрхийлдэг бөгөөд энэ нь цаашдын гай гамшигт зам нээдэг. Засагдах ёстой байсан “цоорхой” нь 1863 оны тэрслэл байв.</w:t>
      </w:r>
    </w:p>
    <w:p>
      <w:pPr>
        <w:pStyle w:val="ArticleBody"/>
        <w:jc w:val="left"/>
      </w:pPr>
      <w:r>
        <w:rPr>
          <w:rFonts w:ascii="Times New Roman" w:hAnsi="Times New Roman" w:eastAsia="Times New Roman" w:cs="Times New Roman"/>
        </w:rPr>
        <w:t>Иосиаг 2001 оны 9 дүгээр сарын 11-нд ирэхэд Бурханы эцсийн өдрүүдийн ард түмэн Иеремиагийн эртний жимүүдэд буцан орж, Миллеритийн түүхийг хэмжиж эхлэв. Тэд “цоорхой”-г илрүүлэв. Тэд “эртний нурсан газрууд”-ыг босгон байгуулах зуураа Миллерийн зүүдэн дэх эрдэнэсийн үнэнг танин мэдэв. Тэд Иосиагийн адил “долоон үе”-ийг нээн олж, Левит хорин зургаадугаар бүлгийн үнэнийг сэргээн тогтоосон бөгөөд ингэснээр “өмнөх сүйрлүүд”-ийг босгов. Тэд Левит хорин зургаадугаар бүлгийн “эхний” болон “эцсийн” сүйрлүүдийг сэргээн тогтоосныхоо дараа, нэг нь 1798 онд, нөгөө нь 1844 онд төгссөнийг танин мэдэв. Ийнхүү тэдний өмнөх сүйрлүүдийг босгосон ажил нь Иоханд ариун сүмийг хэмжих боломж олгосон, түүнд өгөгдсөн яг тэрхүү “таяг” байв.</w:t>
      </w:r>
    </w:p>
    <w:p>
      <w:pPr>
        <w:pStyle w:val="ArticleBody"/>
        <w:jc w:val="left"/>
      </w:pPr>
      <w:r>
        <w:rPr>
          <w:rFonts w:ascii="Times New Roman" w:hAnsi="Times New Roman" w:eastAsia="Times New Roman" w:cs="Times New Roman"/>
        </w:rPr>
        <w:t>Иудагийн овгийн Арслан Өөрийн ард түмнийг эртний жимүүд уруу буцаан хөтөлсөн бөгөөд ингэснээр тэд хожмын борооны мэдээг олж болох байлаа; харин хожмын борооны мэдээ нь гурав дахь гайгийн Исламын тухай мэдээ мөн. Эцэст нь тэд 1843 ба 1850 оны анхдагчдын хүснэгтүүдээр төлөөлөгдсөн Хабаккукийн хоёр ариун хүснэгтийг нээн олж үзэхдээ, суурь нь Илчлэлт номын наймдугаар бүлгийн “гурван гай”-г багтааж байсныг, мөн хоёр дахь гай нь Миллерийн хөдөлгөөний ариун сүм босгогдсон суурийн түүхэн үед төгссөн байсныг харсан. Тэгээд тэд эш үзүүллэгүүдийн гурав дахин хэрэгжих дүрмийн ойлголтыг Иудагийн овгийн Арслан урьд өмнө нь тогтоон байрлуулсан байсныг танин мэдсэн бөгөөд энэ нь тэд Иеремиагийн эртний жимүүдэд буцан ирэх үедээ “амралт ба сэргээш”-ийг таньж мэдэхийн тулд байсан юм; энэ нь эхний ба хоёр дахь гайгийн хоёр гэрчээр тодорхойлогдон баталгаажсан гурав дахь гайгийн хожмын борооны мэдээ мөн.</w:t>
      </w:r>
    </w:p>
    <w:p>
      <w:pPr>
        <w:pStyle w:val="ArticleBody"/>
        <w:jc w:val="left"/>
      </w:pPr>
      <w:r>
        <w:rPr>
          <w:rFonts w:ascii="Times New Roman" w:hAnsi="Times New Roman" w:eastAsia="Times New Roman" w:cs="Times New Roman"/>
        </w:rPr>
        <w:t>Бид энэ судлалыг дараагийн өгүүлэлд үргэлжлүүлнэ.</w:t>
      </w:r>
    </w:p>
    <w:p>
      <w:pPr>
        <w:pStyle w:val="ArticleScripture"/>
        <w:jc w:val="left"/>
      </w:pPr>
      <w:r>
        <w:rPr>
          <w:rFonts w:ascii="Times New Roman" w:hAnsi="Times New Roman" w:eastAsia="Times New Roman" w:cs="Times New Roman"/>
        </w:rPr>
        <w:t>“Дайсан этгээд ах эгч нарын маань оюун санааг эдгээр эцсийн өдрүүдэд зогсож чадах ард түмнийг бэлтгэх ажлаас хөндийрүүлэхийг чармайж байна. Түүний мэхлэлтүүд нь оюун ухааныг энэ цагийн аюулууд ба үүргүүдээс холдуулахад чиглэгдсэн юм. Тэд Христ Өөрийн ард түмэнд өгөхөөр тэнгэрээс Иоханд авчирсан гэрлийг юу ч биш мэт үнэлдэг. Тэд яг бидний өмнө байгаа үйл явдлууд тусгайлан анхаарал хүлээн авахуйц хангалттай чухал биш хэмээн сургадаг. Тэд тэнгэрлэг гаралтай үнэнийг хүчингүй болгож, Бурханы ард түмнээс тэдний өнгөрсөн туршлагыг булаан авч, оронд нь хуурамч шинжлэх ухааныг өгдөг.”</w:t>
      </w:r>
    </w:p>
    <w:p>
      <w:pPr>
        <w:pStyle w:val="ArticleScripture"/>
        <w:jc w:val="left"/>
      </w:pPr>
      <w:r>
        <w:rPr>
          <w:rFonts w:ascii="Times New Roman" w:hAnsi="Times New Roman" w:eastAsia="Times New Roman" w:cs="Times New Roman"/>
        </w:rPr>
        <w:t>“‘ЭЗЭН ингэж айлдаж байна: Замууд дээр зогсоод, хар; эртний жимүүдийг, сайн зам хаана байгааг асуун, түүгээр яв.’ Иеремиа 6:16.”</w:t>
      </w:r>
    </w:p>
    <w:p>
      <w:pPr>
        <w:pStyle w:val="ArticleScripture"/>
        <w:jc w:val="left"/>
      </w:pPr>
      <w:r>
        <w:rPr>
          <w:rFonts w:ascii="Times New Roman" w:hAnsi="Times New Roman" w:eastAsia="Times New Roman" w:cs="Times New Roman"/>
        </w:rPr>
        <w:t>“Бидний ажлын эхэнд Үгийг залбирлын сэтгэлээр судалж, илчлэлтээр тавигдсан бидний итгэлийн суурийг хэн ч бүү нураан тасалж авъя гэж эрэлхийлэг. Эдгээр суурийн дээр бид өнгөрсөн тавин жилийн турш барьж ирсэн билээ. Хүмүүс өөрсөддөө шинэ зам олсон бөгөөд нэгэнт тавигдсан тэрхүү сууриас илүү бат бөх суурь тавьж чадна гэж бодож болох юм. Гэвч энэ нь агуу мэхлэл мөн. Учир нь нэгэнт тавигдсан сууриас өөр суурийг хэн ч тавьж үл чадна.”</w:t>
      </w:r>
    </w:p>
    <w:p>
      <w:pPr>
        <w:pStyle w:val="ArticleScripture"/>
        <w:jc w:val="left"/>
      </w:pPr>
      <w:r>
        <w:rPr>
          <w:rFonts w:ascii="Times New Roman" w:hAnsi="Times New Roman" w:eastAsia="Times New Roman" w:cs="Times New Roman"/>
        </w:rPr>
        <w:t>“Өнгөрсөн үед олон хүн шинэ итгэлийг байгуулах, шинэ зарчмуудыг тогтоох ажлыг эхлүүлж байсан. Гэвч тэдний босголт хэр удаан тогтсон билээ? Тэр нь удалгүй нуран унасан. Учир нь тэр Хад чулуун дээр үндэслэгдээгүй байв.</w:t>
      </w:r>
    </w:p>
    <w:p>
      <w:pPr>
        <w:pStyle w:val="ArticleScripture"/>
        <w:jc w:val="left"/>
      </w:pPr>
      <w:r>
        <w:rPr>
          <w:rFonts w:ascii="Times New Roman" w:hAnsi="Times New Roman" w:eastAsia="Times New Roman" w:cs="Times New Roman"/>
        </w:rPr>
        <w:t>“Анхны шавь нар ч бас хүмүүсийн үг яриатай тулгарах ёстой байгаагүй гэж үү? Тэд худал онолуудыг сонсох ёстой байгаагүй гэж үү, мөн бүхнийг хийсний эцэст бат зогсож, ийнхүү хэлэх ёстой байгаагүй гэж үү: ‘Тавигдсанаас өөр суурийг хэн ч тавьж үл чадна’? 1 Коринт 3:11.”</w:t>
      </w:r>
    </w:p>
    <w:p>
      <w:pPr>
        <w:pStyle w:val="ArticleScripture"/>
        <w:jc w:val="left"/>
      </w:pPr>
      <w:r>
        <w:rPr>
          <w:rFonts w:ascii="Times New Roman" w:hAnsi="Times New Roman" w:eastAsia="Times New Roman" w:cs="Times New Roman"/>
        </w:rPr>
        <w:t>“Иймд бид өөрсдийн итгэлийн эхлэлийг эцэс хүртэл бат бөх баримтлах ёстой. Энэ ард түмнийг ертөнцөөс алхам алхмаар гарган, өнөөгийн үнэний тод гэрэлд авчрахын тулд Бурхан болон Христээс хүчирхэг үгс илгээгдсэн билээ. Ариун галаар хүрэгдсэн уруулаар Бурханы зарц нар энэ мэдээг тунхагласан. Тэнгэрлэг айлдвар нь тунхаглагдсан үнэний жинхэнэ мөн чанарт Өөрийн тамгыг дарсан юм.” Гэрчлэлүүд, 8-р боть, 296, 297.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Долоо</dc:title>
  <dc:subject>Эш Үзүүлэгч Өгүүлэмж: Иеровоамаас Иосиад хүрч, Эртний Замуудыг Сэргээсэн нь</dc:subject>
  <dc:creator>Jeff Pippenger</dc:creator>
  <cp:keywords/>
  <dc:description>Generated by ArticleDigger from daniel\107_daniel.json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