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Аравдугаар бүлэг</w:t>
      </w:r>
    </w:p>
    <w:p>
      <w:pPr>
        <w:pStyle w:val="ArticleSubtitle"/>
        <w:jc w:val="left"/>
      </w:pPr>
      <w:r>
        <w:rPr>
          <w:rFonts w:ascii="Arial" w:hAnsi="Arial" w:eastAsia="Arial" w:cs="Arial"/>
        </w:rPr>
        <w:t>Үйл явц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Даниелын номын нэгдүгээр бүлэгт, Даниел Иеремиагийн эш үзүүлсэн далан жилийн олзлолд аваачигдаж, мөн Кирусын хаанчлалын эхний он хүртэл үргэлжилсэн.</w:t>
      </w:r>
    </w:p>
    <w:p>
      <w:pPr>
        <w:pStyle w:val="ArticleScripture"/>
        <w:jc w:val="left"/>
      </w:pPr>
      <w:r>
        <w:rPr>
          <w:rFonts w:ascii="Times New Roman" w:hAnsi="Times New Roman" w:eastAsia="Times New Roman" w:cs="Times New Roman"/>
        </w:rPr>
        <w:t>Даниел хаан Кирусын эхний он хүртэл үргэлжлэн байв. Даниел 1:21.</w:t>
      </w:r>
    </w:p>
    <w:p>
      <w:pPr>
        <w:pStyle w:val="ArticleBody"/>
        <w:jc w:val="left"/>
      </w:pPr>
      <w:r>
        <w:rPr>
          <w:rFonts w:ascii="Times New Roman" w:hAnsi="Times New Roman" w:eastAsia="Times New Roman" w:cs="Times New Roman"/>
        </w:rPr>
        <w:t>Ийнхүү Даниел, эртний Израилийг Иерусалимыг дахин барьж сэргээн босгохоор буцаж ирэхийг зөвшөөрсөн зарлиг хүртэл, олзлогдлын далан жилийн бүхий л түүхийг туулан өнгөрүүлжээ.</w:t>
      </w:r>
    </w:p>
    <w:p>
      <w:pPr>
        <w:pStyle w:val="ArticleScripture"/>
        <w:jc w:val="left"/>
      </w:pPr>
      <w:r>
        <w:rPr>
          <w:rFonts w:ascii="Times New Roman" w:hAnsi="Times New Roman" w:eastAsia="Times New Roman" w:cs="Times New Roman"/>
        </w:rPr>
        <w:t>Персийн хаан Кирийн хаанчлалын эхний жилд, Иеремиагийн амаар айлдсан ЭЗЭНий үг биелэгдэхийн тулд, ЭЗЭН Персийн хаан Кирийн сүнсийг хөдөлгөсөнд, тэрээр бүх хаанчлал даяараа зарлиг тунхаглаж, мөн үүнийг бичгээр гарган өгүүлрүүн: Езра 1:1.</w:t>
      </w:r>
    </w:p>
    <w:p>
      <w:pPr>
        <w:pStyle w:val="ArticleBody"/>
        <w:jc w:val="left"/>
      </w:pPr>
      <w:r>
        <w:rPr>
          <w:rFonts w:ascii="Times New Roman" w:hAnsi="Times New Roman" w:eastAsia="Times New Roman" w:cs="Times New Roman"/>
        </w:rPr>
        <w:t>Тиймээс Даниел нь 2001 оны 9 дүгээр сарын 11-нд эхэлж, Вавилоноос гарах дуудлагыг тэмдэглэх “зарлиг” хүртэл үргэлжлэх нэг зуун дөчин дөрвөн мянгын сорилтын үйл явцын бэлгэдэл мөн.</w:t>
      </w:r>
    </w:p>
    <w:p>
      <w:pPr>
        <w:pStyle w:val="ArticleScripture"/>
        <w:jc w:val="left"/>
      </w:pPr>
      <w:r>
        <w:rPr>
          <w:rFonts w:ascii="Times New Roman" w:hAnsi="Times New Roman" w:eastAsia="Times New Roman" w:cs="Times New Roman"/>
        </w:rPr>
        <w:t>Тэгээд би тэнгэрээс өөр нэгэн дуу хоолойг сонсов. Тэрээр: Миний ард түмэн, түүний нүглүүдэд оролцогч болохгүйн тулд, мөн түүний гай гамшгуудаас хүртэхгүйн тулд түүнээс гарч ир. Учир нь түүний нүглүүд тэнгэрт тултал овоорсон бөгөөд Бурхан түүний гэм бурууг санасан юм гэж айлдав. Илчлэлт 18:4, 5.</w:t>
      </w:r>
    </w:p>
    <w:p>
      <w:pPr>
        <w:pStyle w:val="ArticleBody"/>
        <w:jc w:val="left"/>
      </w:pPr>
      <w:r>
        <w:rPr>
          <w:rFonts w:ascii="Times New Roman" w:hAnsi="Times New Roman" w:eastAsia="Times New Roman" w:cs="Times New Roman"/>
        </w:rPr>
        <w:t>Боолчлолын далан жил нь нэг зуун дөчин дөрвөн мянгын шалгалт ба ариусгалын үе юм. 2001 оны 9 дүгээр сарын 11-нд Исламын гурав дахь Гай ирсэн. Үүнийг зөвхөн Адвентизмын суурь үнэнүүдийг хүлээн зөвшөөрдөг хүмүүс л таньдаг. Эхний Гай болон хоёр дахь Гай хоёрыг анхдагчид хоёуланг нь Ислам гэж зөв тодорхойлсон. Эллен Уайтын дэмжсэн, мөн Хабаккукын хоёрдугаар бүлгийн биелэлт хэмээн тодорхойлогддог 1843 оны болон 1850 оны анхдагчдын хүснэгтүүдэд Исламыг тав дахь болон зургаа дахь Бүрээнүүд гэж тодорхойлсон байдаг. Сүүлчийн гурван Бүрээ нь Гай-Бүрээнүүд юм.</w:t>
      </w:r>
    </w:p>
    <w:p>
      <w:pPr>
        <w:pStyle w:val="ArticleScripture"/>
        <w:jc w:val="left"/>
      </w:pPr>
      <w:r>
        <w:rPr>
          <w:rFonts w:ascii="Times New Roman" w:hAnsi="Times New Roman" w:eastAsia="Times New Roman" w:cs="Times New Roman"/>
        </w:rPr>
        <w:t>Тэгээд би харж, мөн тэнгэрийн мандлын дундуур нисэж яваа нэгэн тэнгэрэлчийг үзэж, түүнийг чанга дуугаар: Гай, гай, гай нь газрын оршин суугчдад болтугай; учир нь бүрээ үлээх гэж буй үлдсэн гурван тэнгэрэлчийн бүрээний бусад дуунаас болж хэмээн хэлэхийг сонсов! Илчлэлт 8:13.</w:t>
      </w:r>
    </w:p>
    <w:p>
      <w:pPr>
        <w:pStyle w:val="ArticleBody"/>
        <w:jc w:val="left"/>
      </w:pPr>
      <w:r>
        <w:rPr>
          <w:rFonts w:ascii="Times New Roman" w:hAnsi="Times New Roman" w:eastAsia="Times New Roman" w:cs="Times New Roman"/>
        </w:rPr>
        <w:t>Хэрэв гурван Гай зовлонгийн Бүрээ байдаг бөгөөд эхний ба хоёр дахь Гай зовлонгийн Бүрээ нь Ислам мөн бол, гурав дахь Гай зовлонгийн Бүрээ мөн адил Ислам гэдгийг таних нь нэн энгийн юм. Исламыг Гай зовлонгийн Бүрээнүүд хэмээх бэлгэдлийн нэгэн бүрэлдэхүүн нь тэдний хязгаарлагдан баригдаж буй байдал, дараа нь суллагдах үе юм. Систер Уайт Илчлэл долоон бүлгийн дөрвөн салхийг “ууртай морь” хэмээн тодорхойлж, хүлээсээ “таслан гарах” бөгөөд араасаа “үхэл ба сүйрэл” дагуулан ирэхийг эрмэлздэг гэж тэмдэглэсэн байдаг.</w:t>
      </w:r>
    </w:p>
    <w:p>
      <w:pPr>
        <w:pStyle w:val="ArticleScripture"/>
        <w:jc w:val="left"/>
      </w:pPr>
      <w:r>
        <w:rPr>
          <w:rFonts w:ascii="Times New Roman" w:hAnsi="Times New Roman" w:eastAsia="Times New Roman" w:cs="Times New Roman"/>
        </w:rPr>
        <w:t>“Тэнгэрэлчүүд дөрвөн салхийг барьж байна. Тэр нь уурссан, сулран тавигдан бүх дэлхийн гадаргуу дээгүүр давхин өнгөрөхийг эрмэлзэж, зам мөрдөө сүйрэл ба үхлийг авч явах морьдоор төлөөлөгдөнө.</w:t>
      </w:r>
    </w:p>
    <w:p>
      <w:pPr>
        <w:pStyle w:val="ArticleScripture"/>
        <w:jc w:val="left"/>
      </w:pPr>
      <w:r>
        <w:rPr>
          <w:rFonts w:ascii="Times New Roman" w:hAnsi="Times New Roman" w:eastAsia="Times New Roman" w:cs="Times New Roman"/>
        </w:rPr>
        <w:t>“Бид мөнхийн ертөнцийн яг зах ирмэг дээр унтсаар байх уу? Бид мохоо, хүйтэн, үхмэл байх уу? Өө, Бурхан Өөрийн ард түмэнд амьсгалан үлээсэн Өөрийн Сүнс ба амьсгалыг манай чуулгануудад байлгаж өгөөсэй, тэгвэл тэд хөл дээрээ босож, амьдрах болно. Зам нь нарийн, хаалга нь давчуу гэдгийг бид харах хэрэгтэй. Харин бид тэр давчуу хаалгаар өнгөрөн ороход, түүний уудам байдалд хязгаар үгүй.” Manuscript Releases, volume 20, 217.</w:t>
      </w:r>
    </w:p>
    <w:p>
      <w:pPr>
        <w:pStyle w:val="ArticleBody"/>
        <w:jc w:val="left"/>
      </w:pPr>
      <w:r>
        <w:rPr>
          <w:rFonts w:ascii="Times New Roman" w:hAnsi="Times New Roman" w:eastAsia="Times New Roman" w:cs="Times New Roman"/>
        </w:rPr>
        <w:t>Дөрвөн салхийг тогтоон барьж буй тэрхүү дөрвөн тэнгэрэлч нь үхэл ба сүйрлийг авчирдаг Библийн эш үзүүллэг дэх “ууртай морь”-ийг тогтоон барьж байна. Илчлэлт номын есдүгээр бүлэгт, эхний болон хоёр дахь Гайгийн Бүрээнүүдийг тодорхойлсон тэр хэсэгт нэгэн хааныг мөн тодорхойлон өгүүлсэн байдаг. Тэр хаан Илчлэлт “ес-арван нэг”-д тодорхойлогдсон байдаг.</w:t>
      </w:r>
    </w:p>
    <w:p>
      <w:pPr>
        <w:pStyle w:val="ArticleScripture"/>
        <w:jc w:val="left"/>
      </w:pPr>
      <w:r>
        <w:rPr>
          <w:rFonts w:ascii="Times New Roman" w:hAnsi="Times New Roman" w:eastAsia="Times New Roman" w:cs="Times New Roman"/>
        </w:rPr>
        <w:t>Тэд өөрсдийн дээрээ хаантай байв. Тэр нь ёроолгүй гүний тэнгэрэлч бөгөөд түүний нэр нь еврей хэлээр Абаддон, харин грек хэлээр нэр нь Аполлион юм. тэдний дээр байгаагийн хувьд. Илчлэлт 9:11.</w:t>
      </w:r>
    </w:p>
    <w:p>
      <w:pPr>
        <w:pStyle w:val="ArticleBody"/>
        <w:jc w:val="left"/>
      </w:pPr>
      <w:r>
        <w:rPr>
          <w:rFonts w:ascii="Times New Roman" w:hAnsi="Times New Roman" w:eastAsia="Times New Roman" w:cs="Times New Roman"/>
        </w:rPr>
        <w:t>Иймээс Исламын хааны нэр, өөрөөр хэлбэл зан чанар нь еврей хэлээр Абаддон, грек хэлээр Аполлион юм. Еврей ба грекээр төлөөлөгдөх Хуучин болон Шинэ Гэрээний аль алинд нь Исламын зан чанар эдгээр хоёр нэрийн утга тодорхойлолтоос илэрдэг. Хоёр үгийн аль алиных нь тодорхойлолт нь “үхэл ба сүйрэл” юм. Систер Уайт, нэг зуун дөчин дөрвөн мянгыг лацдаж байх зуур дөрвөн тэнгэрэлчийн тогтоон барьж буй “ууртай морь” мултран гарч, явсан замдаа “үхэл ба сүйрэл”-ийг авчрахыг эрэлхийлж байна гэж хэлсэн.</w:t>
      </w:r>
    </w:p>
    <w:p>
      <w:pPr>
        <w:pStyle w:val="ArticleBody"/>
        <w:jc w:val="left"/>
      </w:pPr>
      <w:r>
        <w:rPr>
          <w:rFonts w:ascii="Times New Roman" w:hAnsi="Times New Roman" w:eastAsia="Times New Roman" w:cs="Times New Roman"/>
        </w:rPr>
        <w:t>Исламын тухай Сударт гардаг анхны эшлэл нь Исламын шашныг баримтлагчдын эцэг болох Ишмаэл юм. Түүний тухай тэрхүү анхны эшлэлд түүнийг зэрлэг хүн хэмээн тодорхойлсон байдаг бөгөөд “зэрлэг” гэж орчуулсан үг нь “Арабын зэрлэг илжиг”-ийг гэсэн утгатай. Исламын тухай анхны эш үзүүллэгийн эшлэл нь адууны язгуурын бэлгэдэл бөгөөд эхний болон хоёр дахь Гаслангийн үеийн Исламыг анхдагчид хоёр ариун хүснэгт дээр адуугаар дүрсэлсэн байдаг. Илчлэл номын долоодугаар бүлгийн дөрвөн салхи нь Бурхан Өөрийн ард түмнийг тамгалах хүртэл тогтоон баригдаж, өөрөөр хэлбэл “саатуулагдаж” байдаг. Нэг зуун дөчин дөрвөн мянгыг тамгалах үйл явц нь мөн шалгалтын үйл явц бөгөөд цэвэршүүлэлтийн үйл явц мөн.</w:t>
      </w:r>
    </w:p>
    <w:p>
      <w:pPr>
        <w:pStyle w:val="ArticleBody"/>
        <w:jc w:val="left"/>
      </w:pPr>
      <w:r>
        <w:rPr>
          <w:rFonts w:ascii="Times New Roman" w:hAnsi="Times New Roman" w:eastAsia="Times New Roman" w:cs="Times New Roman"/>
        </w:rPr>
        <w:t>Эдгээр бүх эш үзүүллэгийн дүрслэлүүд нь Даниелын далан жилийн олзлолтоор төлөөлөгдөнө. Энэ нь эхний мэдээ хүч чадалтайгаар илэрхийлэгдсэний бэлгэдэл болох Иехоиакимаас эхлэн, эрэгтэй эмэгтэй хүмүүсийг Вавилоноос дуудан гаргах “зарлиг” хүртэл үргэлжилдэг. Исламыг хазаарлан барьж, дараа нь суллан тавих явдал нь библийн эш үзүүллэгийн бэлгэдэл болох Исламын эш үзүүллэгийн шинж чанар мөн.</w:t>
      </w:r>
    </w:p>
    <w:p>
      <w:pPr>
        <w:pStyle w:val="ArticleBody"/>
        <w:jc w:val="left"/>
      </w:pPr>
      <w:r>
        <w:rPr>
          <w:rFonts w:ascii="Times New Roman" w:hAnsi="Times New Roman" w:eastAsia="Times New Roman" w:cs="Times New Roman"/>
        </w:rPr>
        <w:t>Тэднийг “дөрвөн салхи” хэмээн дурдах үед Бурханы зарц нар тамгалагдах хүртэл тэднийг тогтоон барьдаг. Хоёр дахь Гаслангийн эхэнд, 1840 оны 8 дугаар сарын 11-нд биелсэн гурван зуун ерэн нэгэн жил, арван таван өдрийн цагийн эш үзүүллэгт, Хоёр дахь Гаслангийн Исламыг төлөөлсөн дөрвөн тэнгэр элч “суллагдсан” байв. Эш үзүүллэгийн төгсгөлд тэд “хязгаарлагдсан” байв.</w:t>
      </w:r>
    </w:p>
    <w:p>
      <w:pPr>
        <w:pStyle w:val="ArticleScripture"/>
        <w:jc w:val="left"/>
      </w:pPr>
      <w:r>
        <w:rPr>
          <w:rFonts w:ascii="Times New Roman" w:hAnsi="Times New Roman" w:eastAsia="Times New Roman" w:cs="Times New Roman"/>
        </w:rPr>
        <w:t>Бүрээтэй байсан зургаа дахь тэнгэрэлчид хандан: Агуу Евфрат мөрөнд хүлэгдсэн байгаа дөрвөн тэнгэрэлчийг сулла хэмээн айлдав. Тэгээд хүмүүсийн гуравны нэгийг алахаар нэг цаг, нэг өдөр, нэг сар, нэг жилд бэлтгэгдсэн байсан тэр дөрвөн тэнгэрэлч суллагдав. Илчлэлт 9:14, 15.</w:t>
      </w:r>
    </w:p>
    <w:p>
      <w:pPr>
        <w:pStyle w:val="ArticleBody"/>
        <w:jc w:val="left"/>
      </w:pPr>
      <w:r>
        <w:rPr>
          <w:rFonts w:ascii="Times New Roman" w:hAnsi="Times New Roman" w:eastAsia="Times New Roman" w:cs="Times New Roman"/>
        </w:rPr>
        <w:t>2001 оны 9 дүгээр сарын 11-нд, нэг зуун дөчин дөрвөн мянгын түүхэн дэх анхны мэдээ гурав дахь Гаслангийн Ислам “суллагдах” үед хүч чадалтай болгогдов. Гэвч тэр даруйдаа “хязгаарлагдсан” юм. Энэ яагаад тохиолдсоныг Сестра Уайт тайлбарладаг. Харин үүнээс өмнө, Библи дэх анхны эшлэлдээ Исламын зорилго нь үндэстнүүдийг уурлуулах явдал байсныг бид санах ёстой. Учир нь Ишмаелын гар хүн бүрийн эсрэг байх бөгөөд, хүн бүрийн гар Исламын эсрэг байх болно.</w:t>
      </w:r>
    </w:p>
    <w:p>
      <w:pPr>
        <w:pStyle w:val="ArticleScripture"/>
        <w:jc w:val="left"/>
      </w:pPr>
      <w:r>
        <w:rPr>
          <w:rFonts w:ascii="Times New Roman" w:hAnsi="Times New Roman" w:eastAsia="Times New Roman" w:cs="Times New Roman"/>
        </w:rPr>
        <w:t>ЭЗЭНий тэнгэрэлч түүнд ийн хэлэв: Харагтун, чи жирэмсэн болсон бөгөөд хүү төрүүлнэ; түүний нэрийг Ишмаел гэж дууд; учир нь ЭЗЭН чиний зовлонг сонсов. Тэрээр зэрлэг хүн байх бөгөөд түүний гар хүн бүрийн эсрэг, хүн бүрийн гар түүний эсрэг байх болно; мөн тэрээр бүх ах дүүсийнхээ өмнө оршин суух болно. Эхлэл 16:11, 12.</w:t>
      </w:r>
    </w:p>
    <w:p>
      <w:pPr>
        <w:pStyle w:val="ArticleBody"/>
        <w:jc w:val="left"/>
      </w:pPr>
      <w:r>
        <w:rPr>
          <w:rFonts w:ascii="Times New Roman" w:hAnsi="Times New Roman" w:eastAsia="Times New Roman" w:cs="Times New Roman"/>
        </w:rPr>
        <w:t>Библийн эш үзүүллэг дэх Исламын зорилго нь, Нэгдсэн Үндэстний Байгууллага уур хилэнгээ Амралтын өдрийг сахигчдын эсрэг эргүүлэхээс өмнө, бүх үндэстнийг Исламын эсрэг нэгтгэхэд оршино. 2001 оны 9 дүгээр сарын 11-нд, 9/11-ийг Миллерийн хөдөлгөөний үйл явдлын дараалал давтагдан эхэлсний тэмдэг гэж ойлгодог хүн бүр, Даниел далан жилийн турш Вавилонд аваачигдсан үеийнхтэй адил “Даниел” болсон юм. Иехоиаким нь тэр сорилтын үйл явц эхэлснийг илтгэнэ, гурав дахь Гаслангийн Ислам тэр үед суллагдсан боловч Бурхан Өөрийн ард түмнийг тамгалахын тулд даруй тогтоон баригдсан юм.</w:t>
      </w:r>
    </w:p>
    <w:p>
      <w:pPr>
        <w:pStyle w:val="ArticleScripture"/>
        <w:jc w:val="left"/>
      </w:pPr>
      <w:r>
        <w:rPr>
          <w:rFonts w:ascii="Times New Roman" w:hAnsi="Times New Roman" w:eastAsia="Times New Roman" w:cs="Times New Roman"/>
        </w:rPr>
        <w:t>“Энэхүү үзэгдэл нь 1847 онд, Амралтын өдрийг сахидаг Адвентист ахан дүүс тун цөөн байсан үед өгөгдсөн бөгөөд тэдний дундаас ч мөн түүнийг сахих явдал нь Бурханы ард түмэн ба үл итгэгчдийн хооронд зааг татахад хангалттай ач холбогдолтой гэж үздэг нь цөөн байв. Одоо тэрхүү үзэгдлийн биелэл үзэгдэж эхэлж байна. Энд дурдагдсан ‘тэр зовлонгийн цагийн эхлэл’ нь гамшгууд асгарч эхлэх үеийг бус, харин тэдгээр асгарахын яг өмнөх богино хугацааг, Христ ариун газарт байхад нь зааж байна. Тэр үед, авралын ажил төгсгөлдөө хүрч байх зуур, дэлхий дээр зовлон ирж, үндэстнүүд хилэгнэх боловч гурав дахь тэнгэрэлчийн ажлыг саатуулахгүйн тулд хазаарлагдсан байх болно. Тэр үед гурав дахь тэнгэрэлчийн чанга дуу хоолойд хүч өгөх, мөн долоон сүүлчийн гамшиг асгарах цаг үед ариун хүмүүсийг бат зогсоход бэлтгэхийн тулд ‘сүүлчийн бороо,’ өөрөөр хэлбэл Эзэний оршихуйгаас ирэх сэргээлт ирэх болно.” Early Writings, 85.</w:t>
      </w:r>
    </w:p>
    <w:p>
      <w:pPr>
        <w:pStyle w:val="ArticleBody"/>
        <w:jc w:val="left"/>
      </w:pPr>
      <w:r>
        <w:rPr>
          <w:rFonts w:ascii="Times New Roman" w:hAnsi="Times New Roman" w:eastAsia="Times New Roman" w:cs="Times New Roman"/>
        </w:rPr>
        <w:t>Даниелын далан жил 2001 оны 9 дүгээр сарын 11-нд эхэлсэн бөгөөд тэр үед Ислам суллагдаж, Илчлэлт арван гурав дахь бүлгийн газрын араатныг гэнэт, санаанд оромгүйгээр цохисноор үндэстнүүдийг уурлуулсан. Дараа нь Ислам хязгаарлагдсан бөгөөд ингэснээр гурав дахь тэнгэрэлчийн ажил дуусгаж болох болов. Гурав дахь тэнгэрэлчийн ажил нь Бурханы хүмүүсийг тамгалах явдал мөн бөгөөд 2001 оны 9 дүгээр сарын 11-нд тэр ажил эхлэхэд Хожмын Бороо “шивэрч” эхэлсэн. Даниелын нэгдүгээр бүлэг нь 2001 оны 9 дүгээр сарын 11-нээс эхлэн, Илчлэлт арван найм дахь бүлгийн хоёр дахь “дуу хоолой” Бурханы бусад сүргийг Вавилоноос дуудах хүртэл үргэлжлэх нэг зуун дөчин дөрвөн мянгын сорилтын үйл явцыг дүрслэн үзүүлж байна. Тиймээс Даниел нь сорилтын үйл явцын яг төгсгөл хүртэл эдүгээ сүнслэг олзлолд буй ард түмнийг төлөөлдөг. Даниелын нэгдүгээр бүлэг дэх сорилтын хугацааны төгсгөл нь “өдрүүдийн төгсгөл” хэмээн тодорхойлогддог.</w:t>
      </w:r>
    </w:p>
    <w:p>
      <w:pPr>
        <w:pStyle w:val="ArticleScripture"/>
        <w:jc w:val="left"/>
      </w:pPr>
      <w:r>
        <w:rPr>
          <w:rFonts w:ascii="Times New Roman" w:hAnsi="Times New Roman" w:eastAsia="Times New Roman" w:cs="Times New Roman"/>
        </w:rPr>
        <w:t>Хаан тэднийг авчруулахыг тушаасан хоногуудын эцэст тайгануудын ноён тэднийг Небухаднезарын өмнө авчрав. Хаан тэдэнтэй ярилцав; тэд бүгдийн дундаас Даниел, Хананиа, Мишаел, Азариа нартай адил нэг нь ч олдсонгүй. Иймээс тэд хааны өмнө зогсов. Хаан тэднээс асуусан мэргэн ухаан ба ухаарлын бүх хэрэгт, өөрийн бүх хаанчлал дотор байсан бүх шидтэн, мэргэ төлөгчдөөс тэднийг арван дахин дээр гэж үзэв. Даниел 1:18–20.</w:t>
      </w:r>
    </w:p>
    <w:p>
      <w:pPr>
        <w:pStyle w:val="ArticleBody"/>
        <w:jc w:val="left"/>
      </w:pPr>
      <w:r>
        <w:rPr>
          <w:rFonts w:ascii="Times New Roman" w:hAnsi="Times New Roman" w:eastAsia="Times New Roman" w:cs="Times New Roman"/>
        </w:rPr>
        <w:t>Даниел болон тэрхүү гурван эрхэмийг төлөөлсөн эш үзүүллэгийн сорил болох гурав дахь шалгалт нь тэднийг Небухаднезар шүүн тунгааж, тэд “түүний бүх хаанчлал дахь бүх мэргэ төлөгчид ба одон шинжээчдээс арав дахин дээр” хэмээн тогтоогдсон үе байв. Гурав дахь шалгалт нь шүүлтээр төлөөлөгддөг бөгөөд тэрхүү шүүлт нь “өдрүүдийн эцэст” болсон. Даниелын номд “өдрүүдийн эцэс” нь Даниел өөрийн хувианд зогсдог газар юм.</w:t>
      </w:r>
    </w:p>
    <w:p>
      <w:pPr>
        <w:pStyle w:val="ArticleScripture"/>
        <w:jc w:val="left"/>
      </w:pPr>
      <w:r>
        <w:rPr>
          <w:rFonts w:ascii="Times New Roman" w:hAnsi="Times New Roman" w:eastAsia="Times New Roman" w:cs="Times New Roman"/>
        </w:rPr>
        <w:t>“Олон хүн ариусгагдаж, цайруулагдан, шалгагдах болно; харин хорон муу хүмүүс хорон муугаар үйлдэх бөгөөд хорон муу хүмүүсээс хэн нь ч ойлгохгүй; харин мэргэд ойлгоно…. Мянга гурван зуун гучин таван өдөрт хүрч, тэсвэрлэн хүлээгч нь ерөөлтэй еэ. Харин чи (Даниел) эцсийг хүртэл өөрийн замаар яв; учир нь чи амарч, өдрүүдийн төгсгөлд өөрт оногдсон хувьдаа зогсох болно.”</w:t>
      </w:r>
    </w:p>
    <w:p>
      <w:pPr>
        <w:pStyle w:val="ArticleScripture"/>
        <w:jc w:val="left"/>
      </w:pPr>
      <w:r>
        <w:rPr>
          <w:rFonts w:ascii="Times New Roman" w:hAnsi="Times New Roman" w:eastAsia="Times New Roman" w:cs="Times New Roman"/>
        </w:rPr>
        <w:t>“Даниелд өөрт оногдсон хувиа эзлэн босох цаг иржээ. Түүнд өгөгдсөн гэрэл урьд өмнө хэзээ ч байгаагүйгээр дэлхийд хүрэх цаг иржээ. Эзэн тэдний төлөө тийнхүү ихийг үйлдсэн хүмүүс хэрэв гэрэл дотор алхвал, энэ дэлхийн түүхийн төгсгөлд ойртох тусам Христийн тухай болон Түүнтэй холбогдох эш үзүүллэгүүдийн талаарх тэдний мэдлэг үлэмжээр нэмэгдэх болно.” The Seventh-day Adventist Bible Commentary, volume 4, 1174.</w:t>
      </w:r>
    </w:p>
    <w:p>
      <w:pPr>
        <w:pStyle w:val="ArticleBody"/>
        <w:jc w:val="left"/>
      </w:pPr>
      <w:r>
        <w:rPr>
          <w:rFonts w:ascii="Times New Roman" w:hAnsi="Times New Roman" w:eastAsia="Times New Roman" w:cs="Times New Roman"/>
        </w:rPr>
        <w:t>Хатагтай Уайт “өдрүүдийн төгсгөл”-ийг Даниелын арван хоёрдугаар бүлгийн аравдугаар эшлэлийн ариусгалын үйл явцтай холбон тодорхойлдог. Тэрээр арван гуравдугаар эшлэлийн “өдрүүдийн төгсгөл” гэсэн хэллэгийн хамт аравдугаар эшлэлийг олонтаа хэрэглэдэг.</w:t>
      </w:r>
    </w:p>
    <w:p>
      <w:pPr>
        <w:pStyle w:val="ArticleScripture"/>
        <w:jc w:val="left"/>
      </w:pPr>
      <w:r>
        <w:rPr>
          <w:rFonts w:ascii="Times New Roman" w:hAnsi="Times New Roman" w:eastAsia="Times New Roman" w:cs="Times New Roman"/>
        </w:rPr>
        <w:t>“‘Олон хүн цэвэршиж, ариусгагдан, шалгагдах болно; харин хорон муу хүмүүс хорон муугаа үйлдэх бөгөөд; хорон муу хүмүүсээс хэн нь ч ойлгохгүй; харин мэргэд ойлгоно…. Хүлээж, мянга гурван зуун гучин таван өдөрт хүрдэг хүн ерөөлтэй еэ. Харин чи (Даниел) эцсээ хүртэл өөрийн замаар яв; учир нь чи амарч, өдрүүдийн эцэст өөрийн хувь тавиландаа босон зогсох болно.’</w:t>
      </w:r>
    </w:p>
    <w:p>
      <w:pPr>
        <w:pStyle w:val="ArticleScripture"/>
        <w:jc w:val="left"/>
      </w:pPr>
      <w:r>
        <w:rPr>
          <w:rFonts w:ascii="Times New Roman" w:hAnsi="Times New Roman" w:eastAsia="Times New Roman" w:cs="Times New Roman"/>
        </w:rPr>
        <w:t>“Даниел өнөөдөр өөрт оногдсон байр сууриндаа зогсож байгаа бөгөөд бид түүнд ард түмэнд хандан ярих байр өгөх ёстой. Бидний мэдээ шатаж буй дэнлүү мэт түгэн гарах ёстой. ‘Тэр цагт чиний ард түмний хүүхдүүдийн төлөө зогсдог агуу ноён Михаел босно; мөн тэр цагт үндэстэн бий болсноос хойш тэр цаг хүртэл хэзээ ч байгаагүй зовлонгийн цаг ирнэ. Тэр цагт номд бичигдсэнээр олдох чиний ард түмэн бүр аврагдана. Газрын тоосонд нойрсогчдоос олон нь сэрэх бөгөөд зарим нь мөнх аминд, зарим нь ичгүүр ба мөнх жигшилд хүрнэ. Ухаалаг хүмүүс тэнгэрийн мандлын гэрэлтэлт мэт гэрэлтэх бөгөөд олныг зөвт байдалд эргүүлдэг хүмүүс одод мэт үүрд мөнхөд гэрэлтэнэ.’</w:t>
      </w:r>
    </w:p>
    <w:p>
      <w:pPr>
        <w:pStyle w:val="ArticleScripture"/>
        <w:jc w:val="left"/>
      </w:pPr>
      <w:r>
        <w:rPr>
          <w:rFonts w:ascii="Times New Roman" w:hAnsi="Times New Roman" w:eastAsia="Times New Roman" w:cs="Times New Roman"/>
        </w:rPr>
        <w:t>“Эдгээр үгс нь бидний энэ эцсийн өдрүүдэд хийх ёстой ажлыг илэрхийлж байна. Бид хагас ч сэрээгүй байна. Хийх ёстой энэ ажлыг гүйцэтгэхэд зайлшгүй хэрэгтэй хүч бидэнд алга. Бид амьдралд орж, нэгдэлд хүрэх ёстой. Одоо, яг энэ мөчид, гэмшил ба өршөөл нь бидний ажлын тод онцлог байх тийм байр сууринд бид зогсох ёстой. Маргаан тэмцэл огт байж болохгүй. Нүдийг сохлох түүний ажилд Сатантай хутгалдан ороход хэтэрхий оройтсон. Мэхлэгч сүнснүүд болон чөтгөрүүдийн сургаалд анхаарал тавихад хэтэрхий оройтсон.”</w:t>
      </w:r>
    </w:p>
    <w:p>
      <w:pPr>
        <w:pStyle w:val="ArticleScripture"/>
        <w:jc w:val="left"/>
      </w:pPr>
      <w:r>
        <w:rPr>
          <w:rFonts w:ascii="Times New Roman" w:hAnsi="Times New Roman" w:eastAsia="Times New Roman" w:cs="Times New Roman"/>
        </w:rPr>
        <w:t>“Ариун Сүнс хэл ба айлдлыг өгөх үед, Пентекостын өдөр хийгдсэнтэй адил нэгэн ажил хийгдэхийг бид үзнэ гэж надад хэлэхээр заагдсан. Христийн төлөөлөгчид ухаалгаар ажиллах болно. Энд нэг хүн, тэнд өөр нэг хүн нураан сүйтгэхийг эрмэлзэн явдаг байдал огтхон ч үзэгдэхгүй.”</w:t>
      </w:r>
    </w:p>
    <w:p>
      <w:pPr>
        <w:pStyle w:val="ArticleScripture"/>
        <w:jc w:val="left"/>
      </w:pPr>
      <w:r>
        <w:rPr>
          <w:rFonts w:ascii="Times New Roman" w:hAnsi="Times New Roman" w:eastAsia="Times New Roman" w:cs="Times New Roman"/>
        </w:rPr>
        <w:t>“‘Тогтоол төрөн гарахаас өмнө, өдөр нь хивэг мэт өнгөрөхөөс өмнө, ЭЗЭНий догшин уур хилэн та нарын дээр ирэхээс өмнө, ЭЗЭНий уур хилэнгийн өдөр та нарын дээр ирэхээс өмнө, газар дэлхийн бүх дөлгөөн хүмүүс ээ, Түүний шүүлтийг үйлдсэн та нар аа, ЭЗЭНийг эрэгтүн; зөвт байдлыг эрэгтүн, дөлгөөн байдлыг эрэгтүн: магад та нар ЭЗЭНий уур хилэнгийн өдөрт нуугдах болой.’” Australian Union Conference Record, March 11, 1907.</w:t>
      </w:r>
    </w:p>
    <w:p>
      <w:pPr>
        <w:pStyle w:val="ArticleBody"/>
        <w:jc w:val="left"/>
      </w:pPr>
      <w:r>
        <w:rPr>
          <w:rFonts w:ascii="Times New Roman" w:hAnsi="Times New Roman" w:eastAsia="Times New Roman" w:cs="Times New Roman"/>
        </w:rPr>
        <w:t>Вавилонын олзлолтын Даниелын далан жилээр дүрслэгдсэн нэг зуун дөчин дөрвөн мянгын тамгалагдахуй нь Даниелын арван хоёрдугаар бүлгийн аравдугаар эшлэлд дүрслэгдсэн байдаг. Энэ эшлэл нь “үнэн”-ий тамгыг агуулдаг. Учир нь энэ нь еврей хэлний “үнэн” хэмээх үгийн шинж болох гурван үе шатыг тодорхойлдог. Олон хүн цэвэршүүлэгдэж, цайрч, дараа нь соригдоно. Даниел болон тэрхүү гурван эрхэм нэгэн бүлэгт Бурханаас эмээх эмээлээр цэвэршүүлэгдсэн. Учир нь тэд Вавилоны хоол хүнсийг идэхгүй байхаар шийдсэн билээ. Дараа нь тэд Вавилоны хоол идэгчдээс илүү өнгөлөг, тарган царай төрхийг үзүүлсэн. Тэдний царай төрх нь цагаан хувцас мөн болох Христийн зөвт байдал байсан. Тэгээд өдрүүдийн эцэст тэд Небухаднезарын шүүлтэд орох үедээ соригдсон юм.</w:t>
      </w:r>
    </w:p>
    <w:p>
      <w:pPr>
        <w:pStyle w:val="ArticleBody"/>
        <w:jc w:val="left"/>
      </w:pPr>
      <w:r>
        <w:rPr>
          <w:rFonts w:ascii="Times New Roman" w:hAnsi="Times New Roman" w:eastAsia="Times New Roman" w:cs="Times New Roman"/>
        </w:rPr>
        <w:t>“Өдрүүдийн төгсгөлд,” Даниел “өөрийн хувь заяанд” зогсох үед, “Христийн тухай болон Түүнтэй холбоотой эш үзүүллэгүүдийн мэдлэг Бурханы ард түмний дунд үлэмжхэн нэмэгдэх болно.” Небухаднезар “мэргэн ухаан ба ойлголтын бүх хэрэгт” Даниел болон тэр гурван үнэнчийг “өөрийн бүх хаанчлал дахь бүх шидтэн, зурхайчдаас арав дахин дээр” хэмээн “олсон” гэж тэмдэглэсэн.</w:t>
      </w:r>
    </w:p>
    <w:p>
      <w:pPr>
        <w:pStyle w:val="ArticleBody"/>
        <w:jc w:val="left"/>
      </w:pPr>
      <w:r>
        <w:rPr>
          <w:rFonts w:ascii="Times New Roman" w:hAnsi="Times New Roman" w:eastAsia="Times New Roman" w:cs="Times New Roman"/>
        </w:rPr>
        <w:t>Даниелын нэгдүгээр бүлэгт гурван үе шаттай сорилтын үйл явцыг дамжин өнгөрдөг нэг зуун дөчин дөрвөн мянгын туршлагыг дүрслэн үзүүлдэг. Тэр үйл явцын талаар эгч Уайт ийнхүү өгүүлжээ: “Эдгээр үгс нь эдгээр эцсийн өдрүүдэд бидний хийх ёстой ажлыг толилуулж байна. Бид хагас нь ч сэрээгүй байна. Хийх ёстой ажил гүйцэтгэхэд зайлшгүй хэрэгтэй хүч бидэнд алга. Бид аминд орох ёстой, нэгдэлд орох ёстой. Одоо, яг одоо, гэмшил ба өршөөл нь бидний ажлын онцгой шинжүүд байх тэр байр суурин дээр бид зогсох ёстой. Хэрүүл маргаан байх ёсгүй.”</w:t>
      </w:r>
    </w:p>
    <w:p>
      <w:pPr>
        <w:pStyle w:val="ArticleBody"/>
        <w:jc w:val="left"/>
      </w:pPr>
      <w:r>
        <w:rPr>
          <w:rFonts w:ascii="Times New Roman" w:hAnsi="Times New Roman" w:eastAsia="Times New Roman" w:cs="Times New Roman"/>
        </w:rPr>
        <w:t>“Өдрүүдийн төгсгөл”-д хүргэдэг сорилтын үйл явц нь Илчлэлт номын арван нэгдүгээр бүлэгт гардаг хоёр гэрчийн амилалтад хүргэдэг. Одоо бидний хийх ёстой ажил бол 2001 оны 9 дүгээр сарын 11-ний мэдээг хүлээн авч, үхсэн хуурай ясаар төлөөлөгдсөнчлөн сэрэх явдал юм. “Бид амьдрах ёстой, нэгдэлд орох ёстой.” Үүнийг үйлдэхэд, бидний ажлын онцгой шинж нь “гэмшил ба уучлал” байх болно. Бидний ажлын онцгой шинж нь Даниел есдүгээр бүлэгт, тэрээр Левит хорин зургаадугаар бүлгийн залбирлыг үйлдэн, өөрийн нүгэл болон эцгүүдийнхээ нүглийн уучлалыг гуйж байх үед, мөн 2020 оны 7 дугаар сарын 18-нд хүлээлтийн цагийн эхлэлийг тэмдэглэсэн урам хугаралтаас хойш Бурханы эсрэг явж ирснээ хүлээн зөвшөөрч байгаагаар төлөөлөгддөг. Тэрээр мөн тэрхүү адил хугацаанд Бурхан өөрийнх нь эсрэг явж ирснийг хүлээн зөвшөөрөх ёстой. Даниел нь 2020 оны 7 дугаар сарын 18-наас хойш “далан жил”-ийн олзлолыг туулсан хүмүүсийг төлөөлдөг.</w:t>
      </w:r>
    </w:p>
    <w:p>
      <w:pPr>
        <w:pStyle w:val="ArticleBody"/>
        <w:jc w:val="left"/>
      </w:pPr>
      <w:r>
        <w:rPr>
          <w:rFonts w:ascii="Times New Roman" w:hAnsi="Times New Roman" w:eastAsia="Times New Roman" w:cs="Times New Roman"/>
        </w:rPr>
        <w:t>Дал жилийн хугацаа нь Левит хорин зургаад гардаг “долоон цаг”-ийн бэлгэдэл мөн. Шастирын ном бидэнд, Левит хорин тавын гэрээний эсрэг эртний Израилийн тэрслэлээс болж эдэлж чадаагүй байсан амралтын өдрүүдээ тэр газар “эдлэх” хугацаа нь далан жил байсан гэж мэдүүлдэг.</w:t>
      </w:r>
    </w:p>
    <w:p>
      <w:pPr>
        <w:pStyle w:val="ArticleScripture"/>
        <w:jc w:val="left"/>
      </w:pPr>
      <w:r>
        <w:rPr>
          <w:rFonts w:ascii="Times New Roman" w:hAnsi="Times New Roman" w:eastAsia="Times New Roman" w:cs="Times New Roman"/>
        </w:rPr>
        <w:t>Иеремиагийн амаар айлдсан ЭЗЭНий үгийг биелүүлэхийн тулд, газар нутаг өөрийнхөө амралтын өдрүүдийг эдлэх хүртэл тийм байв; учир нь тэр эзгүйрэн хэвтсэн бүх хугацаандаа амралтыг сахисан бөгөөд далан жилийг биелүүлсэн юм. Шастирын дэд 36:21.</w:t>
      </w:r>
    </w:p>
    <w:p>
      <w:pPr>
        <w:pStyle w:val="ArticleBody"/>
        <w:jc w:val="left"/>
      </w:pPr>
      <w:r>
        <w:rPr>
          <w:rFonts w:ascii="Times New Roman" w:hAnsi="Times New Roman" w:eastAsia="Times New Roman" w:cs="Times New Roman"/>
        </w:rPr>
        <w:t>Зөгнөлийн “цөл”-ийг бэлгэдэхийн хувьд, 2020 оны 7 дугаар сарын 18-ны дараа Илчлэл арван нэгд гардаг хоёр гэрч гудамжинд үхсэн байсан “гурван өдөр хагас” нь “далан жил”-ийн бэлгэдэл мөн бөгөөд бас “долоон цаг”-ийн бэлгэдэл юм. “Өдрүүдийн төгсгөлд” гэдэг нь Даниелын номд лацдан битүүмжлэгдсэн байсан зөгнөлийн өдрүүдийн төгсгөлийг бэлгэддэг.</w:t>
      </w:r>
    </w:p>
    <w:p>
      <w:pPr>
        <w:pStyle w:val="ArticleBody"/>
        <w:jc w:val="left"/>
      </w:pPr>
      <w:r>
        <w:rPr>
          <w:rFonts w:ascii="Times New Roman" w:hAnsi="Times New Roman" w:eastAsia="Times New Roman" w:cs="Times New Roman"/>
        </w:rPr>
        <w:t>1798 онд Даниелын номын лац тайлагдаж, Даниел өөрт оноогдсон хувьдаа босон, зорилгоо биелүүлэхэд бэлэн болов.</w:t>
      </w:r>
    </w:p>
    <w:p>
      <w:pPr>
        <w:pStyle w:val="ArticleScripture"/>
        <w:jc w:val="left"/>
      </w:pPr>
      <w:r>
        <w:rPr>
          <w:rFonts w:ascii="Times New Roman" w:hAnsi="Times New Roman" w:eastAsia="Times New Roman" w:cs="Times New Roman"/>
        </w:rPr>
        <w:t>“Бурхан хүнд гүйцэтгэх тусгай ажил даалгах үед, тэр хүн Даниелын адил өөрийн хувь ногдол ба байр сууриндаа бат зогсож, Бурханы дуудлагад хариулахад бэлэн, Түүний зорилгыг биелүүлэхэд бэлэн байх ёстой.” Manuscript Releases, volume 6, 108.</w:t>
      </w:r>
    </w:p>
    <w:p>
      <w:pPr>
        <w:pStyle w:val="ArticleBody"/>
        <w:jc w:val="left"/>
      </w:pPr>
      <w:r>
        <w:rPr>
          <w:rFonts w:ascii="Times New Roman" w:hAnsi="Times New Roman" w:eastAsia="Times New Roman" w:cs="Times New Roman"/>
        </w:rPr>
        <w:t>1844 оны 10 дугаар сарын 22-нд, Даниел номын наймдугаар бүлэг, арван дөрөвдүгээр эшлэлийн биеллээр, Даниелын ном дахин өөрийн хувь тавиландаа зогсов. 1798 ба 1844 онууд нь эхний болон хоёр дахь хилэгнэлийн төгсгөл мөн бөгөөд иймээс “долоон цаг”-ийн төгсгөлийг тэмдэглэдэг. Даниелын ном дахь “өдрүүдийн төгсгөл” нь “долоон цаг”-аар дүрслэгдсэн нэгэн олзлолын төгсгөлийн бэлгэдэл юм. Даниел номын дөрөвдүгээр бүлэгт Небухаднезар “долоон цаг” түүний дээгүүр өнгөрөх хугацаанд араатан мэт амьдарсан. “Өдрүүдийн төгсгөлд” түүний хаанчлал ба оюун ухаан нь түүнд сэргээгдэн өгөгдсөн юм.</w:t>
      </w:r>
    </w:p>
    <w:p>
      <w:pPr>
        <w:pStyle w:val="ArticleScripture"/>
        <w:jc w:val="left"/>
      </w:pPr>
      <w:r>
        <w:rPr>
          <w:rFonts w:ascii="Times New Roman" w:hAnsi="Times New Roman" w:eastAsia="Times New Roman" w:cs="Times New Roman"/>
        </w:rPr>
        <w:t>Тэр өдрүүдийн эцэст би, Небухаднезар, нүдээ тэнгэр өөд өргөн харсанд, ухаан санаа минь надад эргэн ирэв. Тэгээд би Хамгийн Дээдийг магтан ерөөж, мөнхөд амьдрагчийг хүндэтгэн алдаршуулсан. Учир нь Түүний ноёрхол бол мөнхийн ноёрхол бөгөөд Түүний хаанчлал үеэс үед оршино. Газар дэлхийн бүх оршин суугчид юу ч биш мэт тооцогддог. Тэр тэнгэрийн цэргийн дунд ч, газар дэлхийн оршин суугчдын дунд ч Өөрийн хүслийн дагуу үйлддэг. Хэн ч Түүний гарыг саатуулж, эсвэл Түүнд, “Та юу хийж байна вэ?” гэж хэлж чаддаггүй. Тэр цагт ухаан санаа минь надад эргэн ирж, хаанчлалын минь сүр жавхын төлөө нэр төр, гялбаа минь надад буцан ирэв. Зөвлөхүүд болон ноёд минь намайг эрж ирсэн бөгөөд би хаанчлалдаа дахин бат тогтож, надад үлэмж их сүр жавхлан нэмэгдэв. Даниел 4:34–36.</w:t>
      </w:r>
    </w:p>
    <w:p>
      <w:pPr>
        <w:pStyle w:val="ArticleBody"/>
        <w:jc w:val="left"/>
      </w:pPr>
      <w:r>
        <w:rPr>
          <w:rFonts w:ascii="Times New Roman" w:hAnsi="Times New Roman" w:eastAsia="Times New Roman" w:cs="Times New Roman"/>
        </w:rPr>
        <w:t>Нэг зуун дөчин дөрвөн мянгыг тамгалах цагийн төгсгөл нь “өдрүүдийн төгсгөл” хэмээн дүрслэгддэг бөгөөд иймээс энэ нь “далан жил”-ийн төдийгүй мөн “долоон цаг”-ийн бэлгэдэлт төгсгөлийг ч төлөөлдөг. Тэр үед “гэмшил ба уучлал” нь урьд нь хуурай үхмэл ясны хөндийгөөр дайран өнгөрөх гудамжинд үхдэл мэт байсан хүмүүсийн ажлыг төлөөлөх шинжүүд байх болно.</w:t>
      </w:r>
    </w:p>
    <w:p>
      <w:pPr>
        <w:pStyle w:val="ArticleBody"/>
        <w:jc w:val="left"/>
      </w:pPr>
      <w:r>
        <w:rPr>
          <w:rFonts w:ascii="Times New Roman" w:hAnsi="Times New Roman" w:eastAsia="Times New Roman" w:cs="Times New Roman"/>
        </w:rPr>
        <w:t>Нэг зуун дөчин дөрвөн мянгын гэмшлийн ажлын харагдахуйц шинжийг Езекиелын есдүгээр бүлэгт “санаа алдан уйлж хашхирах” хэмээн дүрсэлсэн байдаг. Бурханы ард түмэн өөрсдийн хувийн нүглийг наминчилж, тэдгээрийг орхих үедээ, эцгүүдийнхээ үйлдсэн тэр л нүглүүдийг өөрсдөө давтан үйлдснээ хүлээн зөвшөөрөх үедээ, өөрсдийн үзэл бодлын бардамналыг хойш тавьж, Бурханы эсрэг явж ирснээ, мөн 2020 оны 7 дугаар сарын 18-нд саатлын цаг ирснээс хойш Тэр ч бас тэдний эсрэг явж ирснийг хүлээн зөвшөөрөх үедээ, тэгвэл тэд хаанчлал дахь өөрсдийгөө мэргэн хэмээн нэрлэгч бусад бүх хүмүүсээс “арав дахин” илүү эш үзүүллэгийн хүчтэй нь болох нь тогтоогдоно.</w:t>
      </w:r>
    </w:p>
    <w:p>
      <w:pPr>
        <w:pStyle w:val="ArticleBody"/>
        <w:jc w:val="left"/>
      </w:pPr>
      <w:r>
        <w:rPr>
          <w:rFonts w:ascii="Times New Roman" w:hAnsi="Times New Roman" w:eastAsia="Times New Roman" w:cs="Times New Roman"/>
        </w:rPr>
        <w:t>Битүүмжлэх үйл явц Исламыг суллан тавьснаар эхэлж, дараа нь түүнийг хязгаарласнаар үргэлжилсэн. Тэр үйл явц эхэлсэнчлэнээ төгсөнө, өөрөөр хэлбэл Ислам дахин нэгэнт суллагдах үед. Энэ нь битүүмжлэлийн цаг хугацааны өдрүүдийн төгсгөлд суллагддаг бөгөөд Даниелын хувьд тэр нь хүмүүсийг Вавилоноос гарч ирэхийг дуудсан Кирийн зарлиг байсан юм. Цэвэршүүлэлтийн өдрүүдийн төгсгөлд, Америкийн Нэгдсэн Улсад Ням гаргийн хуулийн “зарлиг”-ийн шүүлтийн үед, итгэмжит хүмүүс эш үзүүллэгийн хүчээр “арав дахин илүү”-г эзэмшдэг нь тогтоогдоно.</w:t>
      </w:r>
    </w:p>
    <w:p>
      <w:pPr>
        <w:pStyle w:val="ArticleScripture"/>
        <w:jc w:val="left"/>
      </w:pPr>
      <w:r>
        <w:rPr>
          <w:rFonts w:ascii="Times New Roman" w:hAnsi="Times New Roman" w:eastAsia="Times New Roman" w:cs="Times New Roman"/>
        </w:rPr>
        <w:t>“Та нар Эзэний ирэлтийг хэтэрхий хол тавьж байна. Би хожмын бороо [шөнийн дунд гарсан] хашхирал мэт гэнэт, арав дахин их хүч чадалтайгаар ирж байгааг харсан.” Spalding and Magan, 5.</w:t>
      </w:r>
    </w:p>
    <w:p>
      <w:pPr>
        <w:pStyle w:val="ArticleBody"/>
        <w:jc w:val="left"/>
      </w:pPr>
      <w:r>
        <w:rPr>
          <w:rFonts w:ascii="Times New Roman" w:hAnsi="Times New Roman" w:eastAsia="Times New Roman" w:cs="Times New Roman"/>
        </w:rPr>
        <w:t>Дараагийн өгүүлэлд бид Даниелын хоёрдугаар бүлгийг авч үзэж эхэлнэ.</w:t>
      </w:r>
    </w:p>
    <w:p>
      <w:pPr>
        <w:pStyle w:val="ArticleScripture"/>
        <w:jc w:val="left"/>
      </w:pPr>
      <w:r>
        <w:rPr>
          <w:rFonts w:ascii="Times New Roman" w:hAnsi="Times New Roman" w:eastAsia="Times New Roman" w:cs="Times New Roman"/>
        </w:rPr>
        <w:t>“Энэ нь хоёр дахь тэнгэрэлчийн мэдээнд хүч өгөх ёстой байсан шөнийн дунд гарсан хашхираан байв. Сэтгэлээр унасан ариун хүмүүст сэрэл өгч, тэднийг өмнө нь буй агуу ажилд бэлтгэхийн тулд тэнгэрээс тэнгэрэлч нар илгээгдсэн. Хамгийн авьяастай хүмүүс энэ мэдээг хамгийн түрүүнд хүлээн аваагүй. Тэнгэрэлч нарыг даруу, үнэнч хүмүүст илгээж, ‘Харагтун, Сүйт залуу ирж байна; Түүнийг угтан тосохоор гарцгаа!’ хэмээн хашхирахыг тэдэнд тулгасан. Энэхүү хашхирааныг даатгуулсан хүмүүс яаран хөдөлж, Ариун Сүнсний хүчээр мэдээг тунхаглан, сэтгэлээр унасан ах дүүсээ сэрээв. Энэ ажил нь хүмүүсийн мэргэн ухаан ба мэдлэг дээр тогтоогүй, харин Бурханы хүч дээр тогтсон бөгөөд хашхирааныг сонссон Түүний ариун хүмүүс түүнд эсэргүүцэн тэсэж чадсангүй. Хамгийн сүнслэг хүмүүс энэ мэдээг хамгийн түрүүнд хүлээн авч, өмнө нь ажилд тэргүүлж явсан хүмүүс харин үүнийг хүлээн авч, ‘Харагтун, Сүйт залуу ирж байна; Түүнийг угтан тосохоор гарцгаа!’ гэсэн хашхирааныг улам өргөжүүлэхэд тусалсан хамгийн сүүлчийн хүмүүс байв.” Эртний Бичвэрүүд,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Аравдугаар бүлэг</dc:title>
  <dc:subject>Үйл явц</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