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Аравдугаар Дугаар</w:t>
      </w:r>
    </w:p>
    <w:p>
      <w:pPr>
        <w:pStyle w:val="ArticleSubtitle"/>
        <w:jc w:val="left"/>
      </w:pPr>
      <w:r>
        <w:rPr>
          <w:rFonts w:ascii="Arial" w:hAnsi="Arial" w:eastAsia="Arial" w:cs="Arial"/>
        </w:rPr>
        <w:t>Ромын Гурвалсан Холбоо: Илчлэлт дэх бүрээнүүдийн эш үзүүллэгийн ач холбогдлыг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Илчлэлт номын есдүгээр бүлгийн эхний ба хоёр дахь гай зовлонгийн Ислам нь Ром дээр авчирсан шүүлтийг төлөөлж байв. Уильям Миллер бүрээнүүдийг Ром дээр авчирсан “онцгой шүүлтүүд” хэмээн нэрлэсэн боловч дэлхийг Армагеддон уруу хөтөлдөг гурвалсан холбоо болох Орчин үеийн Ромыг Миллер харж чадаагүй юм. Урия Смит бүрээнүүд нь Ром дээрх Бурханы шүүлтийг төлөөлдөг бөгөөд тав дахь ба зургаа дахь бүрээ (эхний ба хоёр дахь гай зовлон) нь Католик сүм дээрх шүүлтүүд байсан гэдгийг хүлээн зөвшөөрсөн.</w:t>
      </w:r>
    </w:p>
    <w:p>
      <w:pPr>
        <w:pStyle w:val="ArticleScripture"/>
        <w:jc w:val="left"/>
      </w:pPr>
      <w:r>
        <w:rPr>
          <w:rFonts w:ascii="Times New Roman" w:hAnsi="Times New Roman" w:eastAsia="Times New Roman" w:cs="Times New Roman"/>
        </w:rPr>
        <w:t>“Энэ бүрээний тайлбарын тухайд бид дахин ноён Китийн бичвэрүүдээс эш татах болно. Энэ зохиогч үнэнээр ийн хэлдэг: ‘Апокалипсисын өөр ямар ч хэсгийн хэрэглээний талаар тайлбарлагчдын дунд тав дахь ба зургаа дахь бүрээнүүд, буюу эхний ба хоёр дахь гайг Сарацинчууд болон Түрэгүүдэд хамааруулан үзэхтэй адил тийм жигд санал нийцэл бараг үгүй. Энэ нь маш илэрхий тул бараг буруугаар ойлгогдох аргагүй. Тус бүрийг заасан ганц хоёр ишлэлийн оронд Илчлэлтийн есдүгээр бүлэг бүхэлдээ, тэнцүү хоёр хэсэгт хуваагдан, хоёулангийнх нь дүрслэлд зориулагдсан байдаг.”</w:t>
      </w:r>
    </w:p>
    <w:p>
      <w:pPr>
        <w:pStyle w:val="ArticleScripture"/>
        <w:jc w:val="left"/>
      </w:pPr>
      <w:r>
        <w:rPr>
          <w:rFonts w:ascii="Times New Roman" w:hAnsi="Times New Roman" w:eastAsia="Times New Roman" w:cs="Times New Roman"/>
        </w:rPr>
        <w:t>“‘Ромын эзэнт гүрэн хэрхэн байлдан дагууллаар мандан боссон шигээ, мөн тэрхүү байдлаар доройтсон; харин сарацинууд ба түрэгүүд нь хуурамч шашныг тэрслүү болсон сүмийн шийтгэлийн ташуур болгоход хэрэглэгдсэн зэвсэгсэл байсан; иймээс өмнөх бүрээнүүдийн адил тав дахь ба зургаа дахь бүрээ нь зөвхөн тэр нэрээр тэмдэглэгдээгүй, харин гай хэмээн нэрлэгддэг.” Урия Смит, Daniel and Revelation, 495.</w:t>
      </w:r>
    </w:p>
    <w:p>
      <w:pPr>
        <w:pStyle w:val="ArticleBody"/>
        <w:jc w:val="left"/>
      </w:pPr>
      <w:r>
        <w:rPr>
          <w:rFonts w:ascii="Times New Roman" w:hAnsi="Times New Roman" w:eastAsia="Times New Roman" w:cs="Times New Roman"/>
        </w:rPr>
        <w:t>Миллер, Смит хоёр Ромд буулгасан Бурханы шүүлт болох бүрээнүүдийн тухайд ухаараагүй зүйл нь, тэрхүү шүүлтүүд нарны шүтлэгийг хүчээр тулган хэрэгжүүлснээр авчирсан явдал байв. 321 онд Константин Ням гаргийн тухай анхны хуулийг гаргасан бөгөөд есөн жилийн дараа тэрээр нийслэлийг Ром хотоос Константинополь хот руу шилжүүлснээр Ромын эзэнт гүрэн задран бутрах үйл явцыг эхлүүлсэн юм. Даниелын арван нэгдүгээр бүлэгт харь Ром нэг “цаг” буюу МЭӨ 31 онд болсон Актиумын тулалдаанаас эхлэн, Константин хаант улсыг Өрнөд ба Дорнодод хуваасан МЭ 330 он хүртэлх гурван зуун жаран жилийн хугацаанд дээд эрхтэйгээр ноёрхох ёстой байв.</w:t>
      </w:r>
    </w:p>
    <w:p>
      <w:pPr>
        <w:pStyle w:val="ArticleScripture"/>
        <w:jc w:val="left"/>
      </w:pPr>
      <w:r>
        <w:rPr>
          <w:rFonts w:ascii="Times New Roman" w:hAnsi="Times New Roman" w:eastAsia="Times New Roman" w:cs="Times New Roman"/>
        </w:rPr>
        <w:t>Тэр мужийн хамгийн үржил шимтэй нутгуудад хүртэл амгалнаар орж ирнэ; мөн тэрээр өөрийн эцгүүдийн ч хийгээгүй, эцгүүдийнх нь эцгүүдийн ч хийгээгүй зүйлийг үйлдэнэ; олз, дээрэм, эд баялгийг тэдний дунд тараана; тийм ээ, тэрээр бэхлэлтүүдийн эсрэг өөрийн арга мэхийг тодорхой хугацаанд урьдаас сэднэ. Даниел 11:24.</w:t>
      </w:r>
    </w:p>
    <w:p>
      <w:pPr>
        <w:pStyle w:val="ArticleBody"/>
        <w:jc w:val="left"/>
      </w:pPr>
      <w:r>
        <w:rPr>
          <w:rFonts w:ascii="Times New Roman" w:hAnsi="Times New Roman" w:eastAsia="Times New Roman" w:cs="Times New Roman"/>
        </w:rPr>
        <w:t>Тэр гурван зуун жаран жилийн турш Ромын эзэнт гүрэн үндсэндээ дийлдэшгүй байсан боловч нийслэлийг Дорнод руу шилжүүлмэгц тийнхүү асар уудам эзэнт гүрнийг захирах чадвар цаашид боломжгүй болов. Константин хаант улсыг гурван хүүгийнхээ хооронд хуваан хяналтаа хадгалахыг оролдсон ч энэ нь урьдын эзэнт гүрний нуран бутралтыг улам лавшруулсан юм.</w:t>
      </w:r>
    </w:p>
    <w:p>
      <w:pPr>
        <w:pStyle w:val="ArticleBody"/>
        <w:jc w:val="left"/>
      </w:pPr>
      <w:r>
        <w:rPr>
          <w:rFonts w:ascii="Times New Roman" w:hAnsi="Times New Roman" w:eastAsia="Times New Roman" w:cs="Times New Roman"/>
        </w:rPr>
        <w:t>Папын засаглал МЭ 538 онд газрын эрх мэдлийн сэнтийд суухад Орлеаны гуравдугаар зөвлөлөөр Ням гаргийн тухай хууль батлагдав. Ийнхүү МЭ 606 онд Мухаммед өөрийн эш үзүүллэгийн үйлчлэлийг эхлүүлж, түүхчдийн “урвасан сүмийн ташуур” хэмээн тодорхойлдог зүйл болох бүрээг бэлгэдлийн утгаар төлөөлөв. МЭ 606 онд Мухаммедын үйлчлэлээр эхэлсэн эхний болон хоёр дахь гай зовлонгийн түүх нь долоо дахь бүрээ дуугарсан 1844 оны 10 дугаар сарын 22-нд өндөрлөв.</w:t>
      </w:r>
    </w:p>
    <w:p>
      <w:pPr>
        <w:pStyle w:val="ArticleScripture"/>
        <w:jc w:val="left"/>
      </w:pPr>
      <w:r>
        <w:rPr>
          <w:rFonts w:ascii="Times New Roman" w:hAnsi="Times New Roman" w:eastAsia="Times New Roman" w:cs="Times New Roman"/>
        </w:rPr>
        <w:t>Хоёр дахь гай өнгөрөв; мөн болгоогтун, гурав дахь гай түргэн ирнэ. Долоо дахь тэнгэрэлч бүрээ үлээв; тэгэхэд тэнгэрт агуу дуу хоолойнууд гарч, ийнхүү хэлэв: Энэ дэлхийн хаант улсууд манай Эзэний болон Түүний Христийн хаант улс болов; Тэрээр үеийн үед, мөнхөд хаанчлах болно. Илчлэлт 11:14, 15.</w:t>
      </w:r>
    </w:p>
    <w:p>
      <w:pPr>
        <w:pStyle w:val="ArticleBody"/>
        <w:jc w:val="left"/>
      </w:pPr>
      <w:r>
        <w:rPr>
          <w:rFonts w:ascii="Times New Roman" w:hAnsi="Times New Roman" w:eastAsia="Times New Roman" w:cs="Times New Roman"/>
        </w:rPr>
        <w:t>Эхний хоёр “Гай”-н түүхийн хугацаанд, зүүн Ромын нийслэл Константинополь 1453 онд эзлэгдэн автагдсан бөгөөд баруун дахь папын Ром 1798 онд үхлийн шархаа авсан юм. “Урвасан сүмийн ташуур” нь иргэний Ромыг ч, шашны Ромыг ч хоёуланг нь унагасан билээ. Орчин үеийн Ромын гурвалсан холбоо нь АНУ-д тун удахгүй гарах Ням гаргийн хуулиар биеллээ олно.</w:t>
      </w:r>
    </w:p>
    <w:p>
      <w:pPr>
        <w:pStyle w:val="ArticleScripture"/>
        <w:jc w:val="left"/>
      </w:pPr>
      <w:r>
        <w:rPr>
          <w:rFonts w:ascii="Times New Roman" w:hAnsi="Times New Roman" w:eastAsia="Times New Roman" w:cs="Times New Roman"/>
        </w:rPr>
        <w:t>“Америкийн Нэгдсэн Улсын протестантууд Сүнслэг үзэлтэй гар барин атгахын тулд ангалын цаагуур гараа сунгахад хамгийн түрүүнд байх болно; тэд Ромын эрх мэдэлтэй гар барин атгахын тулд ёроолгүй ангалын дээгүүр хүрч очно; мөн энэхүү гурвалсан нэгдлийн нөлөөн дор энэ улс мөс чанарын эрхүүдийг хөл дороо гишгэлэхдээ Ромын мөрөөр дагах болно.” Агуу тэмцэл, 588.</w:t>
      </w:r>
    </w:p>
    <w:p>
      <w:pPr>
        <w:pStyle w:val="ArticleBody"/>
        <w:jc w:val="left"/>
      </w:pPr>
      <w:r>
        <w:rPr>
          <w:rFonts w:ascii="Times New Roman" w:hAnsi="Times New Roman" w:eastAsia="Times New Roman" w:cs="Times New Roman"/>
        </w:rPr>
        <w:t>Тэр үед гурав дахь Гаслангийн Ислам нь Ням гаргийн мөргөлийг албадан тогтоосных нь төлөө Орчин үеийн Ромын эсрэг Бурханы шүүлтийг, Түүний харь үндэстний Ром болон папын Ромын эсрэг үйлдсэнчлэн, гүйцээнэ. Харь үндэстний Ромын хувьд Тэрээр эхний дөрвөн бүрээг ашиглан баруун Ромын нийслэл дэх Ромын ноёрхлыг 476 он гэхэд төгсгөл болгосон; учир нь 476 оноос хойш тэр хотын нэг ч захирагч Ром угсааны хүн байгаагүй. 1453 он гэхэд Исламын тав дахь бүрээ зүүн Ром дахь Ромын ноёрхлыг төгсгөл болгосон. 1798 он гэхэд Исламын зургаа дахь бүрээний түүхэнд Европын үндэстнүүдийн урьдын арав хуваагдлын дээрх папын ноёрхол төгсгөл болсон. Ромын иргэний хаант улсын мөхөл, өрнө ба дорнодын аль алинд нь, мөн Ромын шашны хаант улсын мөхөл нь харь шүтээний нарны шүтлэгийг албадан тогтоосны дараа тохиосон юм.</w:t>
      </w:r>
    </w:p>
    <w:p>
      <w:pPr>
        <w:pStyle w:val="ArticleScripture"/>
        <w:jc w:val="left"/>
      </w:pPr>
      <w:r>
        <w:rPr>
          <w:rFonts w:ascii="Times New Roman" w:hAnsi="Times New Roman" w:eastAsia="Times New Roman" w:cs="Times New Roman"/>
        </w:rPr>
        <w:t>“Америкийн Нэгдсэн Улсын ард түмэн ивээл хүртсэн ард түмэн байсаар ирсэн; харин тэд шашин шүтэх эрх чөлөөг хязгаарлаж, протестантизмыг орхин, папизмыг дэмжвэл, тэдний гэмийн хэмжүүр дүүрч, ‘үндэсний урвалт’ тэнгэрийн номуудад тэмдэглэгдэх болно. Энэхүү урвалтын үр дүн нь үндэсний сүйрэл байх болно.” Review and Herald, May 2, 1893.</w:t>
      </w:r>
    </w:p>
    <w:p>
      <w:pPr>
        <w:pStyle w:val="ArticleBody"/>
        <w:jc w:val="left"/>
      </w:pPr>
      <w:r>
        <w:rPr>
          <w:rFonts w:ascii="Times New Roman" w:hAnsi="Times New Roman" w:eastAsia="Times New Roman" w:cs="Times New Roman"/>
        </w:rPr>
        <w:t>Зөгнөлийн гурав дахин хэрэглээ нь зөгнөлийн эцсийн биеллийн онцлогийг эхний хоёр биеллийн онцлог дээр үндэслэн тогтоодог. 2001 оны 9 дүгээр сарын 11-нд гурав дахь Гай түүхэн дотор хүрч ирсэн. Энэ нь анх 1844 оны 10 дугаар сарын 22-нд хүрч ирсэн билээ, учир нь гурав дахь Гай нь долоо дахь бүрээ бөгөөд тэр бүрээ тэр цагт эгшиглэж эхэлсэн юм. Гэвч эртний Израилийн адил орчин үеийн Израиль тэрслэлийг сонгон, ажлыг дуусгахын оронд цөлд хэрэн тэнэх үеийг бий болгосон. Иймээс гурав дахь тэнгэрэлчийн лацдах цаг хойшлогдсон бөгөөд 2001 оны 9 дүгээр сарын 11-нд дахин эхэлсэн юм.</w:t>
      </w:r>
    </w:p>
    <w:p>
      <w:pPr>
        <w:pStyle w:val="ArticleScripture"/>
        <w:jc w:val="left"/>
      </w:pPr>
      <w:r>
        <w:rPr>
          <w:rFonts w:ascii="Times New Roman" w:hAnsi="Times New Roman" w:eastAsia="Times New Roman" w:cs="Times New Roman"/>
        </w:rPr>
        <w:t>“Үл итгэл, гомдоллон бувтнах, бослого тэрслүү байдал эртний Израилийг дөчин жилийн турш Канааны нутгаас гадуур хаан хорьсон билээ. Тэрхүү мөн адил нүглүүд орчин үеийн Израилийн тэнгэрлэг Канаанд орохыг хойшлуулсаар байна. Аль ч тохиолдолд Бурханы амлалтууд буруутай байгаагүй. Биднийг энэ нүгэл ба уй гашуугийн ертөнцөд ийм олон жил саатуулж буй нь Эзэний ард түмэн хэмээн өөрсдийгөө хүлээн зөвшөөрдөг хүмүүсийн дундах үл итгэл, ертөнцөд автсан байдал, ариусгагдаагүй байдал, тэмцэл маргаан мөн.” Selected Messages, book 2, 69.</w:t>
      </w:r>
    </w:p>
    <w:p>
      <w:pPr>
        <w:pStyle w:val="ArticleBody"/>
        <w:jc w:val="left"/>
      </w:pPr>
      <w:r>
        <w:rPr>
          <w:rFonts w:ascii="Times New Roman" w:hAnsi="Times New Roman" w:eastAsia="Times New Roman" w:cs="Times New Roman"/>
        </w:rPr>
        <w:t>Бурхан өөрчлөгддөггүй бөгөөд Тэрээр өгөгдсөн гэрлийн хэмжээгээр шүүдэг. Орчин үеийн Израиль эртний Израилиас илүү их гэрэлтэй байсан бөгөөд “ижил нүглүүд нь орчин үеийн Израилийн тэнгэрийн Канаанд орохыг саатуулсан” гэж бидэнд мэдүүлсэн байдаг. Хэрэв орчин үеийн Израильд эртний Израилиас хариуцлага тооцогдож байсан тэрхүү гэрлийн хэмжээгээр л хариуцлага тооцсон бол энэ нь хангалттай байх байв; гэвч тэдэнд илүү их гэрэл байсан. Тиймээс хэрэв “ижил нүглүүд” нь “эртний Израиль”-ийг “дөчин жил” цөлөөр тэнүүчлэхэд хүргэсэн бол, 1863 оны тэрсэлд орчин үеийн Израиль “цөл” рүү цөлөгдсөн төдийгүй, тэндээ үхэхээр мөн л гарцаагүй тавиланлагдсан байсан юм. Тэдний “нүглүүд” нь гурав дахь тэнгэрэлчийн ажлыг өнөөг хүртэл саатуулсаар ирсэн юм.</w:t>
      </w:r>
    </w:p>
    <w:p>
      <w:pPr>
        <w:pStyle w:val="ArticleScripture"/>
        <w:jc w:val="left"/>
      </w:pPr>
      <w:r>
        <w:rPr>
          <w:rFonts w:ascii="Times New Roman" w:hAnsi="Times New Roman" w:eastAsia="Times New Roman" w:cs="Times New Roman"/>
        </w:rPr>
        <w:t>“Тэнгэрэлч ийн хэлэв: ‘Гурав дахь тэнгэрэлч тэднийг тэнгэрийн амбаарт зориулан боодол боодлоор нь хүлж, эсвэл тамгалж байна.’ Энэ бяцхан бүлэг зовнилд автсан мэт харагдаж байсан нь тэд хүнд сорилт, ширүүн тэмцлүүдийг туулсан бололтой байв. Мөн нар үүлний цаанаас дөнгөж мандан гарч, тэдний нүүр царай дээр туссан мэт үзэгдсэн бөгөөд үүний улмаас тэд ялалтаа бараг олж авсан мэт ялгуусан харагдаж байлаа.” Early Writings, 88.</w:t>
      </w:r>
    </w:p>
    <w:p>
      <w:pPr>
        <w:pStyle w:val="ArticleBody"/>
        <w:jc w:val="left"/>
      </w:pPr>
      <w:r>
        <w:rPr>
          <w:rFonts w:ascii="Times New Roman" w:hAnsi="Times New Roman" w:eastAsia="Times New Roman" w:cs="Times New Roman"/>
        </w:rPr>
        <w:t>Эртний Израилийг цөлд үхэхээр хөөн зайлуулсан нүглүүдтэй адил тэрхүү нүглүүд 1844 оны аравдугаар сарын 22-нд ирсэн гурав дахь тэнгэрэлчийн ажлыг саатуулсаар ирсэн.</w:t>
      </w:r>
    </w:p>
    <w:p>
      <w:pPr>
        <w:pStyle w:val="ArticleScripture"/>
        <w:jc w:val="left"/>
      </w:pPr>
      <w:r>
        <w:rPr>
          <w:rFonts w:ascii="Times New Roman" w:hAnsi="Times New Roman" w:eastAsia="Times New Roman" w:cs="Times New Roman"/>
        </w:rPr>
        <w:t>“Есүс хамгийн ариун газрын хаалгыг нээсний дараа Амралтын өдрийн гэрэл үзэгдэж, Бурханы ард түмэн эрт цагт Израилийн хөвгүүд шалгагдсанчлан, Бурханы хуулийг сахих эсэх нь шалгагдсан юм. Гурав дахь тэнгэрэлч дээш заан, урам нь хугарсан хүмүүст тэнгэрийн ариун сүмийн хамгийн ариун газар хүрэх замыг үзүүлж байгааг би харсан. Тэд итгэлээр хамгийн ариун газарт ороход Есүсийг олж, найдвар ба баяр хөөр нь дахин сэргэн манддаг. Тэд өнгөрснийг эргэн харж, Есүсийн хоёр дахь ирэлтийн тунхаглалаас эхлэн 1844 онд хугацаа өнгөрөх хүртэлх өөрсдийн туршлагыг хянан үзэж байгааг би харсан. Тэд урам хугарсан явдлынхаа тайлбарыг олж харж, баяр хөөр ба итгэлтэй бат байдал нь дахин тэднийг амилуулдаг. Гурав дахь тэнгэрэлч өнгөрсөн, одоо, ирээдүйг гэрэлтүүлсэн бөгөөд Бурхан үнэхээр Өөрийн нууцлаг ивээлт удирдлагаар тэднийг хөтөлснийг тэд мэддэг.” Эртний Бичвэрүүд, 254.</w:t>
      </w:r>
    </w:p>
    <w:p>
      <w:pPr>
        <w:pStyle w:val="ArticleBody"/>
        <w:jc w:val="left"/>
      </w:pPr>
      <w:r>
        <w:rPr>
          <w:rFonts w:ascii="Times New Roman" w:hAnsi="Times New Roman" w:eastAsia="Times New Roman" w:cs="Times New Roman"/>
        </w:rPr>
        <w:t>Гурав дахь тэнгэрэлч нь тамгалах тэнгэрэлч бөгөөд тэр 1844 оны 10 дугаар сарын 22-нд ирсэн, гэвч түүний ажил эртний Израилийг цөлд үхэхэд хүргэсэн тэрхүү нүглүүдийн улмаас саатуулагдсан юм. 1863 оны тэрслэлээс үүдсэн энэ саатал нь гурав дахь тэнгэрэлчийн ажлыг саатуулсан явдал байсан бөгөөд иймээс тамгалалт нь зуу гаруй жилийн турш саатаж, хойшлогдсоор ирсэн юм.</w:t>
      </w:r>
    </w:p>
    <w:p>
      <w:pPr>
        <w:pStyle w:val="ArticleScripture"/>
        <w:jc w:val="left"/>
      </w:pPr>
      <w:r>
        <w:rPr>
          <w:rFonts w:ascii="Times New Roman" w:hAnsi="Times New Roman" w:eastAsia="Times New Roman" w:cs="Times New Roman"/>
        </w:rPr>
        <w:t>“[Тооллого 32:6–15, эш татав.] Эзэн Бурхан бол атаархаг Бурхан мөн, гэвч Тэр энэ үеийн Өөрийн ард түмний нүгэл ба гэмт үйлсийг урт тэвчээрээр хүлцэн тэвчдэг. Хэрэв Бурханы ард түмэн Түүний зөвлөмжөөр явсансан бол, Бурханы ажил урагшлан дэвшиж, үнэний мэдээнүүд газар дэлхийн бүх нүүрэн дээр оршин суугч бүх хүнд хүргэгдэх байсан. Хэрэв Бурханы ард түмэн Түүнд итгэж, Түүний үгийн үйлдэгчид болж, Түүний тушаалуудыг сахисансан бол, газар дэлхий дээр үлээхийн тулд салхийг тавьж явуулах ёстой байсан дөрвөн тэнгэрэлчид хандан, “Бурханы зарц нарыг духан дээр нь лацадтал минь салхи газар дэлхий дээр үлээлгэж бүү тавь; дөрвөн салхийг тогтоо, тогтоо” хэмээн хашхирсан мэдээтэйгээр тэнгэрийн дундуур нисэн ирсэн тэр тэнгэрэлч ирэхгүй байсан. Харин ард түмэн нь эртний Израилийн адил дуулгаваргүй, талархалгүй, ариун бус тул, нигүүлслийн сүүлчийн мэдээг чанга дуугаар тунхаглахыг бүгд сонсож болохын тулд хугацаа сунгагдаж байна. Эзэний ажилд саад учирч, лацдах цаг хойшлогджээ. Олон хүн үнэнийг сонсоогүй байна. Гэвч Эзэн тэдэнд сонсож, эргэж хөрвөх боломж олгох бөгөөд Бурханы агуу ажил урагшлан үргэлжлэх болно.” Manuscript Releases, volume 15, 292.</w:t>
      </w:r>
    </w:p>
    <w:p>
      <w:pPr>
        <w:pStyle w:val="ArticleBody"/>
        <w:jc w:val="left"/>
      </w:pPr>
      <w:r>
        <w:rPr>
          <w:rFonts w:ascii="Times New Roman" w:hAnsi="Times New Roman" w:eastAsia="Times New Roman" w:cs="Times New Roman"/>
        </w:rPr>
        <w:t>2001 оны 9 дүгээр сарын 11-нд гурав дахь тэнгэрэлч дахин ирж, 1863 оны бослогоос хойш саатуулагдсан байсан лацдах цаг дахин эхэлсэн. Энэ нь гурав дахь Гаслангийн Исламын ирэлт байсан бөгөөд тэр нь мөн лацдах цагийн эхлэлийг тэмдэглэдэг долоо дахь бүрээ юм. Лацдах цаг нь 1844 оны 10 дугаар сарын 22-нд, долоо дахь бүрээ дуугарч эхлэх үед, гурав дахь тэнгэрэлчийн ирэлтээр эхэлсэн боловч тэрхүү бүрээ саад тотгорт учирч, саатуулагдсан юм.</w:t>
      </w:r>
    </w:p>
    <w:p>
      <w:pPr>
        <w:pStyle w:val="ArticleScripture"/>
        <w:jc w:val="left"/>
      </w:pPr>
      <w:r>
        <w:rPr>
          <w:rFonts w:ascii="Times New Roman" w:hAnsi="Times New Roman" w:eastAsia="Times New Roman" w:cs="Times New Roman"/>
        </w:rPr>
        <w:t>Тэгээд миний далай дээр болон газар дээр зогсож байхыг харсан тэр тэнгэрэлч гараа тэнгэр өөд өргөн, тэнгэр ба дотор нь буй зүйлсийг, газар ба дотор нь буй зүйлсийг, далай ба дотор нь буй зүйлсийг бүтээсэн, мөнхөд мөнхөд амьдрагчаар тангараглав: цаг хугацаа цаашид байхгүй болно. Харин долоо дахь тэнгэрэлчийн дуу хоолойн өдрүүдэд, тэр бүрээгээ үлээж эхлэх үед, Бурханы нууц нь Өөрийн зарц эш үзүүлэгчдэд тунхагласан ёсоор биеллээ олох болно. Илчлэл 10:5–7.</w:t>
      </w:r>
    </w:p>
    <w:p>
      <w:pPr>
        <w:pStyle w:val="ArticleBody"/>
        <w:jc w:val="left"/>
      </w:pPr>
      <w:r>
        <w:rPr>
          <w:rFonts w:ascii="Times New Roman" w:hAnsi="Times New Roman" w:eastAsia="Times New Roman" w:cs="Times New Roman"/>
        </w:rPr>
        <w:t>Долоо дахь тэнгэрэлчийн “дуу хоолой” нь Нью-Йорк хотын агуу барилгууд нураан унагагдсан үед бууж ирсэн Илчлэл номын арван наймдугаар бүлгийн тэнгэрэлчийн дуу хоолой мөн.</w:t>
      </w:r>
    </w:p>
    <w:p>
      <w:pPr>
        <w:pStyle w:val="ArticleScripture"/>
        <w:jc w:val="left"/>
      </w:pPr>
      <w:r>
        <w:rPr>
          <w:rFonts w:ascii="Times New Roman" w:hAnsi="Times New Roman" w:eastAsia="Times New Roman" w:cs="Times New Roman"/>
        </w:rPr>
        <w:t>Үүний дараа би тэнгэрээс бууж ирж буй өөр нэгэн тэнгэрэлчийг харлаа. Тэрээр агуу эрх мэдэлтэй байсан бөгөөд түүний алдараар газар дэлхий гэрэлтэв. Тэгээд тэрээр хүчтэй дуугаар чанга хашхиран: Агуу Вавилон уналаа, уналаа; тэр нь чөтгөрүүдийн орон байр, аливаа бузар сүнсний хоргодох газар, аливаа бузарт бөгөөд жигшүүрт шувууны тор болжээ. Учир нь бүх үндэстэн түүний садар самууны уур хилэнгийн дарснаас уусан бөгөөд газрын хаад түүнтэй садарласан, газрын худалдаачид түүний тансаг амьдралын элбэг дэлбэг байдлаар баяжсан билээ. Илчлэлт 18:1–3.</w:t>
      </w:r>
    </w:p>
    <w:p>
      <w:pPr>
        <w:pStyle w:val="ArticleBody"/>
        <w:jc w:val="left"/>
      </w:pPr>
      <w:r>
        <w:rPr>
          <w:rFonts w:ascii="Times New Roman" w:hAnsi="Times New Roman" w:eastAsia="Times New Roman" w:cs="Times New Roman"/>
        </w:rPr>
        <w:t>Бууж ирдэг хүчирхэг тэнгэрэлчийн “дуу хоолой” нь, замдаа үхэл ба сүйрэл авчрахын тулд мултран гарахаар тэмүүлж буй “ууртай морь”-оор дүрслэгдсэн дөрвөн салхийг барьж тогтоохыг тэнгэрэлч нарт тушаадаг.</w:t>
      </w:r>
    </w:p>
    <w:p>
      <w:pPr>
        <w:pStyle w:val="ArticleScripture"/>
        <w:jc w:val="left"/>
      </w:pPr>
      <w:r>
        <w:rPr>
          <w:rFonts w:ascii="Times New Roman" w:hAnsi="Times New Roman" w:eastAsia="Times New Roman" w:cs="Times New Roman"/>
        </w:rPr>
        <w:t>“Бурханы тэнгэрэлчүүд Түүний зарлигийг биелүүлж, газрын салхинуудыг тогтоон барьж байна. Ингэснээр Бурханы зарц нар духан дээрээ тамгалуулах хүртэл салхи газар дээр ч, тэнгис дээр ч, ямар ч модон дээр ч үлээхгүй байх ёстой. Хүчит тэнгэрэлч зүүнээс (эсвэл нар мандахаас) дээш гарч ирж буйгаар харагддаг. Энэ хамгийн хүчит тэнгэрэлч гартаа амьд Бурханы, өөрөөр хэлбэл амь өгч чадах цорын ганц Нэгэний тамгыг атгаж байна. Тэр л үхэшгүй байдал, мөнх амь хүртэх хүмүүст духан дээр нь тэмдэг буюу бичээсийг бичиж чадна. Энэ ажлыг гүйцэтгэтэл дөрвөн салхийг тогтоон барихыг дөрвөн тэнгэрэлчид тушаах эрх мэдэлтэй байсан нь, мөн тэднийг сул тавих дуудлагыг өгөх хүртэл нь тийнхүү тушаасан нь, энэ хамгийн дээд тэнгэрэлчийн дуу хоолой мөн.” Testimonies to Ministers, 445.</w:t>
      </w:r>
    </w:p>
    <w:p>
      <w:pPr>
        <w:pStyle w:val="ArticleBody"/>
        <w:jc w:val="left"/>
      </w:pPr>
      <w:r>
        <w:rPr>
          <w:rFonts w:ascii="Times New Roman" w:hAnsi="Times New Roman" w:eastAsia="Times New Roman" w:cs="Times New Roman"/>
        </w:rPr>
        <w:t>Дөрвөн тэнгэрэлчид салхинуудыг барьж бай хэмээн тушаадаг тэр тэнгэрэлч нь Илчлэлт номын арван наймдугаар бүлэгт Өөрийн алдраар дэлхийг гэрэлтүүлдэг тэнгэрэлч мөн бөгөөд түүний “хүчтэй дуу” нь долоо дахь тэнгэрэлчийн дуу юм.</w:t>
      </w:r>
    </w:p>
    <w:p>
      <w:pPr>
        <w:pStyle w:val="ArticleScripture"/>
        <w:jc w:val="left"/>
      </w:pPr>
      <w:r>
        <w:rPr>
          <w:rFonts w:ascii="Times New Roman" w:hAnsi="Times New Roman" w:eastAsia="Times New Roman" w:cs="Times New Roman"/>
        </w:rPr>
        <w:t>“Илчлэл 7-д бидний бодолцол, тайтгарал, зоригжлын төлөө ямар гайхамшигтай дүрслэл өгөгдсөн байна вэ! Дөрвөн тэнгэрэлч газарт нэгэн ажил үйлдэхээр томилогдсон байдаг. Гэвч Өөрийгөө ертөнцийн золин авралын төлөөс болгон өгч ертөнцийг худалдан авсан Нэгэнд Өөрийн сонгосон цөөн хэдэн хүн бий. Хэн бэ тэд? Бурханы бүх тушаалыг сахиж, Есүсийн итгэлийг хадгалдаг хүмүүс мөн.”</w:t>
      </w:r>
    </w:p>
    <w:p>
      <w:pPr>
        <w:pStyle w:val="ArticleScripture"/>
        <w:jc w:val="left"/>
      </w:pPr>
      <w:r>
        <w:rPr>
          <w:rFonts w:ascii="Times New Roman" w:hAnsi="Times New Roman" w:eastAsia="Times New Roman" w:cs="Times New Roman"/>
        </w:rPr>
        <w:t>“Иоханы анхаарлыг өөр нэгэн үзэгдэлд хандуулав: ‘Амьд Бурханы тамгатай, зүүн зүгээс мандаж ирж буй өөр нэгэн тэнгэрэлчийг би харлаа’ (Илчлэлт 7:2). Энэ хэн бэ? Гэрээний Тэнгэрэлч мөн. Тэрээр нар мандах зүгээс ирдэг. Тэр бол дээрээс мандах Үүрийн гэрэл мөн. Тэр бол дэлхийн Гэрэл мөн. ‘Түүнд амь байсан бөгөөд тэрхүү амь нь хүмүүсийн гэрэл байв’ (Иохан 1:4). Энэ бол Исаиагийн дүрсэлсэн Нэгэн мөн: ‘Учир нь бидэнд Хүү төрсөн, бидэнд Хүү өгөгдсөн; засаглал Түүний мөрөн дээр байх болно; Түүний нэрийг Гайхамшигт, Зөвлөгч, Хүчит Бурхан, Мөнхийн Эцэг, Амар тайвны Ханхүү гэж нэрлэх болно’ (Исаиа 9:6). Тэрээр тэнгэр дэх тэнгэрэлчдийн цэргүүдээс дээгүүр эрх мэдэлтэй Нэгэн мэтээр, ‘газар, тэнгист хор хүргэх эрх олгогдсон’ тэдэнд хандан: ‘Бид Бурханыхаа зарц нарыг магнай дээр нь тамгалах хүртэл газар ч, тэнгис ч, модод ч бүү хорлогтун’ хэмээн хашхирсан юм (Илчлэлт 7:2, 3).</w:t>
      </w:r>
    </w:p>
    <w:p>
      <w:pPr>
        <w:pStyle w:val="ArticleScripture"/>
        <w:jc w:val="left"/>
      </w:pPr>
      <w:r>
        <w:rPr>
          <w:rFonts w:ascii="Times New Roman" w:hAnsi="Times New Roman" w:eastAsia="Times New Roman" w:cs="Times New Roman"/>
        </w:rPr>
        <w:t>“Энд бурханлаг ба хүнийх нэгдэн байна. Түүний дуудлагыг хүлээн авах хүртэл дөрвөн салхийг тогтоон барьж байх тушаал дөрвөн тэнгэрэлчид өгөгджээ. Бүлгийг бүхэлд нь унш. ‘Бүү хор хүргэ’ хэмээх дуудлага нь Сэргээн Босгогч, Аврагчийн амнаас гарч байна.</w:t>
      </w:r>
    </w:p>
    <w:p>
      <w:pPr>
        <w:pStyle w:val="ArticleScripture"/>
        <w:jc w:val="left"/>
      </w:pPr>
      <w:r>
        <w:rPr>
          <w:rFonts w:ascii="Times New Roman" w:hAnsi="Times New Roman" w:eastAsia="Times New Roman" w:cs="Times New Roman"/>
        </w:rPr>
        <w:t>“Шүүлт ба уур хилэн нь тодорхой нэг ажил хийгдэх хүртэл зөвхөн өчүүхэн хугацаанд баригдан саатуулагдах ёстой байв. Анхааруулга ба өршөөлийн энэ сүүлчийн мэдээ нь мөнгөнд хувиа бодсон хайр, амар хялбарт хувиа бодсон хайр, мөн хийгдэх шаардлагатай ажлыг хийхэд хүний тохирохгүй байдал зэргээс болж өөрийн ажлыг гүйцэтгэхдээ саатуулагдсан юм. Өөрийн алдраар дэлхийг гэрэлтүүлэх тэр тэнгэрэлч тэнгэрийн гэрэл нь тэднээр дамжин гэрэлтэж болох хүний хэрэгслүүдийг хүлээсээр ирсэн бөгөөд тэд ийнхүү хамтран, дэлхийн хувь заяаг шийдэх тэр мэдээг ариун, сүр жавхлант ач холбогдлынх нь дагуу хүргэх ёстой.” Manuscript Releases, volume 15, 222.</w:t>
      </w:r>
    </w:p>
    <w:p>
      <w:pPr>
        <w:pStyle w:val="ArticleBody"/>
        <w:jc w:val="left"/>
      </w:pPr>
      <w:r>
        <w:rPr>
          <w:rFonts w:ascii="Times New Roman" w:hAnsi="Times New Roman" w:eastAsia="Times New Roman" w:cs="Times New Roman"/>
        </w:rPr>
        <w:t>Гурав дахь тэнгэрэлч, өөрөөр хэлбэл Христ, мөн 1844 оны 10-р сарын 22-нд ирсэн лацдах тэнгэрэлч мөн бөгөөд, харин Бурханы ард түмний дуулгаваргүй байдлын улмаас Түүний нэг зуун дөчин дөрвөн мянгыг лацдах ажил 2001 оны 9-р сарын 11 хүртэл саатуулагдсан юм. Тэгээд гурав дахь Гаслангийн Ислам Нью-Йоркийн аугаа барилгуудыг нурааж, лацдах үйл явц эхэлсэн. Тэр үед үндэстнүүд “уурласан боловч хазаарлагдан баригдсан” байв. Илчлэлт номын арван наймдугаар бүлгийн эхний дуу хоолой нь Бурханы ард түмнийг лацдаж байх зуур дөрвөн тэнгэрэлчид барьж тогтоохыг тушаадаг дуу хоолой мөн.</w:t>
      </w:r>
    </w:p>
    <w:p>
      <w:pPr>
        <w:pStyle w:val="ArticleBody"/>
        <w:jc w:val="left"/>
      </w:pPr>
      <w:r>
        <w:rPr>
          <w:rFonts w:ascii="Times New Roman" w:hAnsi="Times New Roman" w:eastAsia="Times New Roman" w:cs="Times New Roman"/>
        </w:rPr>
        <w:t>Есүс төгсгөлийг үргэлж эхлэлээр нь дүрслэн үзүүлдэг бөгөөд 1993 оны 2-р сарын 26-нд гурав дахь Гаслангийн Ислам Нью-Йорк дахь Дэлхийн Худалдааны Төвийн Хойд цамхгийн газар доорх автомашины зогсоолд ачааны машины бөмбөг дэлбэлсэн. Тэр дэлбэрэлтийн улмаас барилгад их хэмжээний хохирол учирч, зургаан хүн амь үрэгдэн, мянга гаруй хүн шархадсан. Хэдийгээр уг халдлага цамхгуудыг нурааж чадаагүй боловч, энэ нь АНУ-ын нутаг дэвсгэр дээр үйлдэгдсэн терроризмын ноцтой үйлдэл байсан бөгөөд 2001 оны 9-р сарын 11-ний үйл явдлыг зөгнөн урьдаас илтгэсэн юм.</w:t>
      </w:r>
    </w:p>
    <w:p>
      <w:pPr>
        <w:pStyle w:val="ArticleBody"/>
        <w:jc w:val="left"/>
      </w:pPr>
      <w:r>
        <w:rPr>
          <w:rFonts w:ascii="Times New Roman" w:hAnsi="Times New Roman" w:eastAsia="Times New Roman" w:cs="Times New Roman"/>
        </w:rPr>
        <w:t>Лацдах үе 2001 оны 9 дүгээр сарын 11-нд эхэлсэн боловч түүнээс найман жилийн өмнөх урьдчилсан сануулгыг мөн багтаасан байв. 2023 оны 10 дугаар сарын 7-нд Исламын хүчний Израильд үйлдсэн довтолгоо нь лацдах үеийн төгсгөлийн тухай урьдчилсан сануулга юм. Гурав дахь Гай зовлонгийн эш үзүүллэгийн шинжүүд нь эхний хоёр Гай зовлонгийн эш үзүүллэгийн шинжүүдээр тогтоогдсон байна. Илчлэлт номын есдүгээр бүлгийн эхний ишлэлүүдэд нэг зуун дөчин дөрвөн мянгыг лацдах үйл явцыг дүрслэн үзүүлсэн байдаг.</w:t>
      </w:r>
    </w:p>
    <w:p>
      <w:pPr>
        <w:pStyle w:val="ArticleBody"/>
        <w:jc w:val="left"/>
      </w:pPr>
      <w:r>
        <w:rPr>
          <w:rFonts w:ascii="Times New Roman" w:hAnsi="Times New Roman" w:eastAsia="Times New Roman" w:cs="Times New Roman"/>
        </w:rPr>
        <w:t>Бид тэр сэдвийг дараагийн өгүүлэлд авч үзнэ.</w:t>
      </w:r>
    </w:p>
    <w:p>
      <w:pPr>
        <w:pStyle w:val="ArticleScripture"/>
        <w:jc w:val="left"/>
      </w:pPr>
      <w:r>
        <w:rPr>
          <w:rFonts w:ascii="Times New Roman" w:hAnsi="Times New Roman" w:eastAsia="Times New Roman" w:cs="Times New Roman"/>
        </w:rPr>
        <w:t>“Хэрэв иймэрхүү үзэгдлүүд ирэх ёстой, гэмт дэлхий дээр ийм аймшигт шүүлтүүд буух ёстой юм бол, Бурханы ард түмэнд орогнох газар хаана байх вэ? Уур хилэн өнгөртөл тэд хэрхэн хамгаалагдах вэ? Иохан байгалийн хүчинс—газар хөдлөлт, шуурга, улс төрийн тэмцэл—дөрвөн тэнгэрэлчийн барьж тогтоон байгаагаар дүрслэгдсэнийг хардаг. Эдгээр салхи Бурхан тэднийг тавь хэмээн үг хэлтэл хяналт дор байна. Тэнд Бурханы сүмийн аюулгүй байдал оршиж байна. Бурханы тэнгэрэлчүүд Түүний тушаалыг биелүүлэн, газрын салхинуудыг саатуулж байдаг бөгөөд ингэснээр Бурханы боолууд духан дээрээ тамгалагдах хүртэл тэр салхи газар дээр ч, тэнгис дээр ч, ямар ч модон дээр ч үлээхгүй байх ёстой. Хүчит тэнгэрэлч зүүнээс (эсвэл нар мандахаас) өгсөн гарч ирж буйгаар харагдана. Энэ хамгийн хүчит тэнгэрэлч гартаа амьд Бурханы тамгыг, өөрөөр хэлбэл амийг өгөх эрх зөвхөн Түүнд байдаг Нэгэний тамгыг барьж байна; Тэр л духан дээр мөнх бус байдал, мөнхийн амь хүртэх хүмүүст өгөх тэмдэг буюу бичээсийг сийлж чадна. Энэ ажлыг гүйцэлдтэл, мөн тэднийг сул тавих дуудлагыг Тэр өгөх хүртэл дөрвөн салхийг тогтоон барихыг дөрвөн тэнгэрэлчид тушаах эрх мэдэлтэй байсан нь энэ хамгийн дээд тэнгэрэлчийн дуу хоолой юм.</w:t>
      </w:r>
    </w:p>
    <w:p>
      <w:pPr>
        <w:pStyle w:val="ArticleScripture"/>
        <w:jc w:val="left"/>
      </w:pPr>
      <w:r>
        <w:rPr>
          <w:rFonts w:ascii="Times New Roman" w:hAnsi="Times New Roman" w:eastAsia="Times New Roman" w:cs="Times New Roman"/>
        </w:rPr>
        <w:t>“Ертөнцийг, махан биеийг, чөтгөрийг ялдаг хүмүүс нь амьд Бурханы тамгыг хүлээн авах ивээгдсэн хүмүүс байх болно. Гар нь цэвэр бус, зүрх нь ариун бус хүмүүст амьд Бурханы тамга байхгүй. Нүглийг төлөвлөж, түүнийгээ үйлдэж буй хүмүүс өнгөрөгдөнө. Зөвхөн Бурханы өмнө баримтлах сэтгэлийн байдлаараа аугаа бэлгэдлийн эсрэг Эвлэрүүллийн өдөр нүглээ наманчилж, улайж буй хүмүүсийн байр суурийг эзэлж буй хүмүүс л Бурханы хамгаалалтад зохистой хэмээн хүлээн зөвшөөрөгдөж, тэмдэглэгдэх болно. Аврагчийнхаа илрэн үзэгдэхийг өглөөг хүлээгчдээс ч илүү чин үнэнчээр, хүсэн тэмүүлэн ширтэж, хүлээж, харуулдан буй хүмүүсийн нэрс тамгалагдагсдын тоонд багтах болно. Үнэнгийн бүх гэрэл сүнсэн дээр нь гялалзаж байхад, тунхагласан итгэлдээ нийцэх үйлс байх ёстой атлаа нүгэлд татагдан, зүрхэндээ шүтээн босгож, Бурханы өмнө сүнсээ завхруулан, нүгэлд өөртэй нь нэгдэгчдийг бузарлаж буй хүмүүсийн нэрс амийн номоос арчигдаж, дэнлүүтэйгээ хамт савандаа тосгүй, шөнө дундын харанхуйд орхигдох болно. ‘Миний нэрээс эмээгч та нарт зөвт байдлын Нар далавчиндаа эдгэрлийг тээсэн хэвээр мандах болно.’”</w:t>
      </w:r>
    </w:p>
    <w:p>
      <w:pPr>
        <w:pStyle w:val="ArticleScripture"/>
        <w:jc w:val="left"/>
      </w:pPr>
      <w:r>
        <w:rPr>
          <w:rFonts w:ascii="Times New Roman" w:hAnsi="Times New Roman" w:eastAsia="Times New Roman" w:cs="Times New Roman"/>
        </w:rPr>
        <w:t>“Бурханы боолуудын энэ тамгалалт нь Езекиелд үзэгдлээр үзүүлэгдсэн тэрхүү тамгалалт мөн юм. Иохан ч мөн энэхүү туйлын гайхамшигт илчлэлийн гэрч болсон билээ. Тэрээр тэнгис болон давалгаанууд хүрхрэн шуугихыг, мөн хүмүүсийн зүрх айдсаас болж мохож байгааг харсан. Тэрээр газар хөдөлж, уулс тэнгисийн дунд шидэгдэн орж байгааг (энэ нь үгчилбэл яг хэрэгжиж буй зүйл юм), түүний ус хүрхрэн догшинтож, уулс түүний халилтаас болж чичирч байгааг үзсэн. Түүнд гай гамшиг, тахал, өлсгөлөн, үхэл аймшигт үүргээ гүйцэтгэж буйгаар үзүүлэгдсэн.”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Аравдугаар Дугаар</dc:title>
  <dc:subject>Ромын Гурвалсан Холбоо: Илчлэлт дэх бүрээнүүдийн эш үзүүллэгийн ач холбогдлыг илчлэх нь</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