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Арван Дөрөв дэх нь</w:t>
      </w:r>
    </w:p>
    <w:p>
      <w:pPr>
        <w:pStyle w:val="ArticleSubtitle"/>
        <w:jc w:val="left"/>
      </w:pPr>
      <w:r>
        <w:rPr>
          <w:rFonts w:ascii="Arial" w:hAnsi="Arial" w:eastAsia="Arial" w:cs="Arial"/>
        </w:rPr>
        <w:t>Эцсийн үеийнхэн: Езекиелийн эш үзүүллэгийн биелэл болон 144,000-ын тамгалагдлыг илчлэн харуулах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2001 оны 9 дүгээр сарын 11-нд гурав дахь гай ирснийг гэрчилсэн үеийнхэн бол дэлхийн түүхийн сүүлчийн үеийнхэн мөн. Энэ үнэнийг баталдаг Езекиелийн эшлэлийг Миллерчүүд арван онгон охины сургаалт зүйрлэлтэй, тиймээс Хабаккукын хоёрдугаар бүлэгтэй шууд холбоотой гэж ойлгож байв. Тэрхүү түүхэнд Хабаккукын хоёрдугаар бүлгийн, “удаашрахгүй” байсан үзэгдэл бөгөөд 1844 оны 10 дугаар сарын 22-нд биелсэн тэр үзэгдэл нь АНУ-д тун удахгүй гарах Ням гаргийн хуулийг урьдчилан дүрсэлсэн юм. Харин цаашид сунжрахгүй байх үзэгдлийн тухай Езекиелийн зөгнөл нь 2001 оны 9 дүгээр сарын 11-нд гурав дахь гай ирснээр эхэлсэн нэг зуун дөчин дөрвөн мянгыг тамгалах түүхэнд төгсөөр биелдэг.</w:t>
      </w:r>
    </w:p>
    <w:p>
      <w:pPr>
        <w:pStyle w:val="ArticleScripture"/>
        <w:jc w:val="left"/>
      </w:pPr>
      <w:r>
        <w:rPr>
          <w:rFonts w:ascii="Times New Roman" w:hAnsi="Times New Roman" w:eastAsia="Times New Roman" w:cs="Times New Roman"/>
        </w:rPr>
        <w:t>ЭЗЭНий үг надад ирж, ийнхүү айлдав: Хүний хүү, “Өдрүүд сунжирч, үзэгдэл бүр талаар болдог” гэж Израилийн нутагт та нарын хэлэлцдэг тэр зүйр үг юу вэ? Тиймээс тэдэнд хэлэгтүн: Эзэн Бурхан ийнхүү айлдаж байна; Би энэ зүйр үгийг зогсооно, Израильд түүнийг цаашид зүйр үг болгон хэрэглэхгүй. Харин тэдэнд ийнхүү хэл: Өдрүүд ойртсон, үзэгдэл бүрийн биелэл мөн адил ойртсон. Учир нь Израилийн гэрийн дунд хоосон нэг ч үзэгдэл, зусардсан мэргэ төлөг цаашид байхгүй. Учир нь Би бол ЭЗЭН мөн. Би айлдана, Миний айлдах үг биелнэ; тэр цаашид сунжрахгүй. Учир нь, тэрслүү гэр ээ, та нарын өдрүүдэд Би үгийг айлдаж, түүнийг гүйцэлдүүлэх болно гэж Эзэн Бурхан айлдаж байна. Дахин ЭЗЭНий үг надад ирж, ийнхүү айлдав: Хүний хүү, болгоогтун, Израилийн гэрийнхэн “Түүний үзэж буй үзэгдэл нь олон өдрийн хойших тухай, тэр алс холын цаг үеийн тухай эш үзүүлж байна” гэж хэлж байна. Тиймээс тэдэнд хэлэгтүн: Эзэн Бурхан ийнхүү айлдаж байна; Миний үгсийн аль нь ч цаашид сунжрахгүй, харин Миний айлдсан үг биелнэ гэж Эзэн Бурхан айлдаж байна. Езекиел 12:21–28.</w:t>
      </w:r>
    </w:p>
    <w:p>
      <w:pPr>
        <w:pStyle w:val="ArticleBody"/>
        <w:jc w:val="left"/>
      </w:pPr>
      <w:r>
        <w:rPr>
          <w:rFonts w:ascii="Times New Roman" w:hAnsi="Times New Roman" w:eastAsia="Times New Roman" w:cs="Times New Roman"/>
        </w:rPr>
        <w:t>Бүх эш үзүүлэгчид эцсийн өдрүүдийн тухай өгүүлдэг бөгөөд “Израилийн гэрийн доторх” “хоосон үзэгдэл” ба “зусардсан мэргэ” нь хуурамч хожмын бороо, өөрөөр хэлбэл “амар тайван ба аюулгүй байдал”-ын тухай мэдээ мөн; энэ нь “түүний үзэж буй үзэгдэл олон хоногийн хойшид хамаарна, тэрээр алс холын цаг үеийн тухай эш үзүүлж байна” хэмээн маргадаг. Энэ нь Хабаккукийн “маргаан” мөн. Учир нь “хоосон үзэгдэл”-ийг дэвшүүлэгчид “түүний үзэж буй үзэгдэл”-ийн эсрэг маргадаг. Тэд “Түүний үзэж буй үзэгдэл олон хоногийн хойшид хамаарна, тэрээр алс холын цаг үеийн тухай эш үзүүлж байна” хэмээн мэдэгддэг. “Амар тайван ба аюулгүй байдал”-ын мэдээний элч нар “өдрүүд сунжирч, бүх үзэгдэл биелэлгүй өнгөрдөг” хэмээн нотолдог. Эцэст нь хэлэхэд, тэр 2020 оны 7 дугаар сарын 18-ны өдрийг зөгнөөгүй гэж үү? “Хоосон үзэгдэл”-ийн элч нарыг мөн Езекиел уг бүлгийн эхний хоёр эшлэлд тодорхойлсон байдаг.</w:t>
      </w:r>
    </w:p>
    <w:p>
      <w:pPr>
        <w:pStyle w:val="ArticleScripture"/>
        <w:jc w:val="left"/>
      </w:pPr>
      <w:r>
        <w:rPr>
          <w:rFonts w:ascii="Times New Roman" w:hAnsi="Times New Roman" w:eastAsia="Times New Roman" w:cs="Times New Roman"/>
        </w:rPr>
        <w:t>ЭЗЭНий үг бас надад ирж, —Хүний хүү ээ, чи тэрслүү гэрийн дунд оршин суудаг. Тэдэнд харах нүд бий, гэвч хардаггүй; сонсох чих бий, гэвч сонсдоггүй. Учир нь тэд бол тэрслүү гэр мөн, хэмээн айлдав. Езекиел 12:1, 2.</w:t>
      </w:r>
    </w:p>
    <w:p>
      <w:pPr>
        <w:pStyle w:val="ArticleBody"/>
        <w:jc w:val="left"/>
      </w:pPr>
      <w:r>
        <w:rPr>
          <w:rFonts w:ascii="Times New Roman" w:hAnsi="Times New Roman" w:eastAsia="Times New Roman" w:cs="Times New Roman"/>
        </w:rPr>
        <w:t>Бүх эш үзүүлэгчид хоорондоо нэгэн дуугаар нийцдэг бөгөөд бүгд эцсийн өдрүүдийн талаар өгүүлдэг. Христ Өөрийн үйлчлэлийн түүхэн үед маргаанч иудейчүүдэд хандан айлдахдаа, тэр үед Бурханаас салгагдаж байсан тэдгээр маргаанч иудейчүүдийг “харах нүдтэй атлаа хардаггүй, сонсох чихтэй атлаа сонсдоггүй” хэмээн тодорхойлохын тулд Исаиагаас эш татсан юм. Тэгвэл одоо ч, тэр үеийн адил, Езекиел Лаодикеийн Адвентизмын дооглон тохуурхагч хүмүүс, манай үеийн маргаанч иудейчүүдэд хандан ярьж байгаа бөгөөд тэд хожмын борооны мэдээний эсрэгээр амар тайван ба аюулгүй байдлын мэдээг дэвшүүлдэг. Есүс Өөрийн Үгэнд тогтоосон дүрмүүдээр захирагдаж байсан тул Түүний зөгнөлүүд мөн эцсийн өдрүүдэд, Түүний маргаанч иудейчүүдэд хандан айлдсан өдрүүдээс ч илүү тодорхойгоор ханддаг юм.</w:t>
      </w:r>
    </w:p>
    <w:p>
      <w:pPr>
        <w:pStyle w:val="ArticleScripture"/>
        <w:jc w:val="left"/>
      </w:pPr>
      <w:r>
        <w:rPr>
          <w:rFonts w:ascii="Times New Roman" w:hAnsi="Times New Roman" w:eastAsia="Times New Roman" w:cs="Times New Roman"/>
        </w:rPr>
        <w:t>Иймээс Би тэдэнд сургаалт зүйрлэлээр ярьдаг. Учир нь тэд харсаар атал үздэггүй, сонссоор атал сонсдоггүй, мөн ойлгодоггүй. Тийнхүү тэдний дотор Исаиагийн эш үзүүллэг биелж байна. Тэрээр ийнхүү айлдсан нь: Та нар сонссоор атлаа ойлгохгүй; үзсээр атлаа ухаарахгүй. Учир нь энэ ард түмний зүрх хатуурч, чих нь дүлийрч, нүдээ анисан. Эс тэгвээс тэд нүдээрээ үзэж, чихээрээ сонсож, зүрхээрээ ойлгон, эргэж, Би тэднийг эдгээх байсан. Харин та нарын нүд ерөөлтэй, учир нь тэд үздэг; та нарын чих ерөөлтэй, учир нь тэд сонсдог. Үнэнээр Би та нарт хэлье, олон эш үзүүлэгчид болон зөвт хүмүүс та нарын үзэж буйг үзэхийг хүсэн мөрөөдсөн боловч үзээгүй, та нарын сонсож буйг сонсохыг хүссэн боловч сонсоогүй юм. Матай 13:13–17.</w:t>
      </w:r>
    </w:p>
    <w:p>
      <w:pPr>
        <w:pStyle w:val="ArticleBody"/>
        <w:jc w:val="left"/>
      </w:pPr>
      <w:r>
        <w:rPr>
          <w:rFonts w:ascii="Times New Roman" w:hAnsi="Times New Roman" w:eastAsia="Times New Roman" w:cs="Times New Roman"/>
        </w:rPr>
        <w:t>Сонсдог атлаа сонсдоггүй, хардаг атлаа хардаггүй ард түмний үзэгдэл нь хажуугаар өнгөрөгдөх үйл явцад орсон, урьдын Бурханы ард түмний онцлог шинж мөн. Тэрхүү эш үзүүллэгийн үзэгдэл нь ийм байдлын тухай Исаиагийн эш үзүүллийн биелэл юм. Бүх эш үзүүлэгчдийн адил Исаиа ч мөн Христийн хамт эцсийн өдрүүдийн тухай өгүүлж байна.</w:t>
      </w:r>
    </w:p>
    <w:p>
      <w:pPr>
        <w:pStyle w:val="ArticleScripture"/>
        <w:jc w:val="left"/>
      </w:pPr>
      <w:r>
        <w:rPr>
          <w:rFonts w:ascii="Times New Roman" w:hAnsi="Times New Roman" w:eastAsia="Times New Roman" w:cs="Times New Roman"/>
        </w:rPr>
        <w:t>Уззиа хаан нас барсан тэр жилд би Эзэнийг сэнтий дээр заларч буйгаар харлаа; Тэр өндөрт өргөмжлөгдсөн байсан бөгөөд Түүний хормой сүмийг дүүргэж байв. Түүний дээгүүр серафууд зогсож байлаа. Тэд тус бүр зургаан жигүүртэй: хоёроороо нүүрээ бүтээж, хоёроороо хөлөө бүтээж, хоёроороо нисэж байв. Нэг нь нөгөөдөө хашхиран хэлэв: Ариун, ариун, ариун бол түмэн цэргийн ЭЗЭН; бүх дэлхий Түүний алдраар дүүрэн байна. Хашхирагчийн дуунаар үүдний баганууд хөдөлж, өргөө утаагаар дүүрэв. Тэгэхэд би: Халаг надад! Би сүйрчээ. Учир нь би бузартсан уруултай хүн бөгөөд бузартсан уруултай ард түмний дунд оршин суудаг; гэвч миний нүд Хааныг, түмэн цэргийн ЭЗЭНийг харлаа, гэв. Тэгтэл серафуудын нэг нь гартаа тахилын ширээнээс хавчаараар авсан дүрэлзсэн нүүрс барин над уруу нисэн ирэв. Тэр үүнийг аман дээр минь хүргээд: Болгоогтун, энэ нь чиний уруулд хүрлээ; чиний гэм хилэнц зайлуулагдаж, чиний нүгэл ариусгагдлаа, гэв. Мөн би Эзэний дууг: Би хэнийг илгээх вэ, хэн Бидний төлөө явах вэ? хэмээн айлдахыг сонсов. Тэгэхэд би: Би энд байна; намайг илгээгээч, гэв. Тэр айлдахдаа: Явж, энэ ард түмэнд хэлэгтүн: Та нар сонссоор байвч үл ойлгоно; харсаар байвч үл ухаарна. Энэ ард түмний зүрхийг мохоож, чихийг нь дүлийрүүлж, нүдийг нь аниул; эс тэгвээс тэд нүдээрээ харж, чихээрээ сонсож, зүрхээрээ ойлгон, эргэн буцаж, эдгээгдэх вий. Исаиа 6:1–10.</w:t>
      </w:r>
    </w:p>
    <w:p>
      <w:pPr>
        <w:pStyle w:val="ArticleBody"/>
        <w:jc w:val="left"/>
      </w:pPr>
      <w:r>
        <w:rPr>
          <w:rFonts w:ascii="Times New Roman" w:hAnsi="Times New Roman" w:eastAsia="Times New Roman" w:cs="Times New Roman"/>
        </w:rPr>
        <w:t>Исаиа, Езекиел болон Христ бүгд сүүлчийн өдрүүдэд, хожмын борооны үед, Хабаккук номын хоёрдугаар бүлгийн биелэлд нийцүүлэн хожмын борооны үнэн ба хуурамч мэдээ маргааны сэдэв болж байх тэр цагт тамгалагдаж буй хүмүүсийг төлөөлж байна. Есүсийн хэлснээр, энэ нь биелж буй тэр цаг үед зөвт хүмүүс сургаалт зүйрлэлүүдийг “харж” байдаг бөгөөд энэ нь эш үзүүллийн бэлгэдэл юм. “Мэргэн” хүмүүс хожмын борооны эш үзүүллэгийн мэдээг ойлгож байдаг, харин маргаанч иудейчүүдээр төлөөлөгдөгсөд харж ч сонсож ч чаддаггүй бөгөөд Езекиелийн хэлснээр, тэд амар тайван ба аюулгүй байдлын тухай мэдээг дэвшүүлж, эш үзүүллэгүүдийн биелэл ирээдүйн алс хол үед байна хэмээн маргадаг. Тэд эш үзүүллэгүүдийг үгүйсгэдэггүй; маргаанч иудейчүүд ирэх Мессиагийн тухай эш үзүүллэгийг аман төдий хүлээн зөвшөөрдөг байсан; харин тэд зүгээр л уг үйл явдлыг алс ирээдүй рүү шилжүүлэн тавьдаг байв. Гэсэн ч Есүс өөрсдийн цаг үеийн эш үзүүллэгийн мэдээг “харах” хүмүүст ерөөл тунхагласан юм.</w:t>
      </w:r>
    </w:p>
    <w:p>
      <w:pPr>
        <w:pStyle w:val="ArticleBody"/>
        <w:jc w:val="left"/>
      </w:pPr>
      <w:r>
        <w:rPr>
          <w:rFonts w:ascii="Times New Roman" w:hAnsi="Times New Roman" w:eastAsia="Times New Roman" w:cs="Times New Roman"/>
        </w:rPr>
        <w:t>Христийн өдрүүдэд энэ нь Ариун Сүнс бууж ирсэн Түүний баптисмын үеэр ирсэн мэдээ байсан. Түүний баптисмын үеэр Ариун Сүнс бууж ирсэн явдал 1840 оны 8 дугаар сарын 11-нд Илчлэлт арван дахь бүлгийн тэнгэр элч бууж ирснийг урьдчилан дүрсэлсэн юм. Аль ч түүхэнд болсон тэр тэнгэрлэг буулт нь тухайн үеийн өнөөгийн үнэний мэдээ ирснийг тэмдэглэсэн бөгөөд Есүсийн хувьд энэ нь Түүний баптисмаар төлөөлөгдсөн үхэл ба амилалтынх нь мэдээ байсан. Миллерчүүдийн хувьд энэ нь цаг хугацааны эш үзүүлгийн сорих мэдээг баталсан эхний ба хоёр дахь гай зовлонгийн Исламын тухай мэдээ байсан. Эдгээр хоёр түүх хоёулаа 2001 оны 9 дүгээр сарын 11-нд хожмын борооны сорих мэдээ ирсэнтэй давхцан нийцдэг. Ийм учраас Систер Уайт дараахыг тэмдэглэсэн байдаг:</w:t>
      </w:r>
    </w:p>
    <w:p>
      <w:pPr>
        <w:pStyle w:val="ArticleScripture"/>
        <w:jc w:val="left"/>
      </w:pPr>
      <w:r>
        <w:rPr>
          <w:rFonts w:ascii="Times New Roman" w:hAnsi="Times New Roman" w:eastAsia="Times New Roman" w:cs="Times New Roman"/>
        </w:rPr>
        <w:t>“1840–1844 онуудад өгөгдсөн бүх мэдээ одоо хүчтэйгээр тунхаглагдах ёстой. Учир нь чиг баримжаагаа алдсан олон хүн бий. Эдгээр мэдээ бүх сүмүүдэд хүрэх ёстой.</w:t>
      </w:r>
    </w:p>
    <w:p>
      <w:pPr>
        <w:pStyle w:val="ArticleScripture"/>
        <w:jc w:val="left"/>
      </w:pPr>
      <w:r>
        <w:rPr>
          <w:rFonts w:ascii="Times New Roman" w:hAnsi="Times New Roman" w:eastAsia="Times New Roman" w:cs="Times New Roman"/>
        </w:rPr>
        <w:t>“Христос: ‘Та нарын нүд харж байгаа учир ерөөлтэй; та нарын чих сонсож байгаа учир ерөөлтэй. Учир нь үнэнээр Би та нарт хэлье, олон эш үзүүлэгчид болон зөвт хүмүүс та нарын харж буй зүйлсийг харахыг хүссэн авч хараагүй, та нарын сонсож буй зүйлсийг сонсохыг хүссэн авч сонсоогүй юм’ гэж айлдсан [Матай 13:16, 17]. 1843, 1844 онуудад үзэгдсэн зүйлсийг харсан нүднүүд ерөөлтэй.”</w:t>
      </w:r>
    </w:p>
    <w:p>
      <w:pPr>
        <w:pStyle w:val="ArticleScripture"/>
        <w:jc w:val="left"/>
      </w:pPr>
      <w:r>
        <w:rPr>
          <w:rFonts w:ascii="Times New Roman" w:hAnsi="Times New Roman" w:eastAsia="Times New Roman" w:cs="Times New Roman"/>
        </w:rPr>
        <w:t>“Энэ мэдээ өгөгдсөн. Мөн энэхүү мэдээг дахин тунхаглахад ямар ч саатал байж болохгүй. Учир нь цаг үеийн тэмдгүүд биелж байгаа бөгөөд төгсгөлийн ажил хийгдэх ёстой. Агуу ажил богино хугацаанд хийгдэх болно. Бурханы тогтоосон цагт нэгэн мэдээ удахгүй өгөгдөж, тэр нь чанга хашхираан болон өргөжинө. Тэгээд Даниел өөрийн хувь тавиланд зогсож, өөрийн гэрчлэлийг өгнө.”</w:t>
      </w:r>
    </w:p>
    <w:p>
      <w:pPr>
        <w:pStyle w:val="ArticleScripture"/>
        <w:jc w:val="left"/>
      </w:pPr>
      <w:r>
        <w:rPr>
          <w:rFonts w:ascii="Times New Roman" w:hAnsi="Times New Roman" w:eastAsia="Times New Roman" w:cs="Times New Roman"/>
        </w:rPr>
        <w:t>“Манай чуулгануудын анхаарал сэргээгдэх ёстой. Бид дэлхийн түүхэн дэх хамгийн агуу үйл явдлын ирмэг дээр зогсож байна; тиймээс Сатан Бурханы ард түмний дээр эрх мэдэлтэй болж, тэднийг нойрсуулан байлгах ёсгүй. Папын засаглал хүч чадалдаа илэрч гарч ирнэ. Одоо бүгд сэрж, Судруудыг шинжлэн үзэх ёстой. Учир нь Бурхан Өөртөө үнэнч хүмүүст эцсийн цагт юу тохиолдохыг мэдүүлэх болно. Эзэний үг Өөрийн ард түмэнд хүч чадалтайгаар ирэх ёстой....”</w:t>
      </w:r>
    </w:p>
    <w:p>
      <w:pPr>
        <w:pStyle w:val="ArticleScripture"/>
        <w:jc w:val="left"/>
      </w:pPr>
      <w:r>
        <w:rPr>
          <w:rFonts w:ascii="Times New Roman" w:hAnsi="Times New Roman" w:eastAsia="Times New Roman" w:cs="Times New Roman"/>
        </w:rPr>
        <w:t>“Надад илчлэгдсэн нь энэ юм—бид нойрсож байгаа бөгөөд биднийг эргэж ирсэн цаг үеэ мэдэхгүй байна. Харин хэрэв бид Бурханы өмнө өөрсдийгөө даруу болгож, Түүнийг бүх зүрхээрээ эрэн хайвал, Тэр Өөрийгөө бидэнд олуулах болно.” Manuscript Releases, volume 21, 436–438.</w:t>
      </w:r>
    </w:p>
    <w:p>
      <w:pPr>
        <w:pStyle w:val="ArticleBody"/>
        <w:jc w:val="left"/>
      </w:pPr>
      <w:r>
        <w:rPr>
          <w:rFonts w:ascii="Times New Roman" w:hAnsi="Times New Roman" w:eastAsia="Times New Roman" w:cs="Times New Roman"/>
        </w:rPr>
        <w:t>Христийн түүхэн дэх Мессиагийн өнөөгийн үнэний мэдээгээр, мөн 1840-өөс 1844 он хүртэлх өнөөгийн үнэний мэдээгээр хэв шинжлэгдсэн тэрхүү мэдээ нь Миллерийн хөдөлгөөний мэдээ дахин давтагдах эцсийн өдрүүдийг урагш заадаг. “Харж, сонсож” чадахгүйгээр дүрслэгдсэн түүхүүд дэх хүмүүс “өөрсдийг нь эргэж ирсэн цагийг мэддэггүй.” Исаиа хожмын борооны хуурамч мэдээний элч нарын тухай—хардаг атлаа хардаггүй—анхны эшлэлийг толилуулахдаа, энэ үе эхлэх цагийг, өөрөөр хэлбэл Систер Уайтын “Бурханаар товлогдсон, чанга дуудлага болон өргөжих мэдээ” хэмээн хэлсэн тэр үеийг тэмдэглэдэг. “Бурханы товлол” гэдэг нь тэр мэдээ ирэх тодорхой цагийг илэрхийлдэг бөгөөд Исаиа зургаадугаар бүлгийн гуравдугаар эшлэлд Исаиа тэр цагийг нарийвчлан заадаг.</w:t>
      </w:r>
    </w:p>
    <w:p>
      <w:pPr>
        <w:pStyle w:val="ArticleScripture"/>
        <w:jc w:val="left"/>
      </w:pPr>
      <w:r>
        <w:rPr>
          <w:rFonts w:ascii="Times New Roman" w:hAnsi="Times New Roman" w:eastAsia="Times New Roman" w:cs="Times New Roman"/>
        </w:rPr>
        <w:t>Тэгээд тэд нэг нь нөгөөдөө хандан: Ариун, ариун, ариун билээ, түмэн цэргийн ЭЗЭН; бүх дэлхий Түүний алдраар дүүрэн байна, хэмээн хашхирав. Исаиа 6:3.</w:t>
      </w:r>
    </w:p>
    <w:p>
      <w:pPr>
        <w:pStyle w:val="ArticleBody"/>
        <w:jc w:val="left"/>
      </w:pPr>
      <w:r>
        <w:rPr>
          <w:rFonts w:ascii="Times New Roman" w:hAnsi="Times New Roman" w:eastAsia="Times New Roman" w:cs="Times New Roman"/>
        </w:rPr>
        <w:t>Эгч Уайт, Исаиа нүдтэй атлаа хардаггүй хүмүүсийг төлөөлөн дүрсэлсэн тэр хэсэгт тэнгэрэлч нар бие биедээ «Ариун, Ариун, Ариун» хэмээн хашхирах нь 2001 оны 9 дүгээр сарын 11-нд биелдэг гэж тодорхойлдог.</w:t>
      </w:r>
    </w:p>
    <w:p>
      <w:pPr>
        <w:pStyle w:val="ArticleScripture"/>
        <w:jc w:val="left"/>
      </w:pPr>
      <w:r>
        <w:rPr>
          <w:rFonts w:ascii="Times New Roman" w:hAnsi="Times New Roman" w:eastAsia="Times New Roman" w:cs="Times New Roman"/>
        </w:rPr>
        <w:t>“Тэд [тэнгэрэлчүүд] бүх дэлхий Түүний алдраар дүүрэх ирээдүйг харахдаа, ялалтын магтаалын дуу нэгнээс нөгөөд уянгат аялгуугаар цуурайтан, ‘Ариун, ариун, ариун, Цэргийн Эзэн мөн’ хэмээн эгшиглэдэг. Тэд Бурханыг алдаршуулахдаа бүрэн хангалуун байдаг; мөн Түүний тааллын инээмсэглэлийн дор, Түүний оршихуйд, тэд өөр юуг ч хүсдэггүй. Түүний дүрийг тээн явж, Түүнд үйлчилж, Түүнд мөргөх явдалд тэдний хамгийн эрхэм тэмүүлэл бүрэн биеллээ олдог.” Review and Herald, December 22, 1896.</w:t>
      </w:r>
    </w:p>
    <w:p>
      <w:pPr>
        <w:pStyle w:val="ArticleBody"/>
        <w:jc w:val="left"/>
      </w:pPr>
      <w:r>
        <w:rPr>
          <w:rFonts w:ascii="Times New Roman" w:hAnsi="Times New Roman" w:eastAsia="Times New Roman" w:cs="Times New Roman"/>
        </w:rPr>
        <w:t>2001 оны 9 дүгээр сарын 11-нд нэг зуун дөчин дөрвөн мянгыг лацдах ажил эхэлж, хожмын бороо шивэрч эхэлсэн бөгөөд арван охины тухай сургаалт зүйрлэл дахин давтагдаж байх үед Хабакукийн маргаан эхэлсэн юм. Тэр мөчид Езекиелийн эш үзүүллэг төгс биеллээ олсон билээ. Эш үзүүллэгийн Үг цаашид хойшлогдохгүй бөгөөд 2001 оны 9 дүгээр сарын 11-нийг гэрчлэн харсан үеийнхэн бол дэлхий ертөнцийн сүүлчийн үе мөн. Учир нь Адвентизмийн төгсгөл дэх үзэгдэл нь Христийн хоёр дахь ирэлтээр авралын хугацаа хаагдахыг тунхагладаг. Энэ баримтын хоёр дахь гэрч нь Лукийн номын хорин нэгдүгээр бүлэгт байдаг.</w:t>
      </w:r>
    </w:p>
    <w:p>
      <w:pPr>
        <w:pStyle w:val="ArticleScripture"/>
        <w:jc w:val="left"/>
      </w:pPr>
      <w:r>
        <w:rPr>
          <w:rFonts w:ascii="Times New Roman" w:hAnsi="Times New Roman" w:eastAsia="Times New Roman" w:cs="Times New Roman"/>
        </w:rPr>
        <w:t>Үнэнээр Би та нарт хэлье, энэ үеийнхэн эдгээр бүгд биелэгдэх хүртэл өнгөрөн одохгүй. Тэнгэр газар өнгөрөн одно; харин Миний үгс хэзээ ч өнгөрөн одохгүй. Лук 21:32, 33.</w:t>
      </w:r>
    </w:p>
    <w:p>
      <w:pPr>
        <w:pStyle w:val="ArticleBody"/>
        <w:jc w:val="left"/>
      </w:pPr>
      <w:r>
        <w:rPr>
          <w:rFonts w:ascii="Times New Roman" w:hAnsi="Times New Roman" w:eastAsia="Times New Roman" w:cs="Times New Roman"/>
        </w:rPr>
        <w:t>Лукийн хорин нэгдүгээр бүлэгт Есүс дэлхийн түүхийн эцсийн үеийн үеийг тодорхойлон заадаг. Тэрээр саяхан МЭ 70 онд Иерусалим сүйрснээс эхлэн Миллерийн хөдөлгөөний түүх хүрэх хүртэл үргэлжилсэн түүхийн ерөнхий тоймыг өгсөн билээ. Дараа нь Тэр эш үзүүллэгийн түүхийг шууд тодорхойлон өгүүлэх хүүрнэлээс түр гарч, Өөрийн өмнө танилцуулсан эш үзүүллэгийн түүхийг зүгээр л давтан, улам дэлгэрүүлэн харуулдаг нэгэн сургаалт зүйрлэлийг өгүүлдэг. Ийнхүү Тэр нэгэн ижил хүүрнэлд дотоод хоёр гэрчийг өгсөн бөгөөд эцэст нь эдгээр үйл явдлыг гэрчилсэн тэрхүү “үе” Түүний эргэн ирэх хүртэл амьд байх болно хэмээн тодорхойлсноор, утга агуулгын хувьд зуун дөчин дөрвөн мянгаар төлөөлөгдсөн үеийг тодорхойлсон юм.</w:t>
      </w:r>
    </w:p>
    <w:p>
      <w:pPr>
        <w:pStyle w:val="ArticleBody"/>
        <w:jc w:val="left"/>
      </w:pPr>
      <w:r>
        <w:rPr>
          <w:rFonts w:ascii="Times New Roman" w:hAnsi="Times New Roman" w:eastAsia="Times New Roman" w:cs="Times New Roman"/>
        </w:rPr>
        <w:t>Нэг зуун дөчин дөрвөн мянгыг тамгалсан түүх нь эцсийн үеийн үеийнхэн бөгөөд тэд тэнгэр ба газар улиран өнгөрөх цагт амьдарч байсан ч үхлийг амсахгүй.</w:t>
      </w:r>
    </w:p>
    <w:p>
      <w:pPr>
        <w:pStyle w:val="ArticleScripture"/>
        <w:jc w:val="left"/>
      </w:pPr>
      <w:r>
        <w:rPr>
          <w:rFonts w:ascii="Times New Roman" w:hAnsi="Times New Roman" w:eastAsia="Times New Roman" w:cs="Times New Roman"/>
        </w:rPr>
        <w:t>Харин Эзэний өдөр шөнө хулгайч мэт ирнэ; тэр өдөр тэнгэрүүд их чимээтэйгээр өнгөрөн одно, махбод ертөнцийн элементүүд дүрэлзсэн халуунд хайлж, газар болон түүн доторх үйлсүүд шатаагдана. Иймээс энэ бүхэн ийнхүү устгагдах учир та нар бүх ариун явдал ба бурханлаг байдалд ямар хүмүүс байх ёстой вэ? Бурханы өдрийн ирэлтийг хүсэн хүлээж, түргэсгэн байхад, тэр өдөр галд автагдсан тэнгэрүүд задарч, элементүүд дүрэлзсэн халуунд хайлна. 2 Петр 3:10–12.</w:t>
      </w:r>
    </w:p>
    <w:p>
      <w:pPr>
        <w:pStyle w:val="ArticleBody"/>
        <w:jc w:val="left"/>
      </w:pPr>
      <w:r>
        <w:rPr>
          <w:rFonts w:ascii="Times New Roman" w:hAnsi="Times New Roman" w:eastAsia="Times New Roman" w:cs="Times New Roman"/>
        </w:rPr>
        <w:t>Христийн хоёр дахь ирэлтийг Христийн хувиралтаар дүрслэн үзүүлсэн юм.</w:t>
      </w:r>
    </w:p>
    <w:p>
      <w:pPr>
        <w:pStyle w:val="ArticleScripture"/>
        <w:jc w:val="left"/>
      </w:pPr>
      <w:r>
        <w:rPr>
          <w:rFonts w:ascii="Times New Roman" w:hAnsi="Times New Roman" w:eastAsia="Times New Roman" w:cs="Times New Roman"/>
        </w:rPr>
        <w:t>“Өөрчлөлтийн уулан дээрх Мосе нь Христийн нүгэл ба үхлийг ялсан ялалтын гэрч байв. Тэрээр зөвт хүмүүсийн амилалтаар булшнаас гарч ирэх тэднийг төлөөлж байлаа. Үхлийг үзэлгүйгээр тэнгэрт аваачигдсан Елиа нь Христийн хоёр дахь ирэлтийн үед газар дээр амьд байх бөгөөд ‘агшин зуур, нүд ирмэхийн төдийд, эцсийн бүрээ дуугарахад’ ‘өөрчлөгдөх’ тэднийг төлөөлж байв; учир нь тэр цагт ‘энэ үхлэн биет мөнх бус чанарыг өмсөх ёстой,’ мөн ‘энэ муудахуйц нь үл муудах чанарыг өмсөх ёстой.’ 1 Коринт 15:51–53. Есүс тэнгэрийн гэрлээр хувцаслагдсан байсан нь Тэр ‘авралын тулд нүгэлгүйгээр хоёр дахь удаагаа’ ирэхдээ ямархан байдлаар үзэгдэхийг илэрхийлж байв. Учир нь Тэр ‘Өөрийн Эцгийн сүр жавхланд ариун тэнгэрэлчүүдийн хамт’ ирэх болно. Еврей 9:28; Марк 8:38. Аврагчийн шавь нарт өгсөн амлалт одоо биеллээ олжээ. Уулан дээр ирээдүйн сүр жавхлант хаанчлал бяцхан дүрслэлээр үзүүлэгдсэн юм,—Христ Хаан, Мосе амилсан ариун хүмүүсийн төлөөлөгч, Елиа харин үхлийг үзэлгүй өөрчлөгдөн аваачигдах хүмүүсийн төлөөлөгч байлаа.” Хүслийн эрин, 421.</w:t>
      </w:r>
    </w:p>
    <w:p>
      <w:pPr>
        <w:pStyle w:val="ArticleBody"/>
        <w:jc w:val="left"/>
      </w:pPr>
      <w:r>
        <w:rPr>
          <w:rFonts w:ascii="Times New Roman" w:hAnsi="Times New Roman" w:eastAsia="Times New Roman" w:cs="Times New Roman"/>
        </w:rPr>
        <w:t>Үхээгүй Елиа нь үхдэггүй нэг зуун дөчин дөрвөн мянгыг төлөөлдөг бөгөөд Мосе нь үхдэг хүмүүсийг төлөөлдөг. Эцсийн өдрүүдэд тэр хоёр ангийг Илчлэлт номын долоодугаар бүлэгт нэг зуун дөчин дөрвөн мянга болон агуу их олон түмэн хэмээн дүрсэлсэн байдаг. Илчлэлт номын зургадугаар бүлэгт тав дахь лац нээгдэхэд, Харанхуйн үеийн турш папын засаглалын гарт алагдсан хүмүүст цагаан нөмрөгүүд өгөгддөг.</w:t>
      </w:r>
    </w:p>
    <w:p>
      <w:pPr>
        <w:pStyle w:val="ArticleScripture"/>
        <w:jc w:val="left"/>
      </w:pPr>
      <w:r>
        <w:rPr>
          <w:rFonts w:ascii="Times New Roman" w:hAnsi="Times New Roman" w:eastAsia="Times New Roman" w:cs="Times New Roman"/>
        </w:rPr>
        <w:t>“‘Тэр тав дахь лацыг нээхэд, би тахилын ширээний доор Бурханы үгийн төлөө, мөн өөрсдөдөө барьж байсан гэрчлэлийнхээ төлөө алагдсан хүмүүсийн сүнснүүдийг харав. Тэд чанга дуугаар хашхиран: Ариун бөгөөд Үнэн Эзэн минь, Та газар дээр оршин суугчдыг шүүн, бидний цусны өшөөг авахгүй удсаар хэзээ болтол байх вэ? хэмээн хэлэв. Тэгэхэд тэдний хүн нэг бүрд цагаан өмсгөл өгөгдөв [Тэд цэвэр бөгөөд ариун хэмээн тунхаглагдсан]; мөн тэдэнд, өөрсдийнх нь адил алагдах ёстой хамтран зүтгэгчид болон ах дүү нарынх нь тоо гүйцтэл, жаахан хугацаанд амрах ёстой гэж айлдагдав’ [Илчлэл 6:9–11]. Энд Иоханд бодит байдал дээр болж байсан зүйлс бус, харин ирээдүйн тодорхой нэгэн цаг үед тохиох байсан зүйлсийн дүр зураг үзүүлэгдсэн юм.” Manuscript Releases, volume 20, 197.</w:t>
      </w:r>
    </w:p>
    <w:p>
      <w:pPr>
        <w:pStyle w:val="ArticleBody"/>
        <w:jc w:val="left"/>
      </w:pPr>
      <w:r>
        <w:rPr>
          <w:rFonts w:ascii="Times New Roman" w:hAnsi="Times New Roman" w:eastAsia="Times New Roman" w:cs="Times New Roman"/>
        </w:rPr>
        <w:t>Амиа алдсан гэрчүүд өөрсдийн аллагын өшөөг Бурхан хэзээ авахыг асууж байна. Амиа алдсан гэрч аллагад өртөхөөсөө өмнө Есүсийн итгэлтэй байсан; учир нь яг тэрхүү итгэлийн илрэл нь папын засгийг түүнийг алахад хүргэсэн юм. Цагаан өмсгөл нь Христийн зөвт байдлыг төлөөлдөг боловч алагдсан эдгээр сүнсэнд өгөгдсөн цагаан өмсгөл нь тэдний амиа алдсаны дараа өгөгдсөн. Тиймээс тэрхүү өмсгөл нь зүгээр л Христийн зөвт байдлын бус, харин амиа алдсан гэрчийн бэлгэдэл юм. Амиа алдсан гэрч аллагад өртөхөөсөө өмнө Христийн зөвт байдлын өмсгөлтэй байдаг. Илчлэл номын долдугаар бүлгийн агуу олон түмэнд цагаан өмсгөл өгөгддөг бөгөөд энэ нь ирэх Ням гаргийн хуулийн цус урсгасан хядлагын үеэр үхэх хүмүүсийг төлөөлдөг. Иймээс нэг зуун дөчин дөрвөн мянгыг Хувиралын уулан дээр Елиагаар, харин Эзэн дотор нас барагч итгэлтнүүдийг Мосегоор төлөөлүүлсэн байна.</w:t>
      </w:r>
    </w:p>
    <w:p>
      <w:pPr>
        <w:pStyle w:val="ArticleBody"/>
        <w:jc w:val="left"/>
      </w:pPr>
      <w:r>
        <w:rPr>
          <w:rFonts w:ascii="Times New Roman" w:hAnsi="Times New Roman" w:eastAsia="Times New Roman" w:cs="Times New Roman"/>
        </w:rPr>
        <w:t>Нэг зуун дөчин дөрвөн мянга нь үхдэггүй үеийнхэн мөн бөгөөд Лук 21-р бүлэгт тэнгэр ба газар өнгөрөн одох үед амьд байх хүмүүс хэмээн Христийн хэлж буй тэр үеийнхэн мөн.</w:t>
      </w:r>
    </w:p>
    <w:p>
      <w:pPr>
        <w:pStyle w:val="ArticleBody"/>
        <w:jc w:val="left"/>
      </w:pPr>
      <w:r>
        <w:rPr>
          <w:rFonts w:ascii="Times New Roman" w:hAnsi="Times New Roman" w:eastAsia="Times New Roman" w:cs="Times New Roman"/>
        </w:rPr>
        <w:t>Бид энэ судалгааг дараагийн өгүүлэлд үргэлжлүүлэн авч үзнэ.</w:t>
      </w:r>
    </w:p>
    <w:p>
      <w:pPr>
        <w:pStyle w:val="ArticleScripture"/>
        <w:jc w:val="left"/>
      </w:pPr>
      <w:r>
        <w:rPr>
          <w:rFonts w:ascii="Times New Roman" w:hAnsi="Times New Roman" w:eastAsia="Times New Roman" w:cs="Times New Roman"/>
        </w:rPr>
        <w:t>“Абелийг алсан явдал нь Бурхан могой ба эмэгтэйн үрийн хооронд—Сатан ба түүний дагалдагчдын хооронд, мөн Христ ба Түүний дагалдагчдын хооронд—байна хэмээн тунхагласан дайсагналын анхны жишээ байв. Хүний нүглээр дамжин Сатан хүн төрөлхтнийг захирч эхэлсэн боловч Христ тэдэнд түүний буулгыг няцаан хаях боломж олгох байлаа. Бурханы Хурганы төлөөх итгэлээр аливаа сүнс нүглийн үйлчлэлээс татгалзах бүрд Сатаны хилэн дүрэлздэг. Абелийн ариун амьдрал нь хүн Бурханы хуулийг сахих боломжгүй гэсэн Сатаны нэхэмжлэлийн эсрэг гэрчилж байв. Хорон муу нэгний сүнсээр хөдөлгөгдсөн Каин Абелийг захирч чадахгүйгээ хараад, тийнхүү хилэгнэн түүний амийг бүрэлгэв. Бурханы хуулийн зөвт байдлыг өмгөөлөн зогсох хэн боловч, тэдний эсрэг мөн л тэр сүнс илрэх болно. Энэ нь бүх үеийн турш Христийн шавь нарт зориулан шонд цовдолж, галын овоог асааж ирсэн тэр л сүнс мөн. Гэвч Есүсийн дагалдагч дээр овоорсон харгислалууд нь түүнийг өөрсдийн эрхшээлд оруулахад хүчээр албадан чаддаггүй тул Сатан ба түүний цэргүүдийн өдөөлтөөр үйлдэгддэг. Энэ бол ялагдсан дайсны уурсал юм. Есүсийн төлөө амиа өгсөн алагдагч бүр ялагч болон нас барсан. Эш үзүүлэгч ийн өгүүлдэг: “Тэд түүнийг [‘чөтгөр, Сатан хэмээн нэрлэгддэг тэрхүү эртний могойг’] Хурганы цусаар, мөн өөрсдийн гэрчлэлийн үгээр дийлсэн; тэд үхэлтэй тулсан ч амиа хайрласангүй.” Илчлэлт 12:11, 9.” Эцэг өвгөд ба эш үзүүлэгчид,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Арван Дөрөв дэх нь</dc:title>
  <dc:subject>Эцсийн үеийнхэн: Езекиелийн эш үзүүллэгийн биелэл болон 144,000-ын тамгалагдлыг илчлэн харуулах нь</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