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Тавдугаар Хэсэг</w:t>
      </w:r>
    </w:p>
    <w:p>
      <w:pPr>
        <w:pStyle w:val="ArticleSubtitle"/>
        <w:jc w:val="left"/>
      </w:pPr>
      <w:r>
        <w:rPr>
          <w:rFonts w:ascii="Arial" w:hAnsi="Arial" w:eastAsia="Arial" w:cs="Arial"/>
        </w:rPr>
        <w:t>Эцсийн үеийнхний эш үзүүллэгийн шинж чанаруудыг илчлэн нээх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Өнгөрөн зайлуулагдаж буй ард түмний эцсийн үед зөгнөлийн тодорхой шинжүүд илэрхийлэгддэг. Тиймээс тэд Сатаны зан чанарыг бүрдүүлсэн тул могойн үр садын үе болдог. Тэд Бурханы дайснуудтай ариусгагдаагүй холбоо тогтоосон тул завхайрагчдын үе болдог. Тэд хардаг боловч ойлгож чаддаггүй, сонсдог боловч ухаарч хүлээн авдаггүй хэмжээнд хүрсэн, учир нь тэд эс эргэсэн бөгөөд энэ нь тэдний зүрх таргалснаар дүрслэгддэг. Мосе хамгийн түрүүнд яг энэ үзэгдэлд хандсан юм.</w:t>
      </w:r>
    </w:p>
    <w:p>
      <w:pPr>
        <w:pStyle w:val="ArticleScripture"/>
        <w:jc w:val="left"/>
      </w:pPr>
      <w:r>
        <w:rPr>
          <w:rFonts w:ascii="Times New Roman" w:hAnsi="Times New Roman" w:eastAsia="Times New Roman" w:cs="Times New Roman"/>
        </w:rPr>
        <w:t>Мосе бүх Израилийг дуудаж, тэдэнд хэлэв: ЭЗЭН Египетийн нутагт Фараонд, түүний бүх зарц нарт, мөн түүний бүх нутагт та нарын нүдний өмнө юу үйлдсэнийг та нар харсан. Чиний нүдний харсан тэр агуу сорилтууд, тэмдгүүд, мөн тэр агуу гайхамшгуудыг харсан. Гэвч ЭЗЭН өнөөг хүртэл та нарт ухааран ойлгох зүрх, харах нүд, сонсох чихийг өгөөгүй билээ. Дэд хууль 29:2–4.</w:t>
      </w:r>
    </w:p>
    <w:p>
      <w:pPr>
        <w:pStyle w:val="ArticleBody"/>
        <w:jc w:val="left"/>
      </w:pPr>
      <w:r>
        <w:rPr>
          <w:rFonts w:ascii="Times New Roman" w:hAnsi="Times New Roman" w:eastAsia="Times New Roman" w:cs="Times New Roman"/>
        </w:rPr>
        <w:t>Харах ба сонсохтой холбоотой Лаодикийн үзэгдлийн тухай анхны дурдлагад Бурханы ард түмний харж чаддаггүй зүйл нь тэдний суурь түүхийн тэмдгүүд ба гайхамшгууд юм. Иеремиа энэхүү үзэгдлийг эцсийн өдрүүд дэх “мунхаг охид”-ын нэгэн шинж чанар хэмээн тодорхойлж, мөн Бүтээгч Бурханаас эмээхийг тунхагласан эхний тэнгэрэлчийн зарлигаар эхэлдэг гурван тэнгэрэлчийн мэдээг хүлээн авахаас мунхаг охид татгалзаж буйн төлөөлөл хэмээн үзүүлдэг. Энэ тэрслэлийн улмаас тэд хожмын бороог хүлээн авдаггүй.</w:t>
      </w:r>
    </w:p>
    <w:p>
      <w:pPr>
        <w:pStyle w:val="ArticleScripture"/>
        <w:jc w:val="left"/>
      </w:pPr>
      <w:r>
        <w:rPr>
          <w:rFonts w:ascii="Times New Roman" w:hAnsi="Times New Roman" w:eastAsia="Times New Roman" w:cs="Times New Roman"/>
        </w:rPr>
        <w:t>Үүнийг Иаковын гэрт тунхаглаж, Иудад нийтлэн, ийнхүү хэлэгтүн: Одоо үүнийг сонсогтун, мунхаг бөгөөд ухааралгүй ард түмэн ээ; нүдтэй атлаа хардаггүй, чихтэй атлаа сонсдоггүй та нар аа: «Та нар Надаас эмээхгүй гэж үү?» гэж ЭЗЭН айлдаж байна. «Би далайд мөнхийн тогтоолоор хил хязгаар болгон элсийг тавьсан тул тэр үүнийг давж чадахгүй; долгион нь хэчнээн цалгиллаа ч дийлэхгүй, хэчнээн хүрхрэн шуугиллаа ч түүнийг даван гарч чадахгүй байхад, та нар Миний өмнө чичрэхгүй гэж үү?» Харин энэ ард түмэн тэрслүү бөгөөд дуулгаваргүй зүрхтэй; тэд урван оджээ. Мөн тэд зүрхэндээ: «Өөрийн цагт эрт ба хожуу бороог өгч, ургацын тогтоосон долоо хоногуудыг бидэнд хадгалан өгдөг ЭЗЭН, бидний Бурханаас одоо эмээцгээе» гэж хэлдэггүй. Та нарын гэм буруу эдгээрийг зайлуулж, та нарын нүгэл та нараас сайн юмсыг хорьж саатуулжээ. Иеремиа 5:20–25.</w:t>
      </w:r>
    </w:p>
    <w:p>
      <w:pPr>
        <w:pStyle w:val="ArticleBody"/>
        <w:jc w:val="left"/>
      </w:pPr>
      <w:r>
        <w:rPr>
          <w:rFonts w:ascii="Times New Roman" w:hAnsi="Times New Roman" w:eastAsia="Times New Roman" w:cs="Times New Roman"/>
        </w:rPr>
        <w:t>Езекиел ойлгон мөртөө ухаардаггүйгээр дүрслэгдсэн шинж чанарыг илэрхийлэгчдийг тэрслүү гэр гэж тодорхойлдог. Тэд бол өөрсдийн суурийн түүхийг харахыг хүсдэггүй тэрслүү гэр мөн; тэд бол анхны тэнгэрэлчийн мэдээг хүлээн авахаас татгалздаг учир хөрвөөгүй мэргэн бус онгон охид мөн бөгөөд, энэ нь тэдгээр бүхнийг хүлээн авахаас татгалзсантай адил юм. Учир нь хэрэв чи анхны тэнгэрэлчийн мэдээг хүлээн авахгүй бол, хоёр дахьг ч, гурав дахьг ч хүлээн авч чадахгүй. Ийм байдалд хожмын борооны үед эдгээр онгон охидоос хожмын бороо түдгэлзүүлэгддэг. Есүс Өөрийн өгүүлэмжид энэ шинж чанарыг хөндсөний дараа, Тэрээр үр цацагчийн сургаалт зүйрлэлийг танилцуулахаар цааш үргэлжилсэн.</w:t>
      </w:r>
    </w:p>
    <w:p>
      <w:pPr>
        <w:pStyle w:val="ArticleScripture"/>
        <w:jc w:val="left"/>
      </w:pPr>
      <w:r>
        <w:rPr>
          <w:rFonts w:ascii="Times New Roman" w:hAnsi="Times New Roman" w:eastAsia="Times New Roman" w:cs="Times New Roman"/>
        </w:rPr>
        <w:t>Харин та нарын нүд ерөөлтэй, учир нь тэд хардаг; та нарын чих ерөөлтэй, учир нь тэд сонсдог. Учир нь үнэнээр Би та нарт хэлье, олон эш үзүүлэгчид болон зөвт хүмүүс та нарын харж буйг үзэхийг хүссэн боловч үзээгүй; та нарын сонсож буйг сонсохыг хүссэн боловч сонсоогүй юм. Тиймээс та нар тариачны тухай сургаалт зүйрлэлийг сонсогтун. Хэн нэгэн хаанчлалын үгийг сонсоод түүнийг ойлгохгүй бол, муу нэгэн ирж, түүний зүрхэнд таригдсан зүйлийг булаан авч оддог. Энэ нь замын хажууд үр хүлээн авсан хүн мөн. Харин чулуурхаг газарт үр хүлээн авсан нь үгийг сонсоод тэр даруй баяртайгаар хүлээн авдаг хүн мөн; гэвч түүнд өөрт нь үндэс байдаггүй, харин хэсэг хугацаанд л тогтдог. Учир нь үгийн улмаас зовлон буюу хавчлага гарахад тэр даруй бүдэрдэг. Өргөст бутны дунд үр хүлээн авсан нь мөн үгийг сонсдог хүн бөгөөд энэ ертөнцийн санаа зовнил, эд баялгийн мэхлэл үгийг боомилдог тул тэр үр жимсгүй болдог. Харин сайн хөрсөнд үр хүлээн авсан нь үгийг сонсоод ойлгодог хүн мөн; тэр мөн үр жимс гаргадаг бөгөөд нэг нь зуу, нэг нь жаран, нэг нь гуч нугалан ургуулдаг. Тэр тэдэнд өөр нэгэн сургаалт зүйрлэл айлдан, —Тэнгэрийн хаанчлалыг өөрийн талбайд сайн үр тарьсан хүнтэй зүйрлэж болно. Харин хүмүүс унтаж байх зуур түүний дайсан ирж, улаан буудайн дунд зэрлэг өвс тариад явжээ. Гэтэл соёо ургаж, үр жимс гаргах үед зэрлэг өвс ч мөн ил болов. Тэгэхэд гэрийн эзний зарц нар ирж түүнд, “Эзэнтэн, та талбайдаа сайн үр тариагүй бил үү? Тэгвэл зэрлэг өвс нь хаанаас гарав?” гэв. Тэр тэдэнд, “Үүнийг дайсан хүн хийжээ” гэв. Зарц нар түүнд, “Тэгвэл бид явж түүнийг түүж авахыг хүсэж байна уу?” гэв. Харин тэр, “Үгүй; та нар зэрлэг өвсийг түүж байхдаа улаан буудайг ч мөн хамт үндсээр нь сугалчих вий. Ургац хураах хүртэл хоёуланг нь хамт ургуул. Ургац хураах цагт би хадагчдад, ‘Эхлээд зэрлэг өвсийг хамж, шатаахын тулд боодол болгон боо; харин улаан буудайг миний амбаарт хураа’ гэж хэлнэ” гэв. Матай 13:16–30.</w:t>
      </w:r>
    </w:p>
    <w:p>
      <w:pPr>
        <w:pStyle w:val="ArticleBody"/>
        <w:jc w:val="left"/>
      </w:pPr>
      <w:r>
        <w:rPr>
          <w:rFonts w:ascii="Times New Roman" w:hAnsi="Times New Roman" w:eastAsia="Times New Roman" w:cs="Times New Roman"/>
        </w:rPr>
        <w:t>Мунхгууд бол зэрлэг өвс бөгөөд, мэргэд нь улаан буудай юм. Арван охины тухай сургаалт зүйрлэлд тосыг эзэмшсэн байдал нь энэ хоёр ангийг ялган илэрхийлдэг; харин улаан буудай ба зэрлэг өвсний тухайд бол үр—өөрөөр хэлбэл үг—ойлгогдсон эсэх дээр энэ нь үндэслэнэ. Үзэж, улмаар ойлгохгүй байх нэгэн ангийн тухай Мосегоор дамжин өгүүлсэн анхны дурдалт нь, ойлгогдох ёстой мэдээ нь суурь түүхийн тэмдэг ба гайхамшгууд мөн гэдгийг тогтоодог. Эллен Уайтын өгсөн, тэрслүү гэрийн сохролын бүрдлүүдийн тухай эш үзүүллэгийн сүүлчийн эшлэл нь, бүх зөвт хүмүүсийн үзэхийг хүсэж байсан зүйлийг үзэхээр ерөөгдсөн нүд нь Миллерийн хөдөлгөөний түүх байсан гэдгийг тодорхойлдог.</w:t>
      </w:r>
    </w:p>
    <w:p>
      <w:pPr>
        <w:pStyle w:val="ArticleScripture"/>
        <w:jc w:val="left"/>
      </w:pPr>
      <w:r>
        <w:rPr>
          <w:rFonts w:ascii="Times New Roman" w:hAnsi="Times New Roman" w:eastAsia="Times New Roman" w:cs="Times New Roman"/>
        </w:rPr>
        <w:t>“1840–1844 оны хооронд өгөгдсөн бүх мэдээг одоо хүчтэйгээр тунхаглах ёстой. Учир нь чиг баримжаагаа алдсан хүмүүс олон байна. Эдгээр мэдээ бүх сүмүүдэд хүрэх ёстой.</w:t>
      </w:r>
    </w:p>
    <w:p>
      <w:pPr>
        <w:pStyle w:val="ArticleScripture"/>
        <w:jc w:val="left"/>
      </w:pPr>
      <w:r>
        <w:rPr>
          <w:rFonts w:ascii="Times New Roman" w:hAnsi="Times New Roman" w:eastAsia="Times New Roman" w:cs="Times New Roman"/>
        </w:rPr>
        <w:t>“Христос ийнхүү айлдсан: ‘Та нарын нүд хардаг тул ерөөлтэй; мөн та нарын чих сонсдог тул ерөөлтэй. Учир нь үнэнээр Би та нарт хэлье, та нарын харж буй зүйлсийг харахыг олон эш үзүүлэгчид болон зөвт хүмүүс хүсэн мөрөөдсөн боловч хараагүй; мөн та нарын сонсож буй зүйлсийг сонсохыг хүссэн боловч сонсоогүй’ [Матай 13:16, 17]. 1843, 1844 онуудад үзэгдсэн зүйлсийг харсан нүд ерөөлтэй.” Manuscript Releases, volume 21, 436, 437.</w:t>
      </w:r>
    </w:p>
    <w:p>
      <w:pPr>
        <w:pStyle w:val="ArticleBody"/>
        <w:jc w:val="left"/>
      </w:pPr>
      <w:r>
        <w:rPr>
          <w:rFonts w:ascii="Times New Roman" w:hAnsi="Times New Roman" w:eastAsia="Times New Roman" w:cs="Times New Roman"/>
        </w:rPr>
        <w:t>Есүс үргэлж төгсгөлийг эхлэлээр дүрслэн харуулдаг бөгөөд нүдтэй атлаа хардаггүй, ойлгодоггүй хүмүүсийн тухай эхний дурдалт болон эцсийн дурдалт нь тэрслүү гэрийн үндэс суурийн түүх нь харагддаггүй зүйл тул няцаагддаг, улмаар мунхаг хүмүүсийг хожмын бороог танин мэдэхээс сэргийлдэг болохыг илтгэн харуулдаг. 1840–1844 оны түүх нь эртний Израилийг Египетийн боолчлолоос чөлөөлсөн үйл явдлаар бэлгэдэгдсэн. Эртний Израиль анхны шалгалтын үйл явцыг давж чадаагүй нь тэднийг Кадешид хүргэсэн бөгөөд тэнд тэд арван тагнуулын худал мэдээг хүлээн авч, өөрсдийг нь Египет уруу буцаан авч явах шинэ ахлагчийг сонгосон. Дөчин жилийн дараа тэднийг дахин Кадешид авчирсан бөгөөд Мосе Хадыг хоёр дахь удаагаа цохисноор алдаа гаргасан.</w:t>
      </w:r>
    </w:p>
    <w:p>
      <w:pPr>
        <w:pStyle w:val="ArticleBody"/>
        <w:jc w:val="left"/>
      </w:pPr>
      <w:r>
        <w:rPr>
          <w:rFonts w:ascii="Times New Roman" w:hAnsi="Times New Roman" w:eastAsia="Times New Roman" w:cs="Times New Roman"/>
        </w:rPr>
        <w:t>Мосе бүтэлгүйтсэн хэдий ч, Иошуа тэднийг Амлагдсан Газар уруу удирдан оруулахаар цааш үргэлжилсэн билээ. Кадеш дахь эцсийн сорилт нь ноцтой бослоготой холбоотой байсан. Учир нь Есүс төгсгөлийг эхлэлээр үргэлж дүрслэн харуулдаг бөгөөд дөчин жилийн эхэнд Кадеш дахь арван тагнуулын бослого, мөн дөчин жилийн төгсгөлд гарсан үйл явдал нь бас Кадеш дахь агуу бослогыг дүрслэн үзүүлдэг. Гэвч Кадеш дахь Мосегийн бослогыг үл харгалзан, Амлагдсан Газар уруу орох үзэгдэл цаашид саатахаа больсон юм.</w:t>
      </w:r>
    </w:p>
    <w:p>
      <w:pPr>
        <w:pStyle w:val="ArticleBody"/>
        <w:jc w:val="left"/>
      </w:pPr>
      <w:r>
        <w:rPr>
          <w:rFonts w:ascii="Times New Roman" w:hAnsi="Times New Roman" w:eastAsia="Times New Roman" w:cs="Times New Roman"/>
        </w:rPr>
        <w:t>1863 оны тэрсэллийн дотор, энэ нь 1888 оны улам гүнзгийрсэн тэрсэлд хүргэж, тэр нь 1919 оны улам нэмэгдсэн тэрсэлд хүргэн, эцэстээ 1957 оны тэрсэлд хүрч оргилдоо хүрсэн бөгөөд, Есүс Лаодикийн Адвентизмыг Кадеш уруу буцаан авчирсан. Тэрээр тэднийг гурав дахь тэнгэрэлч ирж, шалгалтын үйл явцыг эхлүүлсэн түүхэн үе рүү нь буцаан авчирсан бөгөөд, тэр үйл явцын эцэст 1863 оны тэрсэл болон Лаодикийн цөлд тэнүүчлэн явах цөллөг илэрхийлэгдсэн юм. Илчлэл арван наймын хүчирхэг тэнгэрэлч, өөрөөр хэлбэл гурав дахь тэнгэрэлч, доош буун ирсэн 2001 оны 9 дүгээр сарын 11-нд гурав дахь тэнгэрэлч Лаодикийн Адвентизмын төгсгөлийн түүхэнд орж ирсэн. Тэгээд тэрээр Вавилон унасан гэж тунхагласан нь Нью-Йорк хотын цамхгуудыг нурааснаар бэлгэдэгдсэн Нимродын цамхагийг унагаасан дүрслэлээр урьдчилан төлөөлөгдсөн юм.</w:t>
      </w:r>
    </w:p>
    <w:p>
      <w:pPr>
        <w:pStyle w:val="ArticleScripture"/>
        <w:jc w:val="left"/>
      </w:pPr>
      <w:r>
        <w:rPr>
          <w:rFonts w:ascii="Times New Roman" w:hAnsi="Times New Roman" w:eastAsia="Times New Roman" w:cs="Times New Roman"/>
        </w:rPr>
        <w:t>“Гурав дахь тэнгэрэлчийн мэдээ ойлгогдохгүй бөгөөд түүний алдар суугаар дэлхийг гэрэлтүүлэх гэрлийг, өсөн дэвжих түүний алдар дотор алхахаас татгалзагчид хуурамч гэрэл хэмээн нэрлэх болно.” Review and Herald, 1890 оны 5 дугаар сарын 27.</w:t>
      </w:r>
    </w:p>
    <w:p>
      <w:pPr>
        <w:pStyle w:val="ArticleBody"/>
        <w:jc w:val="left"/>
      </w:pPr>
      <w:r>
        <w:rPr>
          <w:rFonts w:ascii="Times New Roman" w:hAnsi="Times New Roman" w:eastAsia="Times New Roman" w:cs="Times New Roman"/>
        </w:rPr>
        <w:t>Эртний Израилийн хувьд байсанчлан, мөн адил өнөөгийн Израилийн хувьд ч тийм юм. 2001 оны есдүгээр сарын 11-нийг үзсэн үеийнхэн бол сүүлчийн үеийнхэн мөн. Есүс Лукын хорин нэгдүгээр бүлэгт “энэ үеийнхэн” гэж айлдсан бөгөөд Тэрхүү үеийнхнийг тэнгэр газар өнгөрөн одох үед амьдрагчид хэмээн тодорхойлсон; энэ нь Хоёр дахь Ирэлтийн үед тохиолддог. Христийн эргэн ирэлтийг үзэх хүртлээ амьдрах тэр үеийнхэн өөрсдөө эцсийн үеийнхэн мөн гэдгийг нь тэдэнд батлан харуулах нэгэн тэмдгийг танин мэдсэн байх болно. Тэд “аливаа үзэгдлийн биелэл” цаашид “удаашрахгүй” болсон тэр цаг үед амьдарч буй хүмүүс өөрсдөө мөн гэдгээ мэдэж, ойлгох болно.</w:t>
      </w:r>
    </w:p>
    <w:p>
      <w:pPr>
        <w:pStyle w:val="ArticleBody"/>
        <w:jc w:val="left"/>
      </w:pPr>
      <w:r>
        <w:rPr>
          <w:rFonts w:ascii="Times New Roman" w:hAnsi="Times New Roman" w:eastAsia="Times New Roman" w:cs="Times New Roman"/>
        </w:rPr>
        <w:t>Есүс шавь нартайгаа хамт сүмээс гарч явах үед шавь нар нь Түүнээс сүмийн сүйрлийн тухай Өөрийнх нь өгсөн дүрслэлээр юуг хэлэх гэсэн болохыг тайлбарлан өгөөч хэмээн хүсэв. Тэрхүү яриа нь эцсийн үеийн үед Түүний шавь нарын хийх яриаг төлөөлж байв. Шавь нар нь, тун удахгүй гарах Ням гаргийн хуулийн үед Лаодикийн Адвентист сүм хамаглэгдэн зайлуулагдах бөгөөд тэндэх мөргөгчид Түүний амнаас бөөлжигдөн гарч, цаашид Түүний өмнөөс ярьдаг хүмүүс байхаа болино хэмээн Тэрээр давтан сургаж ирсэндээ юуг хэлснийг ойлгохыг хүссэн юм.</w:t>
      </w:r>
    </w:p>
    <w:p>
      <w:pPr>
        <w:pStyle w:val="ArticleBody"/>
        <w:jc w:val="left"/>
      </w:pPr>
      <w:r>
        <w:rPr>
          <w:rFonts w:ascii="Times New Roman" w:hAnsi="Times New Roman" w:eastAsia="Times New Roman" w:cs="Times New Roman"/>
        </w:rPr>
        <w:t>Шавь нартаа хариулахдаа Есүс Иерусалимын сүйрэл болон түүнээс хойших түүхийг, дэлхийн төгсгөл хүртэл бүхэлд нь дүрслэн өгүүлсэн. Тэрээр арван есдүгээр ишлэл хүртэлх түүхэн тоймыг дэлгэн тавьсныхаа дараа, загалмай дээр тохиож болох байсан боловч Бурханы өршөөл ба тэвчээрийн урт байдлаар ойролцоогоор дөчин жилээр хойшлогдсон Иерусалимын сүйрлийн тухай өгүүлдэг. Тэр дөчин жилийн эцэст сүйрлээс мултран гарах үлдэгдэл байх байсан боловч зөвхөн Түүний дараа нь өгсөн тэмдгийг тэд таньсан тохиолдолд л тийм байх байв.</w:t>
      </w:r>
    </w:p>
    <w:p>
      <w:pPr>
        <w:pStyle w:val="ArticleBody"/>
        <w:jc w:val="left"/>
      </w:pPr>
      <w:r>
        <w:rPr>
          <w:rFonts w:ascii="Times New Roman" w:hAnsi="Times New Roman" w:eastAsia="Times New Roman" w:cs="Times New Roman"/>
        </w:rPr>
        <w:t>Эртний Израилийн эхэнд дөчин жилийн хугацаа байсан бөгөөд энэ нь арван тагнуулчийн бослогод оноосон шүүлтээс эхэлсэн юм; уг шүүлт нь Мосегийн зуучлалаас болж дөчин жилээр хойшлогдсон билээ. Эртний Израилийн төгсгөлд загалмайн эсрэг бослогод оноосон шүүлт байсан бөгөөд энэ нь Христийн тэвчээрт урт удаан хүлээлт ба өршөөлийн улмаас дөчин жилээр хойшлогдсон юм. Хоёр түүхэнд хоёуланд нь зугтан аврагдсан үлдэгдэл байсан. Есүс аливаа зүйлийн төгсгөлийг үргэлж түүний эхлэлээр дүрслэн харуулдаг.</w:t>
      </w:r>
    </w:p>
    <w:p>
      <w:pPr>
        <w:pStyle w:val="ArticleBody"/>
        <w:jc w:val="left"/>
      </w:pPr>
      <w:r>
        <w:rPr>
          <w:rFonts w:ascii="Times New Roman" w:hAnsi="Times New Roman" w:eastAsia="Times New Roman" w:cs="Times New Roman"/>
        </w:rPr>
        <w:t>Есүс Иерусалимын сүйрэлтэй холбоотой тэмдгийн талаар өгүүлж, түүнийг «өшөө авалтын өдрүүд» хэмээн тодорхойлсон.</w:t>
      </w:r>
    </w:p>
    <w:p>
      <w:pPr>
        <w:pStyle w:val="ArticleScripture"/>
        <w:jc w:val="left"/>
      </w:pPr>
      <w:r>
        <w:rPr>
          <w:rFonts w:ascii="Times New Roman" w:hAnsi="Times New Roman" w:eastAsia="Times New Roman" w:cs="Times New Roman"/>
        </w:rPr>
        <w:t>Та нар Иерусалимыг цэргүүдээр бүслэгдсэнийг үзэх үед, түүний сүйрэл ойрхон ирснийг мэдэгтүн. Тэгэхэд Иудейд байгаа хүмүүс уулс уруу зугтаг; мөн хотын дотор буй хүмүүс тэндээс гарч яв; хөдөөгийн нутагт байгаа хүмүүс түүн уруу бүү орог. Учир нь энэ нь өшөө авалтын өдрүүд мөн бөгөөд бичигдсэн бүх зүйл биелэгдэхийн тулд юм. Лук 21:20–22.</w:t>
      </w:r>
    </w:p>
    <w:p>
      <w:pPr>
        <w:pStyle w:val="ArticleBody"/>
        <w:jc w:val="left"/>
      </w:pPr>
      <w:r>
        <w:rPr>
          <w:rFonts w:ascii="Times New Roman" w:hAnsi="Times New Roman" w:eastAsia="Times New Roman" w:cs="Times New Roman"/>
        </w:rPr>
        <w:t>“Өшөө авалтын өдөр” нь долоон сүүлчийн гай гамшиг мөн бөгөөд энэ шалтгаанаар Эллен Уайт Иерусалимын сүйрлийг эцсийн өдрүүд дэх Бурханы гүйцэтгэх шүүлттэй дүйцүүлэн үздэг.</w:t>
      </w:r>
    </w:p>
    <w:p>
      <w:pPr>
        <w:pStyle w:val="ArticleScripture"/>
        <w:jc w:val="left"/>
      </w:pPr>
      <w:r>
        <w:rPr>
          <w:rFonts w:ascii="Times New Roman" w:hAnsi="Times New Roman" w:eastAsia="Times New Roman" w:cs="Times New Roman"/>
        </w:rPr>
        <w:t>Ай үндэстнүүд ээ, сонсохоор ойртогтун; ай ард түмнүүд ээ, анхаарагтун. Газар дэлхий болон түүн доторх бүх юмс, ертөнц болон түүнээс гарч ирдэг бүхэн сонсог. Учир нь ЭЗЭНий хилэн бүх үндэстнүүдийн дээр, Түүний уур хилэн тэдний бүх цэргийн дээр байна. Тэр тэднийг бүрмөсөн устгасан, Тэр тэднийг нядалгаанд тушаасан. Тэдний алагдагсад ч бас хаягдана, тэдний хүүрснээс өмхий үнэр нь дээш гарна, уулс нь тэдний цусаар хайлна. Тэнгэрийн бүх цэрэг устан сарнина, тэнгэрүүд хуйлмал бичиг мэт хумигдана. Тэдний бүх цэрэг усан үзмийн модноос навч унах мэт, инжрийн модноос инжир унах мэт унана. Учир нь Миний сэлэм тэнгэрт цусанд умбасан билээ. Үзэгтүн, тэр нь Идумеа дээр, Миний хараалын ард түмэн дээр шүүлтэд буун ирнэ. ЭЗЭНий сэлэм цусаар дүүрсэн, өөхөөр таргалсан, хурга ба ишигний цусаар, хуцнуудын бөөрний өөхөөр таргалсан. Учир нь ЭЗЭН Бозрад тахилтай, Идумеагийн нутагт их нядалгаа үйлдэнэ. Зэрлэг үхрүүд тэдэнтэй хамт унана, тугалууд бухнуудын хамт унана. Тэдний газар цусаар нэвчинэ, хөрс шороо нь өөхөөр таргална. Учир нь энэ бол ЭЗЭНий өшөө авалтын өдөр, Сионы хэргийн төлөөх хариу нэхэлтийн жил юм. Исаиа 34:1–8.</w:t>
      </w:r>
    </w:p>
    <w:p>
      <w:pPr>
        <w:pStyle w:val="ArticleBody"/>
        <w:jc w:val="left"/>
      </w:pPr>
      <w:r>
        <w:rPr>
          <w:rFonts w:ascii="Times New Roman" w:hAnsi="Times New Roman" w:eastAsia="Times New Roman" w:cs="Times New Roman"/>
        </w:rPr>
        <w:t>Есүс Назаретэд Өөрийн анхны олон нийтийн илэрхийллийг хийж, Өөрийгөө Мессиа хэмээн зарласан. Тэрхүү илэрхийлэл нь эш үзүүллэгийн хувьд анх дурдагдах зарчмаар удирдуулсан байв. Түүний сонгон уншсан хэсэг нь Түүний ажлын хүрээнд “ЭЗЭНий өшөө авалтын өдөр”-ийг тунхаглах явдал багтаж байгааг тодорхойлсон. Энэ нь Исаиагийн хэлснээр мөн “Сионы хэргийн төлөөх нөхөн төлбөрийн жил” мөн юм.</w:t>
      </w:r>
    </w:p>
    <w:p>
      <w:pPr>
        <w:pStyle w:val="ArticleBody"/>
        <w:jc w:val="left"/>
      </w:pPr>
      <w:r>
        <w:rPr>
          <w:rFonts w:ascii="Times New Roman" w:hAnsi="Times New Roman" w:eastAsia="Times New Roman" w:cs="Times New Roman"/>
        </w:rPr>
        <w:t>Христ Өөрийн олон нийтийн үйлчлэлийг Назаретад эхлүүлж, Өөрийгөө Мессиа хэмээн тунхагласан билээ. Тэгэхэд Түүний үгийг сонссон атлаа ойлгоогүй хүмүүс Түүнийг уулнаас түлхэн унагаж алахаар завдсан. Түүний үйлчлэлийн эхлэл нь төрсөн нутгийнх нь хүмүүс Түүнийг алахаар оролдсоноор тэмдэглэгдсэн бөгөөд үйлчлэлийнх нь төгсгөлд Түүний ард түмэн үнэхээр Түүнийг алсан юм. Түүний үйлчлэл нь Өөрийгөө Мессиа мөн гэдгийг танин илчлэхэд чиглэсэн бөгөөд Тэрээр баптисм хүртэхдээ тослогдсоноор Мессиа болсон юм. Түүний баптисмын үед ирж буй Мессиагийн тухай зөгнөлийн биелэлтийг батлан гэрчлэхийн тулд тэнгэрлэг нэгэн бэлгэ тэмдэг доош бууж ирсэн. 1840 оны 8 дугаар сарын 11-нд тэр түүхийн сорилтын мэдээний тухай зөгнөлийг батлан гэрчлэхээр тэнгэрлэг нэгэн бэлгэ тэмдэг доош бууж ирсэн. Мөн 2001 оны 9 дүгээр сарын 11-нд тэр түүхийн зөгнөгдсөн мэдээг, өөрөөр хэлбэл хожмын борооны мэдээг батлан гэрчлэхээр тэнгэрлэг нэгэн бэлгэ тэмдэг доош бууж ирсэн.</w:t>
      </w:r>
    </w:p>
    <w:p>
      <w:pPr>
        <w:pStyle w:val="ArticleScripture"/>
        <w:jc w:val="left"/>
      </w:pPr>
      <w:r>
        <w:rPr>
          <w:rFonts w:ascii="Times New Roman" w:hAnsi="Times New Roman" w:eastAsia="Times New Roman" w:cs="Times New Roman"/>
        </w:rPr>
        <w:t>“Самаричуудын дунд хоёр өдөр хөдөлмөрлөсний дараа Есүс тэднийг орхин Галил уруу аяллаа үргэлжлүүлэхээр явлаа. Тэрээр өөрийн өсвөр нас, эрийн идэр эхэн үеэ өнгөрүүлсэн Назаретад саатсангүй. Өөрийгөө Тослогдсон Нэгэн хэмээн тунхаглахад нь тэндхийн синагогт үзүүлсэн хүлээн авалт нь тийм таагүй байсан тул Тэрээр илүү үр жимстэй талбарыг эрж, сонсох чихтэй хүмүүст номлож, Өөрийн захиасыг хүлээн авах зүрх сэтгэлтэй хүмүүст хүргэхээр шийдсэн. Тэрээр шавь нартаа эш үзүүлэгч өөрийн нутагтаа хүндлэлгүй байдаг хэмээн айлдав. Энэ үг нь олон хүнд өөрсдийнх нь дунд даруухнаар амьдарч ирсэн, бага наснаас нь хойш дотноор мэддэг байсан нэгэнд гайхамшигтай бахдам хөгжлийг хүлээн зөвшөөрөхөд төрдөг төрөлх дургүйцлийг илэрхийлдэг. Үүний зэрэгцээ, мөн эдгээр хүмүүс танихгүй нэгэн болон адал явдал хөөгчийн дүр эсгэлтэд туйлын ихээр хөөрөн догдолж ч мэднэ.” The Spirit of Prophecy, volume 2, 151.</w:t>
      </w:r>
    </w:p>
    <w:p>
      <w:pPr>
        <w:pStyle w:val="ArticleBody"/>
        <w:jc w:val="left"/>
      </w:pPr>
      <w:r>
        <w:rPr>
          <w:rFonts w:ascii="Times New Roman" w:hAnsi="Times New Roman" w:eastAsia="Times New Roman" w:cs="Times New Roman"/>
        </w:rPr>
        <w:t>Лук 21-р бүлэгт Христ үхлийг үзэхгүй эцсийн үеийн үе болсон нэг зуун дөчин дөрвөн мянгыг тодорхойлон заадаг. Тэрээр урьд нь Өөрийн Эцэгийн өргөө байсан боловч дараа нь иудейчүүдийн өргөө болсон тэр газарт хийсэн Өөрийн сүүлчийн айлчлалаас эхэлсэн түүхийг өгүүлснээр үүнийг хийдэг. Есүсийн өгүүлж эхэлсэн тэрхүү түүхэн өгүүлэмжид Тэр Иерусалим, мөн шавь нарын мэдэхийг хүсэж байсан сүм устгагдах (МЭ 70 он) цэгт хүрсэн. Тэрээр тэрхүү сүйрлийг Өөрийн үйлчлэлийн нээлтийн тунхаглалын нэг хэсэг байсан “өшөө авах өдрүүд” хэмээн тодорхойлсон. “Өшөө авах өдрүүд” нь зөвхөн МЭ 70 онд Иерусалимын сүйрлийг төдийгүй, мөн сүүлчийн долоон гамшгаар дүрслэгдсэн Бурханы хилэнгийн цаг үеийг ч илэрхийлж байв.</w:t>
      </w:r>
    </w:p>
    <w:p>
      <w:pPr>
        <w:pStyle w:val="ArticleScripture"/>
        <w:jc w:val="left"/>
      </w:pPr>
      <w:r>
        <w:rPr>
          <w:rFonts w:ascii="Times New Roman" w:hAnsi="Times New Roman" w:eastAsia="Times New Roman" w:cs="Times New Roman"/>
        </w:rPr>
        <w:t>Учир нь энэ бол Түмэн цэргийн ЭЗЭН Бурханы өдөр, өшөө авалтын өдөр мөн; Тэр Өөрийн дайснуудаас өшөөгөө авахын тулд билээ. Илд залгих бөгөөд цадталаа идэж, тэдний цусаар согтох болно. Учир нь Түмэн цэргийн ЭЗЭН Бурхан Евфрат мөрний дэргэдэх хойд нутагт тахилтай ажээ. Иеремиа 46:10.</w:t>
      </w:r>
    </w:p>
    <w:p>
      <w:pPr>
        <w:pStyle w:val="ArticleBody"/>
        <w:jc w:val="left"/>
      </w:pPr>
      <w:r>
        <w:rPr>
          <w:rFonts w:ascii="Times New Roman" w:hAnsi="Times New Roman" w:eastAsia="Times New Roman" w:cs="Times New Roman"/>
        </w:rPr>
        <w:t>Вавилонд ирэх “өшөө авалтын өдөр”, “Евфрат мөрний дэргэдэх умард нутаг дахь тахил”-аар дүрслэгдсэн энэ өдөр, удахгүй тогтоогдох Ням гаргийн хуулиар эхэлнэ.</w:t>
      </w:r>
    </w:p>
    <w:p>
      <w:pPr>
        <w:pStyle w:val="ArticleScripture"/>
        <w:jc w:val="left"/>
      </w:pPr>
      <w:r>
        <w:rPr>
          <w:rFonts w:ascii="Times New Roman" w:hAnsi="Times New Roman" w:eastAsia="Times New Roman" w:cs="Times New Roman"/>
        </w:rPr>
        <w:t>ЭЗЭНий уур хилэнгээс болж тэр газар оршин суугдахгүй, харин бүхэлдээ эзгүйрнэ. Вавилоны хажуугаар өнгөрөгч хүн бүр гайхан балмагдаж, түүнд учирсан бүх гай гамшгийг нь хараад исгэрэх болно. Вавилоныг тойрон байлдааны эгнээнд жагсагтун. Нум татагч та бүхэн, түүн рүү харвагтун, сумаа бүү хайрла. Учир нь тэр ЭЗЭНий эсрэг нүгэл үйлджээ. Түүнийг тойрон хашхиран дайрагтун. Тэр бууж өгчээ. Суурь нь нурж, хэрэм нь нураагджээ. Учир нь энэ бол ЭЗЭНий өшөө авалт мөн. Түүнээс өшөө ав. Түүний үйлдсэнчлэн түүнд үйлд. Тариалагчийг Вавилоноос, мөн ургац хураалтын цагт хадуур баригчийг нь таслан устга. Дарлагч илднээс айсандаа тэд хүн бүр өөрийн ард түмэн рүү буцаж, хүн бүр өөрийн нутаг руу зугтах болно. Израиль бол тараагдсан хонь мөн. Арслангууд түүнийг хөөн зайлуулжээ. Эхлээд Ассирийн хаан түүнийг залгисан, сүүлд нь Вавилоны хаан энэ Небухаднезар түүний ясыг хэмхэлжээ. Тиймээс түмэн цэргийн ЭЗЭН, Израилийн Бурхан ийн айлдаж байна: Болгоогтун, Би Ассирийн хааныг шийтгэсэнчлэн Вавилоны хаан болон түүний газрыг шийтгэнэ. Би Израилийг дахин түүний нутагт авчирна. Тэр Кармел, Башанд бэлчээрлэж, Ефраим уул ба Гилеадад түүний сэтгэл ханах болно. Тэр өдрүүдэд, тэр цагт, гэж ЭЗЭН айлдаж байна, Израилийн гэм бурууг хайх боловч байхгүй; Иудагийн нүглийг ч хайх боловч олдохгүй. Учир нь Би Өөртөө үлдээх хүмүүсийг өршөөнө. Мератаимын газрын эсрэг, түүний эсрэг, мөн Пекодын оршин суугчдын эсрэг довтол. ЭЗЭН айлдаж байна: тэдний араас сүйтгэж, бүрмөсөн устга. Миний чамд тушаасан бүхний дагуу үйлд. Тэр газарт тулалдааны чимээ, асар их сүйрлийн дуу сонсогдоно. Бүх газрын алх хэрхэн хуга цохигдож, эвдэгдэв ээ! Вавилон үндэстнүүдийн дунд ямар их эзгүйрэл болов оо! Ай Вавилон, Би чамд урхи тавьсан, чи ч бас түүнд баригдсан, харин чи үүнийг мэдсэнгүй. Чи ЭЗЭНий эсрэг тэмцсэн учраас илэрч, мөн баригджээ. ЭЗЭН Өөрийн зэвсгийн санг нээж, Өөрийн хилэнгийн зэвсгүүдийг гаргав. Учир нь энэ бол Халдеичуудын нутагт түмэн цэргийн Эзэн БУРХАНЫ хийх ажил мөн. Алс хязгаараас түүн рүү ирэгтүн. Агуулахуудыг нь нээгтүн. Түүнийг овоо мэт болгож хаяад, бүрмөсөн устга. Түүнээс юу ч бүү үлдээ. Бүх бухнуудыг нь ал. Тэд нядалгаанд бууг. Гай тэдэнд ирэг! Учир нь тэдний өдөр, тэднийг шийтгэх цаг иржээ. Вавилоны нутгаас зугтан гарч, мултарсан хүмүүсийн дуу хоолой Сионд бидний Бурхан ЭЗЭНий өшөө авалтыг, Түүний сүмийн өшөө авалтыг тунхаглаж байна. Вавилоны эсрэг харваачдыг цуглуул. Нум татдаг та бүхэн, түүнийг тойрон хуаранлан буугтун. Түүнээс хэнийг ч бүү мултуул. Түүний үйлсийн дагуу түүнд хариу өг. Түүний хийсэн бүхний дагуу түүнд үйлд. Учир нь тэр ЭЗЭНий эсрэг, Израилийн Ариун Нэгэний эсрэг бардамнажээ. Иеремиа 50:13–29.</w:t>
      </w:r>
    </w:p>
    <w:p>
      <w:pPr>
        <w:pStyle w:val="ArticleBody"/>
        <w:jc w:val="left"/>
      </w:pPr>
      <w:r>
        <w:rPr>
          <w:rFonts w:ascii="Times New Roman" w:hAnsi="Times New Roman" w:eastAsia="Times New Roman" w:cs="Times New Roman"/>
        </w:rPr>
        <w:t>МЭ 70 онд Иерусалим сүйрсэн нь Америкийн Нэгдсэн Улсад тун удахгүй гарах Ням гаргийн хуулиар эхлэх Вавилоны янхны гүйцэтгэх шүүлтийг төлөөлдөг. Есүс Өөрийн Үгийн зохиогч мөн бөгөөд Өөрөө Үг учраас, МЭ 70 оныг тун удахгүй болох Ням гаргийн хуультай адилтган зааж байгаагаа Тэр мэдэж байсан. Сүүлчийн үе ирснийг танин мэдүүлэх тэмдэг нь юу болохыг ойлгохын тулд Есүс Лукийн хорин нэгдүгээр бүлэгт өгүүлсэн эш үзүүллийн нөхцөл байдлыг таньж мэдэх нь чухал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“Христийн ирэлт энэ дэлхийн түүхийн хамгийн харанхуй үед тохиолдоно. Ноагийн болон Лотын өдрүүд нь Хүний Хүүгийн ирэлтийн яг өмнөхөн дэлхийн байдлыг дүрслэн үзүүлдэг. Судрууд энэ цаг үеийг урьдчилан зааж, Сатан бүх хүчээрээ, мөн ‘зөвт бусын бүх мэхлэлээр’ үйлдэх болно хэмээн тунхагладаг. 2 Тесалоник 2:9, 10. Түүний үйл ажиллагаа эдгээр эцсийн өдрүүдэд түргэн нэмэгдэж буй харанхуй, тоо томшгүй олон алдаа, тэрс үзэл, төөрөгдлөөр тодорхой илчлэгдэж байна. Сатан зөвхөн ертөнцийг олзлон удирдаж байгаа төдийгүй, түүний мэхлэлүүд бидний Эзэн Есүс Христийг хүлээн зөвшөөрдөг сүмүүдийн дунд ч хөрөнгө мэт нэвчин тархаж байна. Агуу урвалт шөнө дундын адил гүн харанхуй болон хөгжинө. Бурханы ард түмний хувьд энэ нь сорилтын шөнө, уй гашууны шөнө, үнэний төлөөх хавчлагын шөнө байх болно. Гэвч тэр харанхуйн шөнөөс Бурханы гэрэл гэрэлтэх болно.”</w:t>
      </w:r>
    </w:p>
    <w:p>
      <w:pPr>
        <w:pStyle w:val="ArticleScripture"/>
        <w:jc w:val="left"/>
      </w:pPr>
      <w:r>
        <w:rPr>
          <w:rFonts w:ascii="Times New Roman" w:hAnsi="Times New Roman" w:eastAsia="Times New Roman" w:cs="Times New Roman"/>
        </w:rPr>
        <w:t>“Тэрээр ‘харанхуй дундаас гэрэл гийгүүлэхийг’ үйлддэг.” 2 Коринт 4:6. “Газар дэлхий хэлбэр дүрсгүй, хоосон байж, гүний мандал дээр харанхуй бүрхэж байхад” “Бурханы Сүнс усны мандал дээгүүр хөвж байв. Тэгээд Бурхан: Гэрэл бий болог гэж айлдахад гэрэл бий болов.” Эхлэл 1:2, 3. Үүнчлэн сүнслэг харанхуйн шөнө дунд Бурханы үг, “Гэрэл бий болог” хэмээн урагшлан гардаг. Тэр Өөрийн ард түмэнд, “Бос, гэрэлт; учир нь чиний гэрэл ирсэн бөгөөд ЭЗЭНий алдар чам дээр мандсан” гэж айлддаг. Исаиа 60:1.</w:t>
      </w:r>
    </w:p>
    <w:p>
      <w:pPr>
        <w:pStyle w:val="ArticleScripture"/>
        <w:jc w:val="left"/>
      </w:pPr>
      <w:r>
        <w:rPr>
          <w:rFonts w:ascii="Times New Roman" w:hAnsi="Times New Roman" w:eastAsia="Times New Roman" w:cs="Times New Roman"/>
        </w:rPr>
        <w:t>“‘Үзэгтүн’ хэмээн Судар өгүүлдэг, ‘харанхуй газар дэлхийг бүрхэнэ, өтгөн харанхуй ард түмнүүдийг бүрхэнэ; харин ЭЗЭН чиний дээр мандаж, Түүний алдрыг чиний дээр үзэх болно.’ 2-р ишлэл. Эцэгийн алдрын туяарал болсон Христ энэ дэлхийд түүний гэрэл болон ирсэн. Тэр хүмүүсийн өмнө Бурханыг төлөөлөн илэрхийлэхээр ирсэн бөгөөд Түүний тухай ‘Ариун Сүнс ба хүчээр тослогдсон’ бөгөөд ‘сайн үйлс үйлдэн явсан’ гэж бичигдсэн байдаг. Үйлс 10:38. Назаретын синагогт Тэр ийнхүү хэлсэн: ‘ЭЗЭНий Сүнс Над дээр байна; учир нь Тэр Намайг ядууст сайн мэдээг тунхаглуулахаар тосолсон; Тэр Намайг зүрх нь шархлагсдыг эдгээхээр, олзлогдогсдод чөлөөлөлтийг, сохоруудад харааг нь сэргээхийг тунхаглахаар, дарагдагсдыг эрх чөлөөнд гаргахаар, ЭЗЭНий тааламжит жилийг тунхаглахаар илгээсэн.’ Лук 4:18, 19. Энэ бол Түүний шавь нарт гүйцэтгэхээр даалгасан ажил мөн. ‘Та нар бол дэлхийн гэрэл’ гэж Тэр айлдсан. ‘Та нарын сайн үйлсийг хараад тэнгэр дэх Эцгийг чинь алдаршуулахын тулд гэрлээ хүмүүсийн өмнө тийнхүү гэрэлтүүлэгтүн.’ Матай 5:14, 16.” Эш Үзүүлэгчид ба Хаад,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Тавдугаар Хэсэг</dc:title>
  <dc:subject>Эцсийн үеийнхний эш үзүүллэгийн шинж чанаруудыг илчлэн нээх</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