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Даниелын ном — Нэг зуун арван зургаа</w:t>
      </w:r>
    </w:p>
    <w:p>
      <w:pPr>
        <w:pStyle w:val="ArticleSubtitle"/>
        <w:jc w:val="left"/>
      </w:pPr>
      <w:r>
        <w:rPr>
          <w:rFonts w:ascii="Arial" w:hAnsi="Arial" w:eastAsia="Arial" w:cs="Arial"/>
        </w:rPr>
        <w:t>Өшөө авалтын өдрүүдийг илчлэх нь: Иеремиаийн анхааруулга ба эцсийн үеийн үеийнхний тухай эш үзүүллэгийн судалгаа</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2024-03-04</w:t>
      </w:r>
    </w:p>
    <w:p>
      <w:pPr>
        <w:pStyle w:val="ArticleBody"/>
        <w:jc w:val="left"/>
      </w:pPr>
      <w:r>
        <w:rPr>
          <w:rFonts w:ascii="Times New Roman" w:hAnsi="Times New Roman" w:eastAsia="Times New Roman" w:cs="Times New Roman"/>
        </w:rPr>
        <w:t>Өмнөх өгүүлэлд бид Иеремиа номын тавьдугаар бүлгийг авч үзсэн бөгөөд тухайн хэсэгт АНУ-д тун удахгүй ирэх Ням гаргийн хуулиас эхлэн Бурханы уур хилэнгээр төгсөх Вавилонд буух шүүлтийн тухай өгүүлдэг. Гүйцэтгэх шүүлт нь Эзэний өшөө авалтын өдөр бөгөөд энэ нь МЭ 70 онд Иерусалимын сүйрлээр төлөөлөгдөн харуулагдсан юм. МЭ 70 онд Ромын үйлдсэн Иерусалимын сүйрэл нь Небухаднезарын үйлдсэн Иерусалимын сүйрлээр урьдаас дүрслэгдсэн байв. Энэ хоёр хамтдаа Тирийн янхны гүйцэтгэх шүүлтийн хоёр гэрч болсон бөгөөд тэр янхан нь Илчлэлт номын арван долоодугаар бүлгийн янхан мөн билээ.</w:t>
      </w:r>
    </w:p>
    <w:p>
      <w:pPr>
        <w:pStyle w:val="ArticleBody"/>
        <w:jc w:val="left"/>
      </w:pPr>
      <w:r>
        <w:rPr>
          <w:rFonts w:ascii="Times New Roman" w:hAnsi="Times New Roman" w:eastAsia="Times New Roman" w:cs="Times New Roman"/>
        </w:rPr>
        <w:t>Иеремиа бидэнд, Эзэний өшөө авалт удахгүй ирэх ням гаргийн хуулиар эхлэн орчин үеийн Вавилон дээр гүйцэлдэх үед, “Тэр өдрүүдэд, тэр цагт, гэж ЭЗЭН айлдаж байна, Израилийн гэм бурууг хайх боловч олдохгүй; Иудагийн нүглийг хайх боловч олдохгүй. Учир нь Би Өөртөө үлдээсэн хүмүүсийг өршөөн уучлах болно” гэж мэдүүлдэг. Тэр өдрүүдэд нэг зуун дөчин дөрвөн мянгын тамгалагдал аль хэдийн гүйцэлдсэн байх болно.</w:t>
      </w:r>
    </w:p>
    <w:p>
      <w:pPr>
        <w:pStyle w:val="ArticleScripture"/>
        <w:jc w:val="left"/>
      </w:pPr>
      <w:r>
        <w:rPr>
          <w:rFonts w:ascii="Times New Roman" w:hAnsi="Times New Roman" w:eastAsia="Times New Roman" w:cs="Times New Roman"/>
        </w:rPr>
        <w:t>“Ах дүү нар аа, та нар бэлтгэлийн энэ агуу ажилд юу хийж байна вэ? Ертөнцтэй нэгдэж буй хүмүүс ертөнцийн хэвийг хүлээн авч, араатны тэмдгийг авахад өөрсдийгөө бэлтгэж байна. Харин өөртөө үл итгэн, Бурханы өмнө өөрсдийгөө даруу болгон, үнэнд дуулгавартай байснаар сэтгэлээ ариусгаж буй хүмүүс тэнгэрлэг хэвийг хүлээн авч, духан дээрээ Бурханы тамгыг авахад бэлтгэж байна. Зарлиг гарах үед, тамга дарагдахад тэдний зан чанар мөнхөд цэвэр, өөгүй хэвээр үлдэнэ.” Testimonies, volume 5, 216.</w:t>
      </w:r>
    </w:p>
    <w:p>
      <w:pPr>
        <w:pStyle w:val="ArticleBody"/>
        <w:jc w:val="left"/>
      </w:pPr>
      <w:r>
        <w:rPr>
          <w:rFonts w:ascii="Times New Roman" w:hAnsi="Times New Roman" w:eastAsia="Times New Roman" w:cs="Times New Roman"/>
        </w:rPr>
        <w:t>Гүйцэтгэх шүүлт Илчлэлт номын арван наймдугаар бүлгийн хоёр дахь дуу хоолойгоор эхэлдэг бөгөөд тэрээр эрэгтэйчүүд, эмэгтэйчүүдийг Вавилоноос зугтан гарахыг дууддаг. Иеремиа хэлэхдээ, “тэдний өдөр иржээ, тэднийг эргэж харах цаг нь иржээ. Вавилоны нутгаас зугтан гарч, мултарч буй хүмүүсийн дуу хоолой нь Сионд ЭЗЭН, бидний Бурханы өшөө авалтыг, Түүний сүмийн өшөө авалтыг тунхаглахын тулд байна. Вавилоны эсрэг харваачдыг цуглуул; нум татагч та нар бүгдээрээ түүнийг тойрон хуаранлан байрлагтун; түүнээс хэнийг ч бүү мултруул; түүний үйлсийн дагуу түүнд хариуг нь өг; түүний хийсэн бүхний дагуу түүнд үйлдэгтүн.” Түүний шүүлт “харваачдаар” гүйцэлддэг. Сударт гардаг харваачийн тухай анхны эшлэл нь Ишмаелийн тухай байдаг.</w:t>
      </w:r>
    </w:p>
    <w:p>
      <w:pPr>
        <w:pStyle w:val="ArticleScripture"/>
        <w:jc w:val="left"/>
      </w:pPr>
      <w:r>
        <w:rPr>
          <w:rFonts w:ascii="Times New Roman" w:hAnsi="Times New Roman" w:eastAsia="Times New Roman" w:cs="Times New Roman"/>
        </w:rPr>
        <w:t>Бурхан хөвгүүний дууг сонсов; тэгээд Бурханы тэнгэрэлч тэнгэрээс Хагарт хандан дуудаж, түүнд —Хагар аа, чамд юу тохиолдов? Бүү ай; учир нь Бурхан хөвгүүний байгаа газарт нь түүний дууг сонссон. Бос, хөвгүүнийг өргөж, гараараа түш; учир нь Би түүнийг агуу үндэстэн болгоно,— гэж айлдав. Тэгээд Бурхан түүний нүдийг нээсэнд, тэр усны худаг олж харав; улмаар явж, туламсаа усаар дүүргээд, хөвгүүнд ундруулав. Бурхан хөвгүүнтэй хамт байж, тэр өсөж, цөлд оршин суусаар нумчин болов. Эхлэл 21:17–20.</w:t>
      </w:r>
    </w:p>
    <w:p>
      <w:pPr>
        <w:pStyle w:val="ArticleBody"/>
        <w:jc w:val="left"/>
      </w:pPr>
      <w:r>
        <w:rPr>
          <w:rFonts w:ascii="Times New Roman" w:hAnsi="Times New Roman" w:eastAsia="Times New Roman" w:cs="Times New Roman"/>
        </w:rPr>
        <w:t>Илчлэл арван нэгдүгээр бүлэгт гардаг “агуу газар хөдлөлтийн цаг” нь АНУ-д тун удалгүй ирэх Ням гаргийн хууль эхлэх үед эхэлдэг Ромын янханд гүйцэтгэх шүүлт эхлэхийг заадаг. Тэр “цагт” “гурав дахь гай түргэн ирнэ. Тэгээд долоо дахь тэнгэрэлч бүрээ үлээв.” Гурав дахь гай нь долоо дахь бүрээ мөн. Энэ нь папын эрх мэдлийн тэмдгийг (Ням гаргийн мөргөл) тулган хэрэгжүүлэгчдэд Өөрийн шүүлтийг буулгаж, мөн Бурханы эрх мэдлийн тэмдгийг (Амралтын өдрийн мөргөл) сахин баримтлагчдыг хавчигчдад Түүний шүүлтийг авчрахад хэрэглэгддэг Исламын харваачид юм.</w:t>
      </w:r>
    </w:p>
    <w:p>
      <w:pPr>
        <w:pStyle w:val="ArticleBody"/>
        <w:jc w:val="left"/>
      </w:pPr>
      <w:r>
        <w:rPr>
          <w:rFonts w:ascii="Times New Roman" w:hAnsi="Times New Roman" w:eastAsia="Times New Roman" w:cs="Times New Roman"/>
        </w:rPr>
        <w:t>Лукын хорин нэгдүгээр бүлэгт Есүс Иерусалим болон сүмийн сүйрлийн талаар шавь нарынхаа асуултад хариулахдаа, мөн эцсийн өдрүүдийн түүхийг төлөөлөх түүхэн өгүүлэмжийг өгдөг. Тэрээр “өшөө авалтын өдрүүд”-ийг дурддаг бөгөөд энэ нь Мессиа болох Түүний үйлчлэлийн зайлшгүй эш үзүүллэгийн шинж байсан юм. Үүнийг Тэр Өөрийн үйлчлэлийг эхлэн тунхаглахдаа Назарет дахь сүмд эш үзүүлэгч Исаиагаас уншин илэрхийлсэн билээ. Назарет дахь тэрхүү тунхаглал, мөн Исаиагаас авсан эшлэл нь зөвхөн Түүний үйлчлэлийг бус, мөн Түүний шавь нарын захиасыг, бүр тодруулбал нэг зуун дөчин дөрвөн мянгатын хөдөлгөөний ажил ба үйлчлэлийг төлөөлж байв.</w:t>
      </w:r>
    </w:p>
    <w:p>
      <w:pPr>
        <w:pStyle w:val="ArticleScripture"/>
        <w:jc w:val="left"/>
      </w:pPr>
      <w:r>
        <w:rPr>
          <w:rFonts w:ascii="Times New Roman" w:hAnsi="Times New Roman" w:eastAsia="Times New Roman" w:cs="Times New Roman"/>
        </w:rPr>
        <w:t>Эзэн БУРХАНы Сүнс миний дээр байна; учир нь ЭЗЭН даруу хүмүүст сайн мэдээг тунхаглуулахаар намайг тосолсон. Тэр намайг шархалсан зүрхтнүүдийг эдгээхээр, олзлогдогсдод эрх чөлөөг, хүлээстэй хүмүүст шоронгийн хаалга нээгдэхийг тунхаглахаар; ЭЗЭНий тааллын жилийг болон манай Бурханы өшөө авалтын өдрийг тунхаглахаар; бүх гашууддагсдыг тайтгаруулахаар; Сионд гашуудаж буй хүмүүст үнсний оронд гоо үзэсгэлэн, гашуудлын оронд баярын тос, гунигт сүнсний оронд магтаалын өмсгөл өгөхөөр томилсон; ингэснээр тэд зөвт байдлын модод, ЭЗЭНий суулгац гэж нэрлэгдэх бөгөөд Тэр алдаршигдах юм. Тэд эртний сүйрлүүдийг босгож, урьдын эзрэнгүй хоосролыг сэргээн босгож, олон үеийн туршийн эзгүйрлийг үзсэн сүйдсэн хотуудыг засварлан сэргээнэ. Харь хүмүүс ирж та нарын сүргийг хариулж, харийнхны хөвгүүд та нарын газар хагалагчид, усан үзмийн талбай арчлагчид болно. Харин та нарыг ЭЗЭНий Тахилч нар гэж нэрлэх болно; хүмүүс та нарыг манай Бурханы Үйлчлэгчид гэж дуудна. Та нар үндэстнүүдийн баялгийг идэж, тэдний алдраар өөрсдийгөө бахархуулах болно. Та нарын ичгүүрийн оронд давхар хувь ногдож, шившгийн оронд тэд өөрсдийн хувьд баярлах болно. Тиймээс тэд өөрсдийн нутагт давхар хувийг эзэмшинэ; мөнхийн баяр баясал тэднийх болно. Учир нь Би, ЭЗЭН, шударга ёсыг хайрладаг, шатаалт тахилд зориулсан дээрмийг үзэн яддаг; Би тэдний үйл хэргийг үнэн дотор чиглүүлж, тэдэнтэй мөнхийн гэрээ байгуулна. Тэдний үр удам үндэстнүүдийн дунд, үр сад нь ард түмнүүдийн дунд танигдах болно; тэднийг хардаг бүхэн тэднийг ЭЗЭНий ерөөсөн үр удам мөн гэдгийг хүлээн зөвшөөрнө. Би ЭЗЭНээр үлэмж их баярлана, миний сэтгэл миний Бурханд баясана; учир нь Тэр намайг авралын хувцсаар хувцаслаж, зөвт байдлын нөмрөгөөр бүрхсэн; сүйт залуу гоёлоо зүүж чимдэг шиг, сүйт бүсгүй үнэт эдлэлээрээ өөрийгөө чимдэг шиг юм. Учир нь газар өөрийн соёоллыг ургуулан гаргадаг шиг, цэцэрлэг тэнд тарьсан зүйлсийг нь соёолуулан ургуулдаг шиг, тийнхүү Эзэн БУРХАН зөвт байдал ба магтаалыг бүх үндэстний өмнө ургуулан гаргана. Исаиа 61:1–11.</w:t>
      </w:r>
    </w:p>
    <w:p>
      <w:pPr>
        <w:pStyle w:val="ArticleBody"/>
        <w:jc w:val="left"/>
      </w:pPr>
      <w:r>
        <w:rPr>
          <w:rFonts w:ascii="Times New Roman" w:hAnsi="Times New Roman" w:eastAsia="Times New Roman" w:cs="Times New Roman"/>
        </w:rPr>
        <w:t>Езекиелийн есдүгээр бүлэгт тамгалагдсан нэг зуун дөчин дөрвөн мянга нь чуулган доторх болон дэлхий дээрх нүглийн төлөө гашуудан эмгэнэгчид мөн. “ЭЗЭНий тааламжит жил, мөн бидний Бурханы өшөө авалтын өдөр” гэдэг нь Сионд гашуудагсдыг тайвшруулж, тэднийг “ЭЗЭНийг алдаршуулахын” тулд “зөвт байдлын модод” болгох үе юм. Тэд ЭЗЭНийг алдаршуулна. Учир нь “тэр өдрүүдэд, тэр цагт, гэж ЭЗЭН айлдаж байна, Израилийн гэм бурууг эрэхэд олдохгүй.” Гашуудагсад бол тамгалагдсан хүмүүс мөн бөгөөд тэд бол “эртний сүйрлүүдийг босгож,” “өмнөх үеийн хоцролуудыг сэргээн босгож,” “олон үеийн сүйрлийн эзгүйрсэн хотуудыг засварлах” хүмүүс юм. Тэднийг “ЭЗЭНий тахилч нар” хэмээн нэрлэх бөгөөд хүмүүс тэднийг “бидний Бурханы үйлчлэгчид” гэж дуудна.</w:t>
      </w:r>
    </w:p>
    <w:p>
      <w:pPr>
        <w:pStyle w:val="ArticleBody"/>
        <w:jc w:val="left"/>
      </w:pPr>
      <w:r>
        <w:rPr>
          <w:rFonts w:ascii="Times New Roman" w:hAnsi="Times New Roman" w:eastAsia="Times New Roman" w:cs="Times New Roman"/>
        </w:rPr>
        <w:t>Нэг зуун дөчин дөрвөн мянгын зөвт байдал нь агуу газар хөдлөлтийн цагт тэд туг тэмдэг болгон өргөгдөхөд “бүх үндэстнүүдийн өмнө соёолон гарч ирэх” ёстой. Тэдний зөвт байдал аажмаар бий болгодог, учир нь “газар дэлхий нахиагаа ургуулдгийн адил, цэцэрлэг өөрт нь тарьсан зүйлсийг соёолуулдгийн адил; тийнхүү Эзэн Бурхан зөвт байдал ба магтаалыг соёолон гаргах болно.” Нэг зуун дөчин дөрвөн мянгыг тамгалах ажил 2001 оны 9 дүгээр сарын 1-нд хожмын бороо ирэх үед эхэлсэн. Тэр үед газар дэлхийн нахиа гарч ирсэн юм. Исаиа нахиа хэзээ соёолон гарч ирдгийг тодорхойлдог.</w:t>
      </w:r>
    </w:p>
    <w:p>
      <w:pPr>
        <w:pStyle w:val="ArticleScripture"/>
        <w:jc w:val="left"/>
      </w:pPr>
      <w:r>
        <w:rPr>
          <w:rFonts w:ascii="Times New Roman" w:hAnsi="Times New Roman" w:eastAsia="Times New Roman" w:cs="Times New Roman"/>
        </w:rPr>
        <w:t>Хэмжээгээр, тэр урган гарах үед Та түүнтэй маргалдах болно; зүүн салхины өдөр Тэр Өөрийн ширүүн салхийг тогтоон барина. Иймээс Иаковын гэм буруу цэвэрлэгдэх болно; түүний нүглийг зайлуулах бүх үр жимс нь энэ мөн: тэр тахилын ширээний бүх чулууг цохиж үйрүүлсэн шохой чулуунууд мэт болгох үед төглүүд болон хөргүүд босон үл тогтоно. Исаиа 27:8, 9.</w:t>
      </w:r>
    </w:p>
    <w:p>
      <w:pPr>
        <w:pStyle w:val="ArticleBody"/>
        <w:jc w:val="left"/>
      </w:pPr>
      <w:r>
        <w:rPr>
          <w:rFonts w:ascii="Times New Roman" w:hAnsi="Times New Roman" w:eastAsia="Times New Roman" w:cs="Times New Roman"/>
        </w:rPr>
        <w:t>Түүний “хатуун салхи” бөгөөд Түүний “тогтоон барьдаг” “зүүн салхины өдөр”-т, бороо “хэмжигдэх” үед нахиа “соёолон гарах” нь эхэлнэ. “Тогтоон барьдаг” гэдэг нь хязгаарлан барих гэсэн утгатай. Илчлэлт номын долоодугаар бүлэгт гардаг дөрвөн тэнгэр элч дөрвөн салхийг тогтоон барих үед нэг зуун дөчин дөрвөн мянгыг лацдах ажил эхэлдэг. Тэр үед хожуугийн бороо “шүрших” нь дунд зэрэг эхэлдэг, учир нь уг эшлэл дэх “хэмжээ” гэсэн үг нь дунд зэрэг гэсэн утгатай. Нэг зуун дөчин дөрвөн мянгыг лацдах үеийн эхэнд хожуугийн бороо хэмжээгээр өгөгдөнө, харин тэр үеийн төгсгөлд хэмжээгүй болно.</w:t>
      </w:r>
    </w:p>
    <w:p>
      <w:pPr>
        <w:pStyle w:val="ArticleScripture"/>
        <w:jc w:val="left"/>
      </w:pPr>
      <w:r>
        <w:rPr>
          <w:rFonts w:ascii="Times New Roman" w:hAnsi="Times New Roman" w:eastAsia="Times New Roman" w:cs="Times New Roman"/>
        </w:rPr>
        <w:t>“Бурханы Сүнсний бүх дэлхийг Өөрийн алдраар гэрэлтүүлэх агуу асгаралт нь, Бурхантай хамтран хөдөлмөрлөгчид байх нь юу гэсэн утгатайг туршлагаараа мэддэг, гэгээрсэн ард түмэнтэй болохоос нааш ирэхгүй. Бид Христийн үйлчлэлд бүрэн, бүх сэтгэлээрээ зориулсан үед Бурхан энэ баримтыг Өөрийн Сүнсийг хэмжээлшгүйгээр асгаруулах замаар хүлээн зөвшөөрөх болно; гэвч чуулганы дийлэнх хэсэг нь Бурхантай хамтран хөдөлмөрлөгчид биш байгаа цагт энэ нь болохгүй. Хувиа хичээсэн зан ба биеэ эрхлүүлэх байдал ийнхүү ил тод байгаа үед, үгээр илэрхийлбэл Каины тэр хариуг,—‘Би ах дүүгийнхээ харгалзагч нь юм уу?’—гэж хэлэхээр тийм сүнс ноёрхож байгаа үед, Бурхан Өөрийн Сүнсийг асгаж үл чадна. Хэрэв энэ цаг үеийн үнэн, хэрэв төгсгөл ойртсоныг гэрчилж, тал бүрээс улам өтгөрөн буй тэмдгүүд нь үнэнийг мэддэг гэж өөрсдийгөө тунхаглагчдын нойрссон эрч хүчийг сэрээхэд хангалтгүй бол, тэгвэл тусч байсан гэрэлтэй нь дүйцэх харанхуй эдгээр сүнсийг нөмрөн авах болно. Эцсийн тооцооны агуу өдөр тэд Бурханд өргөн барьж чадах тэдний хайхрамжгүй байдлыг зөвтгөх өчүүхэн төдий ч шалтаг байхгүй. Тэд яагаад Бурханы үгийн ариун үнэний гэрэлд амьдарч, алхаж, хөдөлмөрлөөгүйгээ, мөн тийнхүү нүглээр харанхуйлсан ертөнцөд өөрсдийн зан авир, энэрэл, хичээл зүтгэлээрээ сайн мэдээний хүч ба бодит байдлыг няцаан үгүйсгэж үл чадамыг илчлэн харуулаагүйгээ тайлбарлах ямар ч үндэсгүй байх болно.” Review and Herald, 1896 оны 7 дугаар сарын 21.</w:t>
      </w:r>
    </w:p>
    <w:p>
      <w:pPr>
        <w:pStyle w:val="ArticleBody"/>
        <w:jc w:val="left"/>
      </w:pPr>
      <w:r>
        <w:rPr>
          <w:rFonts w:ascii="Times New Roman" w:hAnsi="Times New Roman" w:eastAsia="Times New Roman" w:cs="Times New Roman"/>
        </w:rPr>
        <w:t>Сүүлчийн борооны сорилтын үе болон нэг зуун дөчин дөрвөн мянгыг тамгалах ажил нь Ариун Сүнсний асгаралтын хэмжилтээр эхэлдэг. Учир нь буудай ба зэрлэг өвс хураалтын цагтаа хүрсэн билээ. Бороо нь хоёр ангийг хоёуланг нь төлөвшилд хүргэдэг; тэгээд сорилтын үеийн төгсгөлд буудай ба зэрлэг өвс ялгагдаж, буудай нь дараа нь “Бурхантай хамтран хөдөлмөрлөгч байх нь юу гэсэн утгатайг туршлагаар мэдэх” болно. Тэд тэр үед “Христийн үйлчлэлд бүрэн, бүх зүрх сэтгэлээрээ ариусган зориулагдсан байх бөгөөд Бурхан энэ баримтыг Өөрийн Сүнсийг хэмжээлшгүйгээр асгаруулах замаар хүлээн зөвшөөрнө.”</w:t>
      </w:r>
    </w:p>
    <w:p>
      <w:pPr>
        <w:pStyle w:val="ArticleBody"/>
        <w:jc w:val="left"/>
      </w:pPr>
      <w:r>
        <w:rPr>
          <w:rFonts w:ascii="Times New Roman" w:hAnsi="Times New Roman" w:eastAsia="Times New Roman" w:cs="Times New Roman"/>
        </w:rPr>
        <w:t>“Зүүнээс ширүүн салхи үлээх өдөр” 2001 оны 9-р сарын 11-нд ирсэн бөгөөд, Бурханы өшөө авалтын өдрийг тодорхойлсон мэдээтэй сөргөлдөн, хожмын борооны мэдээний хуурамч “энх тайван ба аюулгүй байдал” гэсэн мэдээний тухай Хабакукийн мэтгэлцээн эхэлсэн. Тэр мөчөөс эхлэн, улаан буудай ба хогийн ургамал аль аль нь нахиа дэлгэж, удалгүй ирэх Ням гаргийн хуулийн шүүлтэд илрэх жимсээ гаргаж эхэлсэн.</w:t>
      </w:r>
    </w:p>
    <w:p>
      <w:pPr>
        <w:pStyle w:val="ArticleScripture"/>
        <w:jc w:val="left"/>
      </w:pPr>
      <w:r>
        <w:rPr>
          <w:rFonts w:ascii="Times New Roman" w:hAnsi="Times New Roman" w:eastAsia="Times New Roman" w:cs="Times New Roman"/>
        </w:rPr>
        <w:t>“Дахин хэлэхэд, эдгээр сургаалт зүйрлэлүүд нь шүүлтийн дараа нигүүлслийн хугацаа огт байхгүйг заадаг. Сайн мэдээний ажил дуусмагц сайн ба муугийн хоорондын ялгалт тэр даруй явагдаж, бүлэг тус бүрийн хувь заяа үүрд тогтоогдоно.” Христийн сургаалт зүйрлэлүүд, 123.</w:t>
      </w:r>
    </w:p>
    <w:p>
      <w:pPr>
        <w:pStyle w:val="ArticleBody"/>
        <w:jc w:val="left"/>
      </w:pPr>
      <w:r>
        <w:rPr>
          <w:rFonts w:ascii="Times New Roman" w:hAnsi="Times New Roman" w:eastAsia="Times New Roman" w:cs="Times New Roman"/>
        </w:rPr>
        <w:t>Нэг бүлэг нь Езекиелийн наймдугаар бүлэгт наранд мөргөдөг, харин нөгөө нь Езекиелийн есдүгээр бүлэгт Бурханы тамгыг хүлээн авдаг. Лукийн хорин нэгдүгээр бүлэгт Христ нэг зуун дөчин дөрвөн мянгыг тодорхойлж, дэлхийн түүхийн эцсийн үеийн үеийг тэмдэглэх нэгэн шинж тэмдгийг дэвшүүлэн тавьдаг. Тэрээр Иерусалимын сүйрлээс зугтан гарахын тулд Христэд итгэгчид таньж мэдэх ёстой тэрхүү шинж тэмдгийг тодорхойлон хэлсэн.</w:t>
      </w:r>
    </w:p>
    <w:p>
      <w:pPr>
        <w:pStyle w:val="ArticleScripture"/>
        <w:jc w:val="left"/>
      </w:pPr>
      <w:r>
        <w:rPr>
          <w:rFonts w:ascii="Times New Roman" w:hAnsi="Times New Roman" w:eastAsia="Times New Roman" w:cs="Times New Roman"/>
        </w:rPr>
        <w:t>Та нар Иерусалимыг цэргүүдээр бүслүүлснийг харах үед түүний сүйрэл ойртсоныг мэдэгтүн. Тэгвэл Иудейд байгаа хүмүүс уулс уруу зугтаг; хотын дотор буй хүмүүс тэндээс гарч одог; мөн хөдөө нутагт байгаа хүмүүс түүн уруу бүү орог. Учир нь энэ бол өшөө авалтын өдрүүд мөн бөгөөд бичигдсэн бүх зүйл биелэгдэхийн тулд юм. Лук 21:20–22.</w:t>
      </w:r>
    </w:p>
    <w:p>
      <w:pPr>
        <w:pStyle w:val="ArticleBody"/>
        <w:jc w:val="left"/>
      </w:pPr>
      <w:r>
        <w:rPr>
          <w:rFonts w:ascii="Times New Roman" w:hAnsi="Times New Roman" w:eastAsia="Times New Roman" w:cs="Times New Roman"/>
        </w:rPr>
        <w:t>Есүс тэмдгийн эш үзүүллэгийн шинжүүдийг “мөрийн дээр мөр” хэмээн улам тодорхойлон илчилсэн бөгөөд Түүний үгсийг зөвхөн Лук төдийгүй Матай, Марк нар ч мөн тэмдэглэн үлдээсэн байдаг.</w:t>
      </w:r>
    </w:p>
    <w:p>
      <w:pPr>
        <w:pStyle w:val="ArticleScripture"/>
        <w:jc w:val="left"/>
      </w:pPr>
      <w:r>
        <w:rPr>
          <w:rFonts w:ascii="Times New Roman" w:hAnsi="Times New Roman" w:eastAsia="Times New Roman" w:cs="Times New Roman"/>
        </w:rPr>
        <w:t>Хаанчлалын энэ сайн мэдээ бүх үндэстэнд гэрчлэл болохын тулд бүх дэлхий даяар тунхаглагдана; тэгээд төгсгөл ирнэ. Иймд эш үзүүлэгч Даниелын хэлсэн сүйрлийн жигшүүрт зүйл ариун газарт зогсож байхыг та нар харах үед, (уншигч нь ойлгог:) тэгвэл Иудейд байгаа хүмүүс уулс руу зугтаг. Матай 24:14–16.</w:t>
      </w:r>
    </w:p>
    <w:p>
      <w:pPr>
        <w:pStyle w:val="ArticleScripture"/>
        <w:jc w:val="left"/>
      </w:pPr>
      <w:r>
        <w:rPr>
          <w:rFonts w:ascii="Times New Roman" w:hAnsi="Times New Roman" w:eastAsia="Times New Roman" w:cs="Times New Roman"/>
        </w:rPr>
        <w:t>Мөн сайн мэдээг эхлээд бүх үндэстэнд тунхаглах ёстой. Харин та нарыг авч явж, тушаан өгвөл, юу ярихаа урьдаас бүү санаа зов; бас урьдаас бүү бэлд; харин тэр цагт та нарт юу өгөгдөнө, түүнийг л ярь. Учир нь ярьж буй нь та нар биш, харин Ариун Сүнс юм. Ах нь дүүгээ үхэлд тушааж, эцэг нь хүүгээ тушаана; хүүхдүүд эцэг эхийнхээ эсрэг босож, тэднийг үхэлд хүргэнэ. Та нар Миний нэрийн төлөө бүх хүнд үзэн ядагдах болно; харин эцсийг хүртэл тэвчсэн нь аврагдана. Харин эш үзүүлэгч Даниелын хэлсэн сүйрлийн жигшүүрт зүйл байх ёсгүй газарт зогсож байхыг та нар харах үед, (уншигч нь ойлгог,) тэгвэл Иудейд байгаа хүмүүс уулс уруу зугтаг. Марк 13:10–14.</w:t>
      </w:r>
    </w:p>
    <w:p>
      <w:pPr>
        <w:pStyle w:val="ArticleBody"/>
        <w:jc w:val="left"/>
      </w:pPr>
      <w:r>
        <w:rPr>
          <w:rFonts w:ascii="Times New Roman" w:hAnsi="Times New Roman" w:eastAsia="Times New Roman" w:cs="Times New Roman"/>
        </w:rPr>
        <w:t>“Өшөө авалтын өдрүүд”-ийн эцсийн бөгөөд төгс биелэл болох долоон сүүлчийн гай гамшиг хоёр бүлэг хүмүүс дээр хэрэгжихээс өмнө хаанчлалын сайн мэдээг бүх үндэстнүүдийн дунд тунхаглаж, нийтлэн зарлах ёстой. Сайн мэдээний энэ захиас АНУ-д удахгүй гарах Ням гаргийн хуулийн үед, нэг зуун дөчин дөрвөн мянгыг туг тэмдэг болгон өргөгдөхөд, үндэстнүүдэд өгөгдөнө. “Өшөө авалтын өдрүүд” гэдэг нь АНУ дахь Ням гаргийн хуулиар эхэлж, Михаел босон зогсож, хүний сорилтын хугацаа хаагдан, Бурханы уур хилэн долоон сүүлчийн гай гамшгаар асгарах үед төгсөх Вавилоны янхны Гүйцэтгэх Шүүхийн үеийг төлөөлдөг.</w:t>
      </w:r>
    </w:p>
    <w:p>
      <w:pPr>
        <w:pStyle w:val="ArticleBody"/>
        <w:jc w:val="left"/>
      </w:pPr>
      <w:r>
        <w:rPr>
          <w:rFonts w:ascii="Times New Roman" w:hAnsi="Times New Roman" w:eastAsia="Times New Roman" w:cs="Times New Roman"/>
        </w:rPr>
        <w:t>Маркын тодорхойлдог тэр “цаг,” мөн “агуу газар хөдлөлт”-ийн “цаг,” бас арван хаад долоо дахь хаанчлалаа папын эрх мэдэлд өгөхөөр зөвшөөрдөг тэр “цаг” нь энэ хугацаа юм. Бүх үндэстэнд тунхаглагдсан сайн мэдээг хамгийн сүүлчийн сүнс хүлээн авмагц тэнсэл хаагдаж, Бурханы уур хилэн өршөөлгүйгээр асгарна. Энэ хугацаа нь туг-далбаа өргөгдөхийн хэрээр сайн мэдээ бүх үндэстэнд тунхаглагдаж эхлэхэд эхэлж, туг-далбаагаар тунхаглагдан, номлогдож, нийтлэгдсэн сайн мэдээний захиасад хамгийн сүүлчийн хүн хариу өгөхөд төгсөнө. Тэр хугацаа бол “өшөө авалтын өдрүүд” юм.</w:t>
      </w:r>
    </w:p>
    <w:p>
      <w:pPr>
        <w:pStyle w:val="ArticleBody"/>
        <w:jc w:val="left"/>
      </w:pPr>
      <w:r>
        <w:rPr>
          <w:rFonts w:ascii="Times New Roman" w:hAnsi="Times New Roman" w:eastAsia="Times New Roman" w:cs="Times New Roman"/>
        </w:rPr>
        <w:t>Лукын хорин нэгдүгээр бүлэгт Есүс тэрхүү түүхэн үеийг онцлон зааж байна. Учир нь Тэр Өөрийн хоёр дахь ирэлтээс өмнө үхэхгүй эцсийн үеийнхнийг тодорхойлж байгаа юм. Тэр эш үзүүлэгч Даниелын өгүүлсэн сүйрлийн жигшүүрт зүйлийн төлөөлөл болсон нэг тэмдгийг заадаг. Тэрхүү тэмдэг нь сүйрлийн жигшүүрт зүйл “ариун газарт” зогсож байх үед, мөн “байх учиргүй газартаа” “зогсож” байх үед, өөрөөр хэлбэл Иерусалим “цэргүүдээр бүслэгдсэн” байх үед юм.</w:t>
      </w:r>
    </w:p>
    <w:p>
      <w:pPr>
        <w:pStyle w:val="ArticleBody"/>
        <w:jc w:val="left"/>
      </w:pPr>
      <w:r>
        <w:rPr>
          <w:rFonts w:ascii="Times New Roman" w:hAnsi="Times New Roman" w:eastAsia="Times New Roman" w:cs="Times New Roman"/>
        </w:rPr>
        <w:t>МЭ 66 онд Иерусалимыг Цестийн цэргүүд бүслэн хүрээлэхэд, Иерусалим дахь Христэд итгэгчид хотоос дүрвэн гарсан бөгөөд Эгч Уайт, эцэстээ МЭ 70 онд өндөрлөсөн тэр сүйрлийн үеэр нэг ч Христэд итгэгч амиа алдаагүй гэж тодорхойлдог. Цестий бүслэлтийг эхлүүлээд, илэрхий тодорхойгүй шалтгаанаар ухран гарсан бөгөөд хот доторх Христэд итгэгчид тэр тэмдэгтэй холбоотой сануулгатай нийцүүлэн зугтан гарсан юм. МЭ 70 онд Тит дахин бүслэлт тогтоосноор сүйрлийг гүйцээв. Цестийн бүслэлт нь Нэгдүгээр Иудей-Ромын дайн хэмээн нэрлэгддэг зүйлийн эхлэл байсан бөгөөд Титийн хэрэгжүүлсэн бүслэлт ба сүйрэл нь Нэгдүгээр Иудей-Ромын дайны төгсгөл байсан юм.</w:t>
      </w:r>
    </w:p>
    <w:p>
      <w:pPr>
        <w:pStyle w:val="ArticleBody"/>
        <w:jc w:val="left"/>
      </w:pPr>
      <w:r>
        <w:rPr>
          <w:rFonts w:ascii="Times New Roman" w:hAnsi="Times New Roman" w:eastAsia="Times New Roman" w:cs="Times New Roman"/>
        </w:rPr>
        <w:t>Бүхэл тэрхүү түүх гурван жил хагасын хугацаанд үргэлжилж, бүслэлтээр эхэлж, бүслэлтээр төгссөн бөгөөд эхлэл нь Бурханы ард түмний хувьд нэгэн тэмдэг агуулж байв. Тэрхүү түүхийг Христ “Бурханы өшөө авалтын өдрүүд” хэмээн тодорхойлсон бөгөөд энэ нь Тэр Өөрийн үйлчлэлдээ онцлон таниулах ёстой тодорхой нэгэн зүйл байлаа. Тэр өдрүүд нь удахгүй гарах Ням гаргийн хуулиар эхэлж, хүний ивээлийн хугацаа хаагдах үед төгсөх Ромын янхан эмэгтэйд буух гүйцэтгэх шүүлтийг төлөөлдөг. Вавилоны янхан эмэгтэйд буух гүйцэтгэх шүүлтийн эхэнд нэг зуун дөчин дөрвөн мянга нь туг тэмдэг болгон өргөгддөг бөгөөд энэ нь нэгэн тэмдэг мөн. Бурханы бусад сүрэг энэ тэмдгийг харах үедээ, сүйрэл нь Иерусалимын сүйрлээр бэлгэдэгдсэн Вавилоноос зугтан гарах ёстой.</w:t>
      </w:r>
    </w:p>
    <w:p>
      <w:pPr>
        <w:pStyle w:val="ArticleBody"/>
        <w:jc w:val="left"/>
      </w:pPr>
      <w:r>
        <w:rPr>
          <w:rFonts w:ascii="Times New Roman" w:hAnsi="Times New Roman" w:eastAsia="Times New Roman" w:cs="Times New Roman"/>
        </w:rPr>
        <w:t>Бид Лукийн хорин нэгдүгээр бүлгийг дараагийн өгүүлэлд үргэлжлүүлэн авч үзэх болно.</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Даниелын ном — Нэг зуун арван зургаа</dc:title>
  <dc:subject>Өшөө авалтын өдрүүдийг илчлэх нь: Иеремиаийн анхааруулга ба эцсийн үеийн үеийнхний тухай эш үзүүллэгийн судалгаа</dc:subject>
  <dc:creator>Jeff Pippenger</dc:creator>
  <cp:keywords/>
  <dc:description>Generated by ArticleDigger from daniel\116_daniel.json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