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Хорин Нэг###</w:t>
      </w:r>
    </w:p>
    <w:p>
      <w:pPr>
        <w:pStyle w:val="ArticleSubtitle"/>
        <w:jc w:val="left"/>
      </w:pPr>
      <w:r>
        <w:rPr>
          <w:rFonts w:ascii="Arial" w:hAnsi="Arial" w:eastAsia="Arial" w:cs="Arial"/>
        </w:rPr>
        <w:t>Эцсийн өдрүүдийн тэмдгүүдийг тайлах нь: Хаврын нахиа дэлгэрч буй моддыг заасан Христийн дохио сануулгыг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Христ Өөрийн ард түмэнд хаврын нахиа дэлгэрч буй моддыг заан, тэднийг эцсийн өдрүүдийн “тэмдгүүд”-ийг болон тэдгээр “тэмдгүүд”-ийн утга учрыг ойлгохуйд чиглүүлсэн.</w:t>
      </w:r>
    </w:p>
    <w:p>
      <w:pPr>
        <w:pStyle w:val="ArticleScripture"/>
        <w:jc w:val="left"/>
      </w:pPr>
      <w:r>
        <w:rPr>
          <w:rFonts w:ascii="Times New Roman" w:hAnsi="Times New Roman" w:eastAsia="Times New Roman" w:cs="Times New Roman"/>
        </w:rPr>
        <w:t>“Христ Өөрийн ард түмэнд Өөрийн ирэлтийн тэмдгүүдийг ажиглан харж, ирж буй Хааныхаа илрэх шинжүүдийг үзэхдээ баярлахыг тушаасан билээ. Тэрээр: ‘Эдгээр зүйлс биелж эхлэхэд дээшээ харж, толгойгоо өргө; учир нь та нарын золин аврал ойртож байна’ гэж айлдсан. Тэр Өөрийн дагалдагчдын анхаарлыг хаврын нахиалж буй модод руу хандуулан: ‘Эдүгээ тэд нахиалан дэлгэрэхэд, та нар өөрсдөө хараад зуны цаг айсуйг мэддэг. Үүнчлэн та нар эдгээр зүйлс тохиолдохыг харахдаа Бурханы хаанчлал ойртсоныг мэдэгтүн’ хэмээн айлдав.” Лук 21:28, 30, 31. Агуу тэмцэл, 308.</w:t>
      </w:r>
    </w:p>
    <w:p>
      <w:pPr>
        <w:pStyle w:val="ArticleBody"/>
        <w:jc w:val="left"/>
      </w:pPr>
      <w:r>
        <w:rPr>
          <w:rFonts w:ascii="Times New Roman" w:hAnsi="Times New Roman" w:eastAsia="Times New Roman" w:cs="Times New Roman"/>
        </w:rPr>
        <w:t>Эцсийн өдрүүдийн “тэмдгүүд” нь эхний тэнгэрэлчийн хөдөлгөөнийг тунхаглан эхлүүлж, замыг нь нээсэн “тэмдгүүдээр” бэлгэдэгдсэн байв. Тэдгээр “тэмдгүүд” нь тэнгэрүүд сэгсрэгдэхийг багтааж байсан боловч Иоел эцсийн өдрүүдийн “тэмдгүүд” нь—Израилийн гэм бурууг хайвч олдохгүй байх тэр өдрүүдэд, Бурханы ариун уул мөнхөд ариун байх үед, учир нь харийнхан дахин хэзээ ч түүгээр нэвтрэн өнгөрөхгүй байх үед—тэнгэрийн хүчнүүд сэгсрэгдэхийн хамт газрын хүчнүүд сэгсрэгдэхийг ч мөн багтаана гэж тодорхойлдог. Уайт эгч тэнгэрийн хүчнүүдийн сэгсрэлт ба газрын хүчнүүдийн сэгсрэлтийн хоорондын ялгааг тодорхойлдог.</w:t>
      </w:r>
    </w:p>
    <w:p>
      <w:pPr>
        <w:pStyle w:val="ArticleScripture"/>
        <w:jc w:val="left"/>
      </w:pPr>
      <w:r>
        <w:rPr>
          <w:rFonts w:ascii="Times New Roman" w:hAnsi="Times New Roman" w:eastAsia="Times New Roman" w:cs="Times New Roman"/>
        </w:rPr>
        <w:t>“1848 оны 12 дугаар сарын 16-нд Эзэн надад тэнгэрийн хүчнүүдийн донсолгооны тухай үзэгдэл үзүүлэв. Матай, Марк, Лук нарын бичиж үлдээсэн тэмдгүүдийг өгүүлэхдээ Эзэн ‘тэнгэр’ гэж айлдахдаа тэнгэрийг л, ‘газар’ гэж айлдахдаа газрыг л хэлсэн болохыг би харсан. Тэнгэрийн хүчнүүд гэдэг нь нар, сар, одод мөн. Тэд тэнгэрт захирдаг. Газрын хүчнүүд гэдэг нь газар дээр захирдаг хүмүүс юм. Тэнгэрийн хүчнүүд Бурханы дуу хоолойгоор донсологдоно. Тэгээд нар, сар, одод өөрсдийн байрнаасаа хөдөлнө. Тэд үгүй болохгүй, харин Бурханы дуу хоолойгоор донсологдоно.</w:t>
      </w:r>
    </w:p>
    <w:p>
      <w:pPr>
        <w:pStyle w:val="ArticleScripture"/>
        <w:jc w:val="left"/>
      </w:pPr>
      <w:r>
        <w:rPr>
          <w:rFonts w:ascii="Times New Roman" w:hAnsi="Times New Roman" w:eastAsia="Times New Roman" w:cs="Times New Roman"/>
        </w:rPr>
        <w:t>“Харанхуй, хүнд үүлс өндийж, хоорондоо мөргөлдөн байв. Агаар мандал заагдан нээгдэж, хуйлран буцсаны дараа бид Орионы нээлхий зайгаар дээш харж чадсан бөгөөд тэндээс Бурханы дуу хоолой ирэв. Ариун Хот тэрхүү нээлхий зайгаар дамжин доош бууж ирнэ. Би газрын хүчнүүд одоо сэгсрэгдэж байгааг, мөн үйл явдлууд дарааллын дагуу ирдгийг харсан. Дайн, дайны цуурхал, илд, өлсгөлөн, тахал нь эхлээд газрын хүчнүүдийг сэгсэрнэ; дараа нь Бурханы дуу хоолой нар, сар, оддыг, мөн энэ дэлхийг ч бас сэгсэрнэ. Европ дахь хүчнүүдийн сэгсрэлт нь, заримын заадгийн адил, тэнгэрийн хүчнүүдийн сэгсрэлт биш, харин хилэгнэсэн үндэстнүүдийн сэгсрэлт мөн гэдгийг би харсан.” Early Writings, 41.</w:t>
      </w:r>
    </w:p>
    <w:p>
      <w:pPr>
        <w:pStyle w:val="ArticleBody"/>
        <w:jc w:val="left"/>
      </w:pPr>
      <w:r>
        <w:rPr>
          <w:rFonts w:ascii="Times New Roman" w:hAnsi="Times New Roman" w:eastAsia="Times New Roman" w:cs="Times New Roman"/>
        </w:rPr>
        <w:t>Матай, Марк, Лук номуудад гардаг тэнгэрсийн сэгсрэлт нь нар, сар, оддоор төлөөлөгдөн харагдуулсан, тэнгэрсийг захирдаг хүчнүүдийн сэгсрэлтийг илэрхийлдэг. Эдгээр бүх тэнгэрлэг хүчнүүд сэгсрэгдэж, эхний тэнгэрэлчийн хөдөлгөөнийг эхлүүлж, түүнийг тунхагласан “тэмдгүүд”-ийг бий болгосон. Тэдгээр тэнгэрлэг хүчнүүд гурав дахь тэнгэрэлчийн хөдөлгөөний үед дахин сэгсрэгдэх болно. Харин гурав дахь тэнгэрэлчийн хөдөлгөөний үед газрын хүчнүүд мөн сэгсрэгдэх болно. Газрын хүчнүүд гэдэг нь газрыг захирдаг хүчнүүд юм. 2001 оны 9 дүгээр сарын 11-нд тэнгэрийн бус, харин газрын хүчнүүд сэгсрэгдсэн.</w:t>
      </w:r>
    </w:p>
    <w:p>
      <w:pPr>
        <w:pStyle w:val="ArticleScripture"/>
        <w:jc w:val="left"/>
      </w:pPr>
      <w:r>
        <w:rPr>
          <w:rFonts w:ascii="Times New Roman" w:hAnsi="Times New Roman" w:eastAsia="Times New Roman" w:cs="Times New Roman"/>
        </w:rPr>
        <w:t>“Би Нью-Йорк далайн түрлэгийн аварга давалгаанд хамагдан одоно гэж тунхагласан үг одоо гарч ирж байна гэж үү? Би хэзээ ч ийм зүйл хэлж байгаагүй. Тэнд давхар давхараар сүндэрлэн босож буй агуу барилгуудыг харахдаа би: ‘Эзэн газрыг аймшигтайгаар сэгсрэхээр босох үед ямар аймшигт үйл явдлууд болох бол оо! Тэгвэл Илчлэлт 18:1–3-ын үгс биелэгдэх болно’ гэж хэлсэн. Илчлэлтийн арван наймдугаар бүлэг бүхэлдээ газар дэлхий дээр ирэх зүйлийн тухай анхааруулга юм. Харин Нью-Йорк дээр юу ирэх талаар надад тусгайлан өгөгдсөн гэрэл байхгүй; зөвхөн Бурханы хүчний эргүүлэлт, нураалт дор тэндэх агуу барилгууд нэгэн өдөр сүйрэн унахыг би мэднэ. Надад өгөгдсөн гэрлээс үзэхэд, сүйрэл энэ дэлхийд байна. Эзэнээс ирэх ганц үг, Түүний хүчит хүчний ганцхан хүрэлтээр эдгээр асар том байгууламжууд нуран унах болно. Бидний төсөөлж ч үл чадах аймшигт үзэгдлүүд тохиолдох болно.” Review and Herald, 1906 оны 7 дугаар сарын 5.</w:t>
      </w:r>
    </w:p>
    <w:p>
      <w:pPr>
        <w:pStyle w:val="ArticleBody"/>
        <w:jc w:val="left"/>
      </w:pPr>
      <w:r>
        <w:rPr>
          <w:rFonts w:ascii="Times New Roman" w:hAnsi="Times New Roman" w:eastAsia="Times New Roman" w:cs="Times New Roman"/>
        </w:rPr>
        <w:t>Миллеритүүдийн түүхэнд Лукийн тэмдэглэсэн тэмдгүүдийн нэг нь “үндэстнүүдийн зовнил” байв. Үндэстнүүд нь дэлхийг захирдаг хүчнүүдийг төлөөлдөг бөгөөд 2001 оны 9 дүгээр сарын 11-нд гурав дахь Гаслан эш үзүүллэгийн түүхэнд ирэхэд дэлхийн бүх үндэстэн донсолжээ. Тэрхүү газрын донсолгоо Лук хорин нэгдүгээр бүлэгт дүрслэгдсэн боловч дэлхийн хүчнүүдийн донсолгооны тухай библийн хэллэгээр бус дүрслэгдсэн юм. Харин Нью-Йоркийн агуу барилгууд нураагдах үед дэлхийн үндэстнүүд дээр ирсэн тэрхүү явдлыг “үндэстнүүдийн зовнил” гэсэн хэллэгээр дүрсэлсэн байна. Лук дахь “үндэстнүүдийн зовнил” нь дэлхийн хүчнүүдийн донсолгоо мөн бөгөөд энэ нь Миллеритүүдийн түүхэнд биелсэн юм.</w:t>
      </w:r>
    </w:p>
    <w:p>
      <w:pPr>
        <w:pStyle w:val="ArticleScripture"/>
        <w:jc w:val="left"/>
      </w:pPr>
      <w:r>
        <w:rPr>
          <w:rFonts w:ascii="Times New Roman" w:hAnsi="Times New Roman" w:eastAsia="Times New Roman" w:cs="Times New Roman"/>
        </w:rPr>
        <w:t>“Би газрын хүчнүүд эдүгээ донсолгогдож буйг, мөн үйл явдлууд дарааллаар тохиодгийг харсан. Дайн, дайны цуурхал, илд, өлсгөлөн, тахал нь эхлээд газрын хүчнүүдийг донсолгох бөгөөд, дараа нь Бурханы дуу нар, сар, оддыг, мөн энэ газрыг ч бас донсолгоно. Би Европ дахь хүчнүүдийн донсолгоо нь, заримын сургадагчлан, тэнгэрийн хүчнүүдийн донсолгоо биш, харин хилэнцэт үндэстнүүдийн донсолгоо мөн болохыг харсан.” Early Writings, 41.</w:t>
      </w:r>
    </w:p>
    <w:p>
      <w:pPr>
        <w:pStyle w:val="ArticleBody"/>
        <w:jc w:val="left"/>
      </w:pPr>
      <w:r>
        <w:rPr>
          <w:rFonts w:ascii="Times New Roman" w:hAnsi="Times New Roman" w:eastAsia="Times New Roman" w:cs="Times New Roman"/>
        </w:rPr>
        <w:t>“Уурласан үндэстнүүдийн хүчнүүдийн донсолгоо” гэдэг нь, Адвентизмын эртний түүхэнд “Европ дахь хүчнүүдийн” донсолгоогоор дүрслэгдсэнчлэн, “дэлхийн хүчнүүдийн” донсолгоо мөн. Урия Смит 1838 онд Европ дахь хүчнүүдийг юу донсолгож байсныг тодорхойлсон.</w:t>
      </w:r>
    </w:p>
    <w:p>
      <w:pPr>
        <w:pStyle w:val="ArticleScripture"/>
        <w:jc w:val="left"/>
      </w:pPr>
      <w:r>
        <w:rPr>
          <w:rFonts w:ascii="Times New Roman" w:hAnsi="Times New Roman" w:eastAsia="Times New Roman" w:cs="Times New Roman"/>
        </w:rPr>
        <w:t>“Зүүн зүгийн Христийн эзэн хаан эрх мэдлээ Туркуудын гарт сайн дураараа шилжүүлснээр энэхүү [6 дахь] бүрээний эш үзүүллэгийн хугацаа эхэлсэнтэй адил, түүний төгсгөл нь ч мөн Туркийн султан тэрхүү эрх мэдлийг Христэд итгэгчдийн гарт буцаан сайн дураараа шилжүүлснээр тэмдэглэгдэх нь зүй ёсны дүгнэлт байж болох юм. 1838 онд Турк Египеттэй дайнд татагдан орсон. Египетчүүд Туркийн эрх мэдлийг түлхэн унагах нь бараг тодорхой болсон байв. Үүнийг саатуулахын тулд Европын дөрвөн их гүрэн болох Англи, Орос, Австри, Прусс Туркийн засгийн газрыг дэмжихээр хөндлөнгөөс оролцов. Турк тэдний оролцоог хүлээн зөвшөөрөв. Лондонд бага хурал болж, Египетийн паша Мехемет Алид хүргүүлэх эцсийн шаардлагыг боловсруулсан. Энэхүү эцсийн шаардлагыг Мехеметийн гарт өгөхөд Османы эзэнт гүрний хувь заяа бодит байдал дээр Европын Христийн гүрнүүдийн гарт шилжих нь илэрхий байв. Энэхүү эцсийн шаардлагыг 1840 оны 8 дугаар сарын 11-ний өдөр Мехеметийн гарт хүргүүлсэн! Яг тэр өдөр султан дөрвөн гүрний элчин сайд нарт бичиг илгээж, хэрэв Мехемет тэдний дэвшүүлсэн нөхцөлийг биелүүлэхээс татгалзвал юу хийх ёстойг лавласан. Хариуд нь, гарч болзошгүй аливаа нөхцөл байдлын талаар санаа зовох хэрэггүй, учир нь тэд түүнд зориулан зохих арга хэмжээг аль хэдийн авсан гэжээ. Эш үзүүллэгийн хугацаа өндөрлөж, яг тэр өдөр Лалын хэргүүдийг захирах эрх Христэд итгэгчдийн гарт шилжсэн нь, үүнээс 391 жил 15 хоногийн өмнө Христийн хэргүүдийг захирах эрх Лалынхны гарт шилжсэнтэй яг адил байв. Ийнхүү хоёр дахь гай гамшиг төгсөж, зургаа дахь бүрээ дуугарахаа болив.” Uriah Smith, Synopsis of Present Truth, 218.</w:t>
      </w:r>
    </w:p>
    <w:p>
      <w:pPr>
        <w:pStyle w:val="ArticleBody"/>
        <w:jc w:val="left"/>
      </w:pPr>
      <w:r>
        <w:rPr>
          <w:rFonts w:ascii="Times New Roman" w:hAnsi="Times New Roman" w:eastAsia="Times New Roman" w:cs="Times New Roman"/>
        </w:rPr>
        <w:t>Хоёр дахь гайгийн Ислам нь Бурханы үгийн дагуу гурван зуун ерэн нэгэн жил, арван таван хоног үргэлжлэх ёстой байсан хүч чадлынхаа оргил үеийг аль хэдийн даван өнгөрсөн байв. Гэвч 1830-аад онд Египет нь лалын түүхэн дэх хоёр дахь их жихадыг үргэлжлүүлэх зорилгоор Египетэд халифатыг дахин тогтоохыг оролдож байлаа. Исламын дахин дайн өдөөх боломж нь Европын хүчирхэг гүрнүүдийг айдсаар чичрүүлэхэд хүргэж байв. Ислам дайны галыг дахин асаах энэ хямралыг олон арван жилийн турш тухайн он жилүүдийн түүхчид болон сурвалжлагчид “Дорнодын асуудал” хэмээн нэрлэж байв. Дорнын хөвгүүдийн дайн нь Ромын сүмээс шашнаа уламжилсан Европын үндэстнүүдийн эсрэг олон зууны турш явагдсан билээ. 1838 онд Христийн дурдсан “үндэстнүүдийн зовнил” нь хуучин Ромын эзэнт гүрний эсрэг Исламын явуулсан дайнаас үүдэн хилэгнэсэн үндэстнүүд донсолж байсныг илэрхийлж байв.</w:t>
      </w:r>
    </w:p>
    <w:p>
      <w:pPr>
        <w:pStyle w:val="ArticleScripture"/>
        <w:jc w:val="left"/>
      </w:pPr>
      <w:r>
        <w:rPr>
          <w:rFonts w:ascii="Times New Roman" w:hAnsi="Times New Roman" w:eastAsia="Times New Roman" w:cs="Times New Roman"/>
        </w:rPr>
        <w:t>“Агуу Евфрат мөрөнд хүлэгдсэн дөрвөн тэнгэрэлчийг [сулласнаар] Бурхан одоо Османы эзэнт гүрнийг бүрдүүлж байсан дөрвөн гол үндэстнийг—Константинополь дахь Дорнодын эзэнт гүрнийг эрхшээлдээ оруулах гэж талаар нэг оролдсон боловч, Европыг байлдан дагуулахад тун бага ахиц гаргасан тэдгээрийг—одоо Константинополийг эзлэн авч, Европын гуравны нэг хэсгийг дайран эзэрхийлж, эрхшээлдээ оруулахыг зөвшөөрөх гэж байсан гэж би ойлгож байна; энэ нь үнэхээр арван тавдугаар зууны дунд үе орчимд биелсэн юм.” William Miller-ийн бүтээлүүд, 2-р боть, 121.</w:t>
      </w:r>
    </w:p>
    <w:p>
      <w:pPr>
        <w:pStyle w:val="ArticleBody"/>
        <w:jc w:val="left"/>
      </w:pPr>
      <w:r>
        <w:rPr>
          <w:rFonts w:ascii="Times New Roman" w:hAnsi="Times New Roman" w:eastAsia="Times New Roman" w:cs="Times New Roman"/>
        </w:rPr>
        <w:t>Лук номд өгүүлэгдсэн эшлэл дэх үндэстнүүдийн зовнил нь “тэвдэл дунд; тэнгис ба давалгаа хүрхрэн шуугих”-тай байсан бөгөөд хүмүүсийн “зүрх нь айдсаас, мөн газар дэлхий дээр ирэх гэж буй зүйлсийг хүлээн харснаас болж мохох” явдалтай хамт байсан. Дорнын асуудлын талаарх төөрөгдөл нь хорьдугаар зуун хүртэл газрын хүчнүүдийг үргэлжлэн донсолгосоор байсан бөгөөд тэрхүү зовнилын бэлгэдэл нь “хүмүүсийн зүрх нь айдсаас болж мохох” болон “тэнгис ба давалгаа хүрхрэн шуугих” явдал байсан.</w:t>
      </w:r>
    </w:p>
    <w:p>
      <w:pPr>
        <w:pStyle w:val="ArticleScripture"/>
        <w:jc w:val="left"/>
      </w:pPr>
      <w:r>
        <w:rPr>
          <w:rFonts w:ascii="Times New Roman" w:hAnsi="Times New Roman" w:eastAsia="Times New Roman" w:cs="Times New Roman"/>
        </w:rPr>
        <w:t>“Бурханы зарц нарын энэхүү тамгалалт нь Езекиелд үзэгдлээр харуулсан тэрхүү зүйл мөн. Иохан ч мөн энэ хамгийн цочирдом илчлэлтийн гэрч болсон юм. Тэрээр тэнгис болон долгионууд архиран буйг, мөн айдсаас болж хүмүүсийн зүрх мохож байгааг харсан. Тэрээр газар хөдөлж, уулс тэнгисийн дунд шидэгдэн орж буйг (энэ нь үгчилбэл яг одоо болж байгаа зүйл мөн), түүний ус архиран үймж, мөн түүний давалгаалалтаас уулс чичирч байгааг үзсэн. Түүнд гай гамшиг, халдварт өвчин, өлсгөлөн, үхэл аймшигт даалгавраа гүйцэтгэж буй нь харуулагдсан.” Testimonies to Ministers, 445.</w:t>
      </w:r>
    </w:p>
    <w:p>
      <w:pPr>
        <w:pStyle w:val="ArticleBody"/>
        <w:jc w:val="left"/>
      </w:pPr>
      <w:r>
        <w:rPr>
          <w:rFonts w:ascii="Times New Roman" w:hAnsi="Times New Roman" w:eastAsia="Times New Roman" w:cs="Times New Roman"/>
        </w:rPr>
        <w:t>Иоханд нэг зуун дөчин дөрвөн мянгыг лацдахыг үзүүлэхэд тэрээр тэнгисүүд болон долгионуудын хүрхрэлтээр дүрслэгдсэн үндэстнүүдийн зовнилыг, мөн айдсаас болж хүмүүсийн зүрх мохож байгааг харсан бөгөөд энэ нь Езекиелд есдүгээр бүлэгт үзүүлэгдсэн мөнөөх л лацдалт байв. Езекиелд лацдалтын дотоод талуудыг үзүүлсэн бол Иоханд лацдалттай холбоотой гадаад талуудыг үзүүлсэн. Иохан үндэстнүүдийн уурсал нь нэг зуун дөчин дөрвөн мянгын лацдалттай холбоотойг харсан бөгөөд үндэстнүүдийн уурсал нь мөн түүхэн утгаар Дорнодын асуудал хэмээн тодорхойлогддог Лукийн өгүүлсэн үндэстнүүдийн зовнил мөн болохыг харсан. Иоханд гурав дахь Гаслангийн Ислам нь нэг зуун дөчин дөрвөн мянгын лацдалтын гадаад тэмдэг мөн болохыг үзүүлсэн.</w:t>
      </w:r>
    </w:p>
    <w:p>
      <w:pPr>
        <w:pStyle w:val="ArticleScripture"/>
        <w:jc w:val="left"/>
      </w:pPr>
      <w:r>
        <w:rPr>
          <w:rFonts w:ascii="Times New Roman" w:hAnsi="Times New Roman" w:eastAsia="Times New Roman" w:cs="Times New Roman"/>
        </w:rPr>
        <w:t>“Одоогийн цаг үе нь амьд бүхэнд асар их ач холбогдолтой үе мөн. Захирагчид ба төрийн зүтгэлтнүүд, итгэл хүлээсэн ба эрх мэдэл бүхий албан тушаал эрхэлдэг хүмүүс, бүх ангийн эрэгтэйчүүд ба эмэгтэйчүүдээс бодлогошрон тунгаадаг хүмүүс анхаарлаа бидний эргэн тойронд болж буй үйл явдлуудад төвлөрүүлж байна. Тэд үндэстнүүдийн хооронд оршин буй түгшүүртэй, тогтворгүй харилцааг ажиглаж байна. Тэд газар дэлхийн аливаа хүчин зүйл бүрийг эзэмдэн авч буй ширүүн хурц байдлыг ажиглаж, ямар нэгэн агуу бөгөөд шийдвэрлэх үйл явдал тохиох гэж байгааг—өөрөөр хэлбэл, ертөнц асар их хямралын ирмэг дээр байгааг—ухамсарлаж байна.”</w:t>
      </w:r>
    </w:p>
    <w:p>
      <w:pPr>
        <w:pStyle w:val="ArticleScripture"/>
        <w:jc w:val="left"/>
      </w:pPr>
      <w:r>
        <w:rPr>
          <w:rFonts w:ascii="Times New Roman" w:hAnsi="Times New Roman" w:eastAsia="Times New Roman" w:cs="Times New Roman"/>
        </w:rPr>
        <w:t>“Тэнгэрэлч нар эдүгээ тэмцэл мөргөлдөөний салхинуудыг, дэлхий ертөнц ирэх сүйрлийнхээ талаар анхааруулга хүртэх хүртэл үлээхгүй байлгахын тулд барьж байна; харин газар дэлхий дээр асгарахад бэлэн шуурга хуралдан буй; Бурхан Өөрийн тэнгэрэлч нарт салхинуудыг тавихыг тушаах үед ямар ч үзэг дүрслэн бичиж үл чадах тийм тэмцэл мөргөлдөөний дүр зураг бий болно.</w:t>
      </w:r>
    </w:p>
    <w:p>
      <w:pPr>
        <w:pStyle w:val="ArticleScripture"/>
        <w:jc w:val="left"/>
      </w:pPr>
      <w:r>
        <w:rPr>
          <w:rFonts w:ascii="Times New Roman" w:hAnsi="Times New Roman" w:eastAsia="Times New Roman" w:cs="Times New Roman"/>
        </w:rPr>
        <w:t>“Библи, зөвхөн Библи л эдгээр зүйлсийн тухай зөв үзлийг өгдөг. Энд манай дэлхийн түүхийн агуу эцсийн үзэгдлүүд, аль хэдийнээ урьдаас сүүдрээ тусгаж буй, ойртон ирэх чимээ нь газрыг чичрүүлж, хүмүүсийн зүрхийг айдсаар мохож байгаа үйл явдлууд илчлэгдсэн байдаг.” Education, 179, 180.</w:t>
      </w:r>
    </w:p>
    <w:p>
      <w:pPr>
        <w:pStyle w:val="ArticleBody"/>
        <w:jc w:val="left"/>
      </w:pPr>
      <w:r>
        <w:rPr>
          <w:rFonts w:ascii="Times New Roman" w:hAnsi="Times New Roman" w:eastAsia="Times New Roman" w:cs="Times New Roman"/>
        </w:rPr>
        <w:t>Лукийн хорин нэгдүгээр бүлэгт Есүс Миллерит хөдөлгөөнийг эхлүүлэн оруулсан “тэмдгүүд”-ийг тодорхойлон өгсөн бөгөөд Сестра Уайтын хэлснээр тэдгээр бүх “тэмдэг” биелсэн юм. Лиссабоны газар хөдлөлт, харанхуй өдөр, оддын уналт, мөн дорнын асуудлын улмаас төрсөн айдсаар Исламын хүчээр биелсэн газрын эрх мэдлүүдийн ганхалтыг төлөөлж байсан үндэстнүүдийн зовнил—эдгээр нь бүгд биелсэн. Миллеритын “тэмдгүүд”-д мөн Хүний Хүү үүлтэй хамт ирэх нь багтдаг бөгөөд энэ нь Христийн өгсөн “тэмдгүүд”-ийн зөв дарааллын дагуу биелсэн юм. Учир нь 1840 онд Османы ноёрхлыг тогтоон барьснаар үндэстнүүдийн зовнил төгссөний дараа Христ 1844 оны 10 дугаар сарын 22-нд Ариунаас Ариун газар уруу ирсэн бөгөөд Тэр ирэхдээ үүлсийн хамт ирсэн юм.</w:t>
      </w:r>
    </w:p>
    <w:p>
      <w:pPr>
        <w:pStyle w:val="ArticleScripture"/>
        <w:jc w:val="left"/>
      </w:pPr>
      <w:r>
        <w:rPr>
          <w:rFonts w:ascii="Times New Roman" w:hAnsi="Times New Roman" w:eastAsia="Times New Roman" w:cs="Times New Roman"/>
        </w:rPr>
        <w:t>“‘Харагтун, хүний Хүүтэй адил Нэгэн тэнгэрийн үүлсийн хамт ирж, Өдрийн Эртний Нэгэнд хүрч очив, тэгээд Түүнийг Түүний өмнө авчрав. Бүх ард түмэн, үндэстэн, хэлтэн Түүнд үйлчлэхийн тулд Түүнд эрх мэдэл, алдар сүр, хаанчлал өгөгдөв. Түүний эрх мэдэл нь өнгөрөн одохгүй мөнхийн эрх мэдэл мөн.’ Даниел 7:13, 14. Энд дүрслэгдсэн Христийн ирэлт нь Түүний газар дэлхийд хийх хоёр дахь ирэлт биш юм. Тэрээр тэнгэрт байгаа Өдрийн Эртний Нэгэнд эрх мэдэл, алдар сүр, хаанчлалыг хүлээн авахаар ирдэг бөгөөд эдгээр нь Түүний зуучлагчийн ажлын төгсгөлд Түүнд өгөгдөх болно. Зөгнөлд 1844 онд 2300 өдрийн төгсгөлд болохоор урьдчилан хэлэгдсэн нь газар дэлхийд хийх Түүний хоёр дахь ирэлт бус, харин энэ ирэлт мөн. Тэнгэрийн тэнгэрэлчүүдээр хүрээлүүлсэн манай агуу Тэргүүн Тахилч ариун бүхний ариун газарт орж, тэнд хүний төлөөх Өөрийн үйлчлэлийн сүүлчийн үйлүүдийг гүйцэтгэхээр—мөрдөн шалгах шүүлтийн ажлыг үйлдэж, түүний үр шимийг хүртэх эрхтэй болох нь илэрхийлэгдсэн бүхний төлөө эвлэрүүллийг хийхээр—Бурханы оршихуйд үзэгддэг.” Агуу Тэмцэл, 479.</w:t>
      </w:r>
    </w:p>
    <w:p>
      <w:pPr>
        <w:pStyle w:val="ArticleBody"/>
        <w:jc w:val="left"/>
      </w:pPr>
      <w:r>
        <w:rPr>
          <w:rFonts w:ascii="Times New Roman" w:hAnsi="Times New Roman" w:eastAsia="Times New Roman" w:cs="Times New Roman"/>
        </w:rPr>
        <w:t>Миллерчүүдийн түүхтэй холбоотой “тэмдгүүд” нь нэг зуун дөчин дөрвөн мянгын түүхтэй холбоотой “тэмдгүүд”-ийг хэв шинжээр илэрхийлсэн юм. Христ сургаалт зүйрлэлээр дамжуулан түүхэн өгүүлэмжид хоёр дахь гэрчийг өгөхдөө Өөрийн шавь нарын анхаарлыг “хаврын нахиа дэлгэрч буй модод” руу хандуулсан. Тэрээр модод нахиагаа дэлгэж эхлэх үед та нар дэлхийн төгсгөл ойртсоныг мэднэ, мөн хаврын нахиа дэлгэрч буй моддыг харсан тэр үеийнхэн Түүний хоёр дахь ирэлтийн гал дунд тэнгэр ба газар улиран өнгөрөхийг үзэх хүртлээ амьд байх болно хэмээн тэдэнд мэдэгдсэн юм.</w:t>
      </w:r>
    </w:p>
    <w:p>
      <w:pPr>
        <w:pStyle w:val="ArticleScripture"/>
        <w:jc w:val="left"/>
      </w:pPr>
      <w:r>
        <w:rPr>
          <w:rFonts w:ascii="Times New Roman" w:hAnsi="Times New Roman" w:eastAsia="Times New Roman" w:cs="Times New Roman"/>
        </w:rPr>
        <w:t>Эдүгээ тэд нахиа дэлгэрүүлэхэд, та нар өөрсдөө харж мэднэ: зун цаг хэдийнээ ойртон иржээ. Үүнчлэн та нар ч эдгээр зүйлс биелж байгааг үзэхдээ, Бурханы хаанчлал ойрхон ирснийг мэдэгтүн. Үнэнээр Би та нарт хэлье, энэ үеийнхэн энэ бүхнийг биелтэл өнгөрөхгүй. Тэнгэр ба газар өнгөрөн одох болно; харин Миний үгс хэзээ ч өнгөрөхгүй. Лук 21:30–33.</w:t>
      </w:r>
    </w:p>
    <w:p>
      <w:pPr>
        <w:pStyle w:val="ArticleBody"/>
        <w:jc w:val="left"/>
      </w:pPr>
      <w:r>
        <w:rPr>
          <w:rFonts w:ascii="Times New Roman" w:hAnsi="Times New Roman" w:eastAsia="Times New Roman" w:cs="Times New Roman"/>
        </w:rPr>
        <w:t>Тэгвэл асуулт нь: “модод хэзээ нахиагаа дэлбээлж эхэлсэн бэ?” Хожуугийн бороо 2001 оны 9 дүгээр сарын 11-нд шиврэн орж эхэлсэн бөгөөд энэ нь Исаиагийн хэлснээр Бурханы “ширүүн салхины өдөр”, өөрөөр хэлбэл “зүүн салхины өдөр” юм.</w:t>
      </w:r>
    </w:p>
    <w:p>
      <w:pPr>
        <w:pStyle w:val="ArticleScripture"/>
        <w:jc w:val="left"/>
      </w:pPr>
      <w:r>
        <w:rPr>
          <w:rFonts w:ascii="Times New Roman" w:hAnsi="Times New Roman" w:eastAsia="Times New Roman" w:cs="Times New Roman"/>
        </w:rPr>
        <w:t>Тэр цухуйх үед, хэмжээгээр түүнтэй заргалдах болно; зүүн салхины өдөр Тэр Өөрийн ширүүн салхийг тогтоон барина. Иймийн тул Иаковын гэм буруу үүгээр ариусгагдах бөгөөд түүний нүглийг зайлуулахын бүх үр жимс нь энэ юм: тэр тахилын ширээний бүх чулууг бут цохигдсон шохой чулуунууд мэт болгох үед төглүүд ба хөргүүд дахин босон зогсохгүй. Гэвч бэхлэгдсэн хот эзгүйрч, оршин суух газар хаягдан, цөл мэт орхигдоно; тэнд тугал бэлчиж, тэнд хэвтэж, түүний мөчрүүдийг идэж дуусгана. Түүний мөчирүүд хатах үед тэд тас хугалагдана; эмэгтэйчүүд ирж, тэдгээрийг галдана. Учир нь энэ бол ойлголтгүй ард түмэн; тиймийн тул тэднийг Бүтээгч нь тэднийг өршөөхгүй, тэднийг Бүрэлдүүлэгч нь тэдэнд ивээл үзүүлэхгүй. Тэр өдөр ЭЗЭН голын савгаас Египетийн горхи хүртэл цохин унагах бөгөөд, Израилийн хөвгүүд ээ, та нар нэг бүрчлэн цуглуулагдах болно. Тэр өдөр агуу бүрээ үлээгдэж, Ассирийн нутагт мөхөхөд бэлэн байсан хүмүүс болон Египетийн нутаг дахь цөлөгдөгсөд ирж, Иерусалим дахь ариун уулан дээр ЭЗЭНд мөргөх болно. Исаиа 27:8–13.</w:t>
      </w:r>
    </w:p>
    <w:p>
      <w:pPr>
        <w:pStyle w:val="ArticleBody"/>
        <w:jc w:val="left"/>
      </w:pPr>
      <w:r>
        <w:rPr>
          <w:rFonts w:ascii="Times New Roman" w:hAnsi="Times New Roman" w:eastAsia="Times New Roman" w:cs="Times New Roman"/>
        </w:rPr>
        <w:t>Сүүлчийн бороо 2001 оны 9-р сарын 11-нд шиврэн орж (хэмжүүрлэгдэн) эхэлсэн бөгөөд сүүлчийн борооны мэдээ болон хуурамч энх тайван, аюулгүй байдлын мэдээний талаарх маргаан эхэлсэн юм. Тэрхүү маргааны түүх дотор л Иаковын гэм буруу зайлуулагдаж (цэвэрлэгдэж, өөрөөр хэлбэл нүгэл нь цагаатгагдаж) байдаг. Маргааны түүх, өөрөөр хэлбэл Хабаккукийн маргаан, нь нэг зуун дөчин дөрвөн мянгын лацлагдах үе бөгөөд энэ нь Эзэний амнаас Лаодикеагийн Долоо дахь өдрийн Адвентист шидэгдэн гарснаар төгсөнө. Учир нь тэрээр “бэхлэгдсэн хот” адил эзгүйрэх болно; яагаад гэвэл тэр ойлголтгүй ард түмний хот болж, өршөөл ч, ивээл ч олдоггүй болсон байв. Тэр үед Илчлэлт арван наймын “хоёр дахь дуу хоолой” агуу бүрээг үлээх бөгөөд энэ нь долоо дахь бүрээ, гурав дахь гай мөн; тэгэхэд Бурханы бусад сүрэг “Иерусалим”-д ирж мөргөнө, харин тэр нь тэр цагт ялгуусан сүмийн хөдөлгөөн болсон байх болно.</w:t>
      </w:r>
    </w:p>
    <w:p>
      <w:pPr>
        <w:pStyle w:val="ArticleBody"/>
        <w:jc w:val="left"/>
      </w:pPr>
      <w:r>
        <w:rPr>
          <w:rFonts w:ascii="Times New Roman" w:hAnsi="Times New Roman" w:eastAsia="Times New Roman" w:cs="Times New Roman"/>
        </w:rPr>
        <w:t>2001 оны 9 дүгээр сарын 11 нь газрын түүхийн сүүлчийн үе ирснийг илтгэдэг бөгөөд зөвхөн хаврын нахиалж буй моддыг танин мэддэг хүмүүс л тэдгээр моддыг нахиалуулж буй бороог хүлээн авах болно. Гурав дахь гайгийн Ислам нь хожмын бороо болон нэг зуун дөчин дөрвөн мянгыг тамгалах үйл явцын ирэлтийг тэмдэглэдэг гэдгийг танин мэддэг хүмүүс л тэр бүлэгт багтах болно.</w:t>
      </w:r>
    </w:p>
    <w:p>
      <w:pPr>
        <w:pStyle w:val="ArticleScripture"/>
        <w:jc w:val="left"/>
      </w:pPr>
      <w:r>
        <w:rPr>
          <w:rFonts w:ascii="Times New Roman" w:hAnsi="Times New Roman" w:eastAsia="Times New Roman" w:cs="Times New Roman"/>
        </w:rPr>
        <w:t>“Зөвхөн өөрсдөд нь өгөгдсөн гэрлийн дагуу амьдарч буй хүмүүс л илүү агуу гэрлийг хүлээн авна. Хэрэв бид идэвхтэй Христийн зан чанарын ариун журамуудыг амьдралдаа илэрхийлэхдээ өдөр бүр урагшлан дэвжихгүй бол, бид хожмын бороон дахь Ариун Сүнсний илрэлүүдийг таньж мэдэхгүй. Тэр нь бидний эргэн тойрон дахь зүрх сэтгэлүүд дээр бууж байж болох ч, бид түүнийг ялган таних ч үгүй, хүлээн авах ч үгүй.” Testimonies to Ministers, 507.</w:t>
      </w:r>
    </w:p>
    <w:p>
      <w:pPr>
        <w:pStyle w:val="ArticleScripture"/>
        <w:jc w:val="left"/>
      </w:pPr>
      <w:r>
        <w:rPr>
          <w:rFonts w:ascii="Times New Roman" w:hAnsi="Times New Roman" w:eastAsia="Times New Roman" w:cs="Times New Roman"/>
        </w:rPr>
        <w:t>“Бид хожмын бороог хүлээж сууж болохгүй. Бидний дээр бууж буй нигүүлслийн шүүдэр ба аадар бороог таньж, өөрсдийн болгох бүхэнд тэр нь ирж байна. Бид гэрлийн өчүүхэн хэсгүүдийг ч цуглуулж, Өөрт нь итгэхийг биднээс хүсдэг Бурханы найдвартай энэрлүүдийг эрхэмлэн үнэлбэл, тэгвэл амлалт бүр биелэх болно. ‘Учир нь газар хөрс нахиаг нь ургуулдаг шиг, цэцэрлэг түүнд тарьсан зүйлсийг соёолуулдаг шиг, тийнхүү Эзэн БУРХАН зөвт байдал ба магтаалыг бүх үндэстний өмнө ургуулан гаргана’ (Исаиа 61:11). Бүх дэлхий Бурханы алдраар дүүрэх ёстой.” The Seventh-day Adventist Bible Commentary, volume 7, 984.</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“——д тусалж чадах хүмүүс өөрсдийн үүргийг ухамсарлан сэрээгүй л бол, гурав дахь тэнгэрэлчийн чанга хашхираан сонсогдох үед тэд Бурханы ажлыг танин мэдэхгүй. Гэрэл дэлхийг гэрэлтүүлэхээр түгэн гарах үед, тэд Эзэний тусламжид хүрч ирэхийн оронд, Өөрийн ажлыг өөрсдийн явцуу үзэлд нийцүүлэхийн тулд түүнийг хязгаарлан боохыг хүсэх болно. Эцсийн энэ ажилд Эзэн юмсын энгийн тогтсон дэг журмаас үлэмжхэн ангид байдлаар, мөн ямар ч хүний төлөвлөлтөд харшлах арга замаар ажиллах болно гэдгийг би та нарт хэлье. Бидний дунд Бурханы ажлыг үргэлж захирахыг, дэлхийд өгөгдөх мэдээнд гурав дахь тэнгэрэлчтэй нэгддэг тэнгэрэлчийн удирдлага дор ажил урагшлахад ямар хөдөлгөөн хийх ёстойг хүртэл заан тушаахыг хүсэх хүмүүс байх болно. Бурхан Өөрөө жолоог гартаа авч байгааг харагдуулах тийм арга зам, хэрэгслүүдийг ашиглах болно. Өөрийн зөвт байдлын ажлыг хэрэгжүүлж, төгөлдөржүүлэхийн тулд Тэр хэрэглэх энгийн арга хэрэгслүүдэд ажилчид гайхах болно.”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Хорин Нэг###</dc:title>
  <dc:subject>Эцсийн өдрүүдийн тэмдгүүдийг тайлах нь: Хаврын нахиа дэлгэрч буй моддыг заасан Христийн дохио сануулгыг ойлгох нь</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