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Зуун Хорин Хоёрдугаар Хэсэг</w:t>
      </w:r>
    </w:p>
    <w:p>
      <w:pPr>
        <w:pStyle w:val="ArticleSubtitle"/>
        <w:jc w:val="left"/>
      </w:pPr>
      <w:r>
        <w:rPr>
          <w:rFonts w:ascii="Arial" w:hAnsi="Arial" w:eastAsia="Arial" w:cs="Arial"/>
        </w:rPr>
        <w:t>Үнэний Илчлэлт: Даниел 11-ээр дамжих аялал ба Бурханы ард түмний сэгсрэлт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 онд төгсгөлийн цагт Даниелын арван нэгдүгээр бүлгийн дөчөөс дөчин тавдугаар эшлэлүүдийн гэрэл тайлагдах үед, үнэний дайснуудын үзүүлсэн эсэргүүцэл нь Бурханд Даниелын ном дахь тухайн эшлэлийн үндсэн байр сууриудыг хамгаалах үнэнүүдийг илчлэх боломж олгосон бөгөөд тэдгээр нь улмаар Сатаны довтолгооны сэдэв, төв болсон юм. Тэрхүү түүхэн цаг үед өрнөсөн үнэн ба төөрөгдлийн талаарх маргааныг Ариун Сүнс ашиглан тайлагдсан мэдлэгийг улам нэмэгдүүлэх, түүнчлэн түүнээс хойш дэлхийн түүхийн эцсийн үеийн үеийг сориход зориулагдсан эш үзүүллэгийн тодорхой дүрмүүдийг тогтоон харуулсан юм. Бид “эш үзүүллэгийн гурав дахин хэрэглээ”-г авч үзэж байгаа бөгөөд өнгөрсөн тэр өдрүүдэд Сатаны гаргаж ирсэн эсэргүүцлийн үйл явцаар илчлэгдсэн үндсэн дүрэм хэмээн тэдгээр хэрэглээнүүдийг тодорхойлж байна. Тэрхүү маргаант үйл явцыг Эгч Уайт “сэгсрэлт” хэмээн нэрлэсэн байдаг.</w:t>
      </w:r>
    </w:p>
    <w:p>
      <w:pPr>
        <w:pStyle w:val="ArticleScripture"/>
        <w:jc w:val="left"/>
      </w:pPr>
      <w:r>
        <w:rPr>
          <w:rFonts w:ascii="Times New Roman" w:hAnsi="Times New Roman" w:eastAsia="Times New Roman" w:cs="Times New Roman"/>
        </w:rPr>
        <w:t>“Би Бурханы Өөрийн ард түмний дундах ивээлт үйлс рүү чиглүүлэгдэж, нэр төдий Христэд итгэгчдэд хандсан цэвэршүүлэн ариусгах үйл явцын авчирдаг сорилт бүр заримыг нь шаар мэт болохыг харуулсан. Шижир алт тэр бүр ил гардаггүй. Шашны амьдралын аливаа хямрал бүрд зарим нь сорилтод унадаг. Бурханы сэгсрэлт үй олон хүнийг хуурай навчис мэт хийсгэн одно. Амжилт цэцэглэл нь нэр төдий итгэгчдийн бөөн олныг олшруулдаг. Зовлон бэрхшээл тэднийг сүмээс шүүн гаргадаг. Тэдний сүнс, ерөнхийдөө, Бурханд тууштай тогтвортой байдаггүй. Тэд биднээс гарч явдаг нь тэд биднийх бишийнх; учир нь үгийн улмаас гай зовлон эсвэл хавчлага босоход олон хүн бүдэрдэг.” Testimonies, volume 4, 89.</w:t>
      </w:r>
    </w:p>
    <w:p>
      <w:pPr>
        <w:pStyle w:val="ArticleBody"/>
        <w:jc w:val="left"/>
      </w:pPr>
      <w:r>
        <w:rPr>
          <w:rFonts w:ascii="Times New Roman" w:hAnsi="Times New Roman" w:eastAsia="Times New Roman" w:cs="Times New Roman"/>
        </w:rPr>
        <w:t>“Сэгсрэлт” нь Иуда овгийн Арслан үнэнийг лацаас нь тайлж, улмаар түүнийг тунхаглан оруулж ирэх үед бий болдог.</w:t>
      </w:r>
    </w:p>
    <w:p>
      <w:pPr>
        <w:pStyle w:val="ArticleScripture"/>
        <w:jc w:val="left"/>
      </w:pPr>
      <w:r>
        <w:rPr>
          <w:rFonts w:ascii="Times New Roman" w:hAnsi="Times New Roman" w:eastAsia="Times New Roman" w:cs="Times New Roman"/>
        </w:rPr>
        <w:t>“Би өөрийн харсан тэр доргилтын утгыг асуухад, Лаодикей дахь хүмүүст Хэлэгдсэн Үнэн Гэрчийн зөвлөгөөнөөс урагш дуудагдсан шулуун гэрчлэлээс энэ нь үүдэн гарах болно гэдгийг надад үзүүлсэн. Энэ нь хүлээн авагчийн зүрх сэтгэлд нөлөөлж, түүнийг жишгийг өргөмжлөн, шулуун үнэнийг урсан гаргахад хүргэнэ. Зарим нь энэ шулуун гэрчлэлийг тэвчихгүй. Тэд түүний эсрэг босно, бөгөөд Бурханы ард түмний дунд доргилт үүсэхэд хүргэх зүйл нь энэ мөн.” Early Writings, 271.</w:t>
      </w:r>
    </w:p>
    <w:p>
      <w:pPr>
        <w:pStyle w:val="ArticleBody"/>
        <w:jc w:val="left"/>
      </w:pPr>
      <w:r>
        <w:rPr>
          <w:rFonts w:ascii="Times New Roman" w:hAnsi="Times New Roman" w:eastAsia="Times New Roman" w:cs="Times New Roman"/>
        </w:rPr>
        <w:t>“Үнэн”-ий танилцуулга нь үргэлж сэгсрэлтийг үүсгэдэг бөгөөд 1989 онд лац нь тайлагдсан тэрхүү үнэн яг тийм зүйлийг үйлдсэн билээ. Үнэнгийн эсрэг гаргасан эсэргүүцлийн нэгэн үр ашиг нь 1989 оноос хойших жилүүдэд мэдлэгийн нэмэгдлийг тогтоох дүрмийн цогцыг хөгжүүлэх явдал болсон юм. Эдгээр дүрмийн хөгжил нь Миллерчүүдийн үе дэх нэгэн дүрмийн цогцын хөгжлийг зэрэгцүүлэн тусгадгийг харуулдаг. Библийн эш үзүүллэгийн бүх гурвалсан хэрэглээнүүд эцсийн өдрүүдийн үйл явдлуудын тодорхой байдалд хувь нэмрээ оруулдаг.</w:t>
      </w:r>
    </w:p>
    <w:p>
      <w:pPr>
        <w:pStyle w:val="ArticleBody"/>
        <w:jc w:val="left"/>
      </w:pPr>
      <w:r>
        <w:rPr>
          <w:rFonts w:ascii="Times New Roman" w:hAnsi="Times New Roman" w:eastAsia="Times New Roman" w:cs="Times New Roman"/>
        </w:rPr>
        <w:t>Ром ба Вавилоны гурван давхар хэрэглээ нь Ням гаргийн хуулийн хямралын түүхийн туршид эмэгтэй болон түүний унан явж, дээр нь ноёрхдог араатны хоорондын харилцааг тогтоодог бөгөөд энэ нь мөн Вавилоны янхан дээр Бурханы гүйцэтгэх шүүлт явагдах түүх мөн юм.</w:t>
      </w:r>
    </w:p>
    <w:p>
      <w:pPr>
        <w:pStyle w:val="ArticleBody"/>
        <w:jc w:val="left"/>
      </w:pPr>
      <w:r>
        <w:rPr>
          <w:rFonts w:ascii="Times New Roman" w:hAnsi="Times New Roman" w:eastAsia="Times New Roman" w:cs="Times New Roman"/>
        </w:rPr>
        <w:t>“Гэрээний Элчийн замыг бэлтгэдэг элч,” мөн түүнчлэн “Елиа” гэсэн нэршлүүдийн гуравласан хэрэглээ нь, эцсийн өдрүүдэд авралын хугацаа хаагдахыг дүрслэн харуулдаг хоёр үе дэх ажил болон мэдээг тодорхойлдог. Эхний үе нь Илчлэлт арван наймдугаар бүлгийн эхний дуу хоолойгоор эхэлдэг бөгөөд энэ нь Лаодикийн Адвентизмийн төлөө амьд хүмүүсийн мөрдөн шалгах шүүлтийн эхлэлийг төлөөлдөг; харин сүүлчийн үе нь Илчлэлт арван наймдугаар бүлгийн хоёр дахь дуу хоолойгоор эхэлдэг бөгөөд энэ нь Вавилоны янхны гүйцэтгэх шүүлтийг төлөөлдөг.</w:t>
      </w:r>
    </w:p>
    <w:p>
      <w:pPr>
        <w:pStyle w:val="ArticleBody"/>
        <w:jc w:val="left"/>
      </w:pPr>
      <w:r>
        <w:rPr>
          <w:rFonts w:ascii="Times New Roman" w:hAnsi="Times New Roman" w:eastAsia="Times New Roman" w:cs="Times New Roman"/>
        </w:rPr>
        <w:t>Ром ба Вавилоны гуравчилсан хэрэглээ нь Бурханы эцсийн өдрүүдийн ард түмний гадаад түүхийг төлөөлдөг бол, Елиа болон замыг бэлтгэгч элчийн гуравчилсан хэрэглээ нь Бурханы эцсийн өдрүүдийн ард түмний дотоод түүхийг төлөөлдөг. Гурван Гаслангийн гуравчилсан хэрэглээ нь шүүлтийн төгсгөлийн үеийг хамтад нь төлөөлдөг эдгээр хоёр хугацааны туршид нэвтэрч явдаг мэдээг тодорхойлдог; энэ шүүлт нь Бурханы өргөөнөөс эхэлж, түүнээс хойш Бурханы өргөөний гаднах хүмүүст хүрдэг. Гурван Гаслан нь Ислам бол хожмын борооны мэдээ мөн бөгөөд түүнчлэн бүх хүн төрөлхтөнд нарыг шүтүүлэхийг албаддаг хүмүүсийн эсрэг Бурханы хэрэглэдэг шүүлтийн хэрэгсэл мөн болохыг тодорхойлдог. Шүүлтийн төгсгөл нь Түүний тэрслүү сүмийн эсрэг ч, мөн Түүний сүмийн гаднах хорон муу хүмүүсийн эсрэг ч үйлдэх “Бурханы өшөө авалтын өдрүүд”-ийг төлөөлдөг.</w:t>
      </w:r>
    </w:p>
    <w:p>
      <w:pPr>
        <w:pStyle w:val="ArticleBody"/>
        <w:jc w:val="left"/>
      </w:pPr>
      <w:r>
        <w:rPr>
          <w:rFonts w:ascii="Times New Roman" w:hAnsi="Times New Roman" w:eastAsia="Times New Roman" w:cs="Times New Roman"/>
        </w:rPr>
        <w:t>Есүс Назарет дахь синагогт Өөрийн үйлчлэлийг анх эхлүүлэхдээ Өөрийн үйлчлэл, мэдээ ба ажлыг тодорхойлохын тулд Исаиа номын жаран нэгдүгээр бүлгийг хэрэглэсэн бөгөөд үүнд Бурханы өшөө авалтын цагийг тодорхойлох явдал ч багтаж байв. Түүний үйлчлэл, мэдээ ба ажил нь зуун дөчин дөрвөн мянгын үйлчлэл, мэдээ ба ажлыг урьдчилан дүрсэлсэн юм. Учир нь тэд эш үзүүллэгийн ёсоор Хургыг хаашаа явна, тийш нь даган явдаг.</w:t>
      </w:r>
    </w:p>
    <w:p>
      <w:pPr>
        <w:pStyle w:val="ArticleScripture"/>
        <w:jc w:val="left"/>
      </w:pPr>
      <w:r>
        <w:rPr>
          <w:rFonts w:ascii="Times New Roman" w:hAnsi="Times New Roman" w:eastAsia="Times New Roman" w:cs="Times New Roman"/>
        </w:rPr>
        <w:t>ЭЗЭН БУРХАНЫ Сүнс миний дээр байна; учир нь ЭЗЭН намайг дарууст сайн мэдээг тунхаглуулахаар тосолсон юм; Тэр намайг зүрх нь шархлагсдыг эдгээхээр, олзлогдогсдод эрх чөлөөг, хүлээстэй хүмүүст шорон нээгдэхийг тунхаглахаар илгээсэн; ЭЗЭНий таалалтай жилийг, мөн бидний Бурханы өшөө авалтын өдрийг тунхаглахаар; гашуудаж буй бүгдийг тайтгаруулахаар; Сионд гашуудаж буй хүмүүст үнсний оронд гоёл чимэглэл, гашуудлын оронд баярын тос, гунигт сүнсний оронд магтаалын өмсгөл өгөхөөр; ингэснээр тэд зөвт байдлын модод, ЭЗЭНий тарьсан суулгац хэмээн нэрлэгдэх бөгөөд Тэр алдаршигдах болно. Тэд эртний балгасыг босгож, урьдын хоосролыг сэргээн байгуулж, олон үеийн турш эзгүйрсэн сүйрсэн хотуудыг засварлан сэргээнэ. Харийнхан ирж та нарын сүргийг хариулж, гаднынхны хөвгүүд та нарын газар хагалагчид, усан үзмийн талбайг арчлагчид болно. Харин та нарыг ЭЗЭНий Тахилч нар хэмээн нэрлэнэ; хүмүүс та нарыг бидний Бурханы Үйлчлэгчид гэж дуудна; та нар харь үндэстнүүдийн баялгийг идэж, тэдний алдраар өөрсдийгөө гайхуулна. Исаиа 61:1–6.</w:t>
      </w:r>
    </w:p>
    <w:p>
      <w:pPr>
        <w:pStyle w:val="ArticleBody"/>
        <w:jc w:val="left"/>
      </w:pPr>
      <w:r>
        <w:rPr>
          <w:rFonts w:ascii="Times New Roman" w:hAnsi="Times New Roman" w:eastAsia="Times New Roman" w:cs="Times New Roman"/>
        </w:rPr>
        <w:t>Есүс баптисм хүртэхдээ тослогдсон бөгөөд тэрхүү замын тэмдэг нь 2001 оны 9 дүгээр сарын 11-нийг төлөөлдөг. Тэр үед Ариун Сүнсний тосолгоо, эцсийн өдрүүд дэх хожуу борооны асгаралт Миллерчүүдийн түүхээр урьдчилан дүрслэгдсэн байсныг таньж мэдсэн хүмүүсийн дээр бууж эхэлсэн юм. Миллерчүүд нь нэг зуун дөчин дөрвөн мянган хүн Иеремиагийн эртний жимүүдэд эргэн очсоныхоо дараа дахин босгох хуучин нуранги газрууд мөн байлаа.</w:t>
      </w:r>
    </w:p>
    <w:p>
      <w:pPr>
        <w:pStyle w:val="ArticleBody"/>
        <w:jc w:val="left"/>
      </w:pPr>
      <w:r>
        <w:rPr>
          <w:rFonts w:ascii="Times New Roman" w:hAnsi="Times New Roman" w:eastAsia="Times New Roman" w:cs="Times New Roman"/>
        </w:rPr>
        <w:t>1888 оны бослогоос гарсан Христийн зөвт байдлын мэдээ дахин өнөөгийн үнэн болж, мөн 1888 оны бослогоос гарсан тэрхүү мэдээ нь шархалсан зүрхсийг боон эдгээх хүчтэй сайн мэдээ байсан боловч харин хардаг нүдтэй атлаа үл мэдэрдэг, сонсдог чихтэй атлаа үл ойлгодог хүмүүсийн хатуу зүрхийг нээхэд хүчгүй байдаг. 1888 оны бослогоос гарсан Христийн зөвт байдлын мэдээ нь мөн Лаодикейн мессеж байсан бөгөөд тэр нь хэний ч нээж үл чадах хаалгыг нээж, хэний ч хааж үл чадах хаалгыг хаах эрх мэдэлтэй Нэгэнээр дамжуулан нүглийн олзлогдогсдын шоронгийн хаалгыг нээхийн тулд тэр үед дахин ирсэн юм.</w:t>
      </w:r>
    </w:p>
    <w:p>
      <w:pPr>
        <w:pStyle w:val="ArticleBody"/>
        <w:jc w:val="left"/>
      </w:pPr>
      <w:r>
        <w:rPr>
          <w:rFonts w:ascii="Times New Roman" w:hAnsi="Times New Roman" w:eastAsia="Times New Roman" w:cs="Times New Roman"/>
        </w:rPr>
        <w:t>2001 оны 9 дүгээр сарын 11-нд тэрхүү сайн мэдээг тунхаглах ёстой байсан хүмүүс мөн Эзэний тааллын жилийг болон Бурханы өшөө авалтын өдрийг зарлан тунхаглах ёстой байв. Эзэний тааллын жил мөн тэр үед эхэлсэн бөгөөд АНУ-д удахгүй ирэх Ням гаргийн хуульд Бурханы өшөө авалтын өдөр хүрч иртэл Тэр Лаодике хүний гэмшлийг бүрэн дуртайяа хүлээн авахад бэлэн байдаг. Тэгээд Өөрийнх нь айлчлалын цагийг мэдэхээс татгалзсан нэгэн сүмийн дээр Түүний өшөө авалт илэрхийлэгдэх бөгөөд үүнтэй нэгэн зэрэг Вавилоны янхны дээрх үе шаттай шүүлт эхэлнэ.</w:t>
      </w:r>
    </w:p>
    <w:p>
      <w:pPr>
        <w:pStyle w:val="ArticleBody"/>
        <w:jc w:val="left"/>
      </w:pPr>
      <w:r>
        <w:rPr>
          <w:rFonts w:ascii="Times New Roman" w:hAnsi="Times New Roman" w:eastAsia="Times New Roman" w:cs="Times New Roman"/>
        </w:rPr>
        <w:t>Түүний тааллын өдөрт Тэрээр гашуудаж буй бүхнийг тайтгаруулна хэмээн амладаг бөгөөд Иерусалимд гашуудаж буй хүмүүсийг Езекиел номын есдүгээр бүлэгт дүрслэн үзүүлсэн байдаг. Тэдний тайтгарал нь Тайтгаруулагчаар, өөрсдийн дээр тэр үед асгарч буй хожмын борооны мэдээг хүлээн авах замаар ирдэг. Гэвч зөвхөн тэд бороог таньж мэдсэн тохиолдолд л тийм байна. Тэд Тайтгаруулагчийг эзэмшсэний дараа, “мөр дээр мөр” гэсэн аргачлалаар эртний эзгүйрсэн газруудыг босгон байгуулах ажлыг гүйцэлдүүлдэг бөгөөд энэ нь Исаиагийн эшлэлд, ариун түүхийн хоосролыг төлөөлдөг эш үзүүллэгийн мөрийг, өөр нэгэн хоосролыг дүрслэн харуулдаг эш үзүүллэгийн өөр мөрийн дээр тавих ажил хэмээн дүрслэгдсэн байдаг. Тэр ажилд тэд олон үеийн хоосролуудыг сэргээн босгодог. Тэгээд “гадаадынхан” нь туг тэмдэг мэт өргөгдөн, гадаадынханд харагдахаар болсон гашуудаж буй хүмүүст хариу өгнө.</w:t>
      </w:r>
    </w:p>
    <w:p>
      <w:pPr>
        <w:pStyle w:val="ArticleBody"/>
        <w:jc w:val="left"/>
      </w:pPr>
      <w:r>
        <w:rPr>
          <w:rFonts w:ascii="Times New Roman" w:hAnsi="Times New Roman" w:eastAsia="Times New Roman" w:cs="Times New Roman"/>
        </w:rPr>
        <w:t>Исаиа жаран нэгдүгээр бүлэгт өгүүлэгдсэнээр Христ Өөрийн ажил ба үйлчлэлийн талаар тунхагласан тэрхүү ажил, үйлчлэл нь нэг зуун дөчин дөрвөн мянгын ажил ба үйлчлэл мөн. Тэрхүү ажил нь ариун шинэчлэлийн хөдөлгөөнүүдэд дүрслэгдэн үзүүлэгдсэн бөгөөд 1989 онд төгсгөлийн цаг ирсэн нь өмнөх бүх “төгсгөлийн цаг”-уудын урьдаас дүрсэлж үзүүлсэн зүйл байв. Миллерийн хөдөлгөөний суурь бөгөөд төв багана хэмээн Даниел наймдугаар бүлэг, арван дөрөвдүгээр эшлэл тодорхойлогдож байсанчлан, Future for America хөдөлгөөний суурь бөгөөд төв багана болсон эшлэл нь Даниел арван нэгдүгээр бүлэг, дөчдүгээр эшлэл юм. Миллерчүүдийн хувьд төв баганын гэрэл нь Улай мөрний үзэгдлийн гэрлээр төлөөлөгдөн илэрхийлэгдэж байсан бөгөөд Future for America хөдөлгөөний хувьд төв баганын гэрэл нь Хиддекел мөрний үзэгдлийн гэрлээр төлөөлөгдөн илэрхийлэгдэж байв.</w:t>
      </w:r>
    </w:p>
    <w:p>
      <w:pPr>
        <w:pStyle w:val="ArticleScripture"/>
        <w:jc w:val="left"/>
      </w:pPr>
      <w:r>
        <w:rPr>
          <w:rFonts w:ascii="Times New Roman" w:hAnsi="Times New Roman" w:eastAsia="Times New Roman" w:cs="Times New Roman"/>
        </w:rPr>
        <w:t>“Даниелын Бурханаас хүлээн авсан гэрэл нь онцгойлон эдгээр эцсийн өдрүүдэд зориулагдан өгөгдсөн юм. Түүний Шинарын агуу мөрнүүд болох Улай ба Хиддекелийн эрэг дээр үзсэн үзэгдлүүд эдүгээ биеллийн явцад оршиж байгаа бөгөөд урьдчилан зөгнөгдсөн бүх үйл явдал удахгүй биелэн ирэх болно.” Үйлчлэгчдэд өгсөн гэрчлэлүүд, 112.</w:t>
      </w:r>
    </w:p>
    <w:p>
      <w:pPr>
        <w:pStyle w:val="ArticleBody"/>
        <w:jc w:val="left"/>
      </w:pPr>
      <w:r>
        <w:rPr>
          <w:rFonts w:ascii="Times New Roman" w:hAnsi="Times New Roman" w:eastAsia="Times New Roman" w:cs="Times New Roman"/>
        </w:rPr>
        <w:t>Хоёр голоор дүрслэгдсэн хоёр үзэгдлийн гэрэл нь хоорондоо холбогдсон бөгөөд эцсийн өдрүүдэд биелэлээ олдог. Тэдний харилцан “холбоос” нь хүний ба тэнгэрлэгийн нэгдлийг илэрхийлдэг бөгөөд энэ нь хүн чанар тэнгэрлэг чанартай нэгдсэн үед нүгэл үйлддэггүй гэсэн агуулгатайгаар Эгч Уайт дахин дахин Христийн мэдээ хэмээн тодорхойлдог тэрхүү мэдээ мөн. Хоёр гол нь яг тэрхүү холбоог төлөөлдөг.</w:t>
      </w:r>
    </w:p>
    <w:p>
      <w:pPr>
        <w:pStyle w:val="ArticleScripture"/>
        <w:jc w:val="left"/>
      </w:pPr>
      <w:r>
        <w:rPr>
          <w:rFonts w:ascii="Times New Roman" w:hAnsi="Times New Roman" w:eastAsia="Times New Roman" w:cs="Times New Roman"/>
        </w:rPr>
        <w:t>“Төгс дуулгавартай байдлаас дутуу юу ч Бурханы шаардлагын хэмжүүрт нийцэж чадахгүй. Тэр Өөрийн шаардлагуудыг тодорхойгүйгээр орхисонгүй. Хүнийг Өөртэй нь зохицолд оруулахын тулд зайлшгүй шаардлагатай биш юуг ч Тэр тушаагаагүй. Бид нүгэлтнүүдэд Түүний зан чанарын төгс жишгийг зааж, зөвхөн Христийн нигүүлслээр л энэ жишигт хүрч болдгийг тэдэнд ойлгуулан, тэднийг Христ уруу хөтлөх ёстой.</w:t>
      </w:r>
    </w:p>
    <w:p>
      <w:pPr>
        <w:pStyle w:val="ArticleScripture"/>
        <w:jc w:val="left"/>
      </w:pPr>
      <w:r>
        <w:rPr>
          <w:rFonts w:ascii="Times New Roman" w:hAnsi="Times New Roman" w:eastAsia="Times New Roman" w:cs="Times New Roman"/>
        </w:rPr>
        <w:t>“Аврагч хүн төрөлхтний сул дорой байдлуудыг Өөр дээрээ авч, нүгэлгүй амьдралаар амьдарсан нь, хүний мөн чанарын сул байдлаас болж тэд дийлж чадахгүй хэмээн хүмүүс айх хэрэггүй байхын тулд билээ. Христ биднийг ‘тэнгэрлэг мөн чанарын оролцогчид’ болгохоор ирсэн бөгөөд, Түүний амьдрал нь хүн төрөлхтөн бурханлаг чанартай нэгдсэн үед нүгэл үйлддэггүйг тунхаглаж байна.</w:t>
      </w:r>
    </w:p>
    <w:p>
      <w:pPr>
        <w:pStyle w:val="ArticleScripture"/>
        <w:jc w:val="left"/>
      </w:pPr>
      <w:r>
        <w:rPr>
          <w:rFonts w:ascii="Times New Roman" w:hAnsi="Times New Roman" w:eastAsia="Times New Roman" w:cs="Times New Roman"/>
        </w:rPr>
        <w:t>“Аврагч хүн хэрхэн ялан дийлж болохыг харуулахын тулд ялсан билээ. Сатаны бүх сорилтыг Христ Бурханы үгээр угтан няцаасан. Бурханы амлалтуудад найдан Тэр Бурханы тушаалуудыг дуулгавартай дагах хүчийг хүлээн авсан бөгөөд соригч ямар ч давуу байдал олж авч чадсангүй. Сорилт бүрт Түүний хариулт нь: ‘Бичигдсэн нь’ байсан. Иймээс Бурхан ч мөн бидэнд мууг эсэргүүцэхэд хэрэглэх Өөрийн үгийг өгсөн. Үлэмж агуу бөгөөд үнэт амлалтууд бидэнд өгөгдсөн нь, тэдгээрээр дамжин бид ‘тачаалаар дамжин ертөнцөд буй ялзралыг зайлан, тэнгэрлэг мөн чанарын оролцогчид болж болох’ юм. 2 Петр 1:4.”</w:t>
      </w:r>
    </w:p>
    <w:p>
      <w:pPr>
        <w:pStyle w:val="ArticleScripture"/>
        <w:jc w:val="left"/>
      </w:pPr>
      <w:r>
        <w:rPr>
          <w:rFonts w:ascii="Times New Roman" w:hAnsi="Times New Roman" w:eastAsia="Times New Roman" w:cs="Times New Roman"/>
        </w:rPr>
        <w:t>“Соригдож буй хүнд нөхцөл байдал руу, өөрийнхөө сул дорой байдал руу, эсвэл сорилтын хүч рүү бус, харин Бурханы үгийн хүчинд харахыг тушаа. Түүний бүх хүч биднийх мөн. «Таны үгийг,» гэж дуулалч өгүүлдэг, «Таны эсрэг нүгэл үйлдэхгүйн тулд би зүрхэндээ хадгалсан.» «Таны уруулын үгээр би өөрийгөө сүйтгэгчийн замуудаас хамгаалсан.» Дуулал 119:11; 17:4.” Эдгэрлийн Үйлчлэл, 181.</w:t>
      </w:r>
    </w:p>
    <w:p>
      <w:pPr>
        <w:pStyle w:val="ArticleBody"/>
        <w:jc w:val="left"/>
      </w:pPr>
      <w:r>
        <w:rPr>
          <w:rFonts w:ascii="Times New Roman" w:hAnsi="Times New Roman" w:eastAsia="Times New Roman" w:cs="Times New Roman"/>
        </w:rPr>
        <w:t>1798 онд болон 1989 онд мэдлэг нэмэгдсэн нь Бурханы эш үзүүллэгийн Үгийг лацнаас нь тайлсныг илэрхийлж байв. Түүний Үг нь Өөрөө ялсанчлан ялах хүчийг хангадаг бөгөөд, “Түүний амьдрал нь хүн төрөлхтөн бурханлаг чанартай нэгдэхдээ нүгэл үйлддэггүйг тунхагладаг.” Улай голын үзэгдэл нь Түүний үзэгдэн ирэлтийн марах үзэгдэл бөгөөд энэ нь хоёр мянга гурван зуун өдрийн эш үзүүллэгээр дүрслэгддэг. Хиддекел голын үзэгдэл нь эш үзүүллэгийн түүхийн хазон үзэгдэл бөгөөд энэ нь хоёр мянга таван зуун хорин жилийн эш үзүүллэгээр дүрслэгддэг. Марах үзэгдэл нь бурханлаг чанарыг, харин хазон үзэгдэл нь хүн төрөлхтнийг төлөөлдөг.</w:t>
      </w:r>
    </w:p>
    <w:p>
      <w:pPr>
        <w:pStyle w:val="ArticleBody"/>
        <w:jc w:val="left"/>
      </w:pPr>
      <w:r>
        <w:rPr>
          <w:rFonts w:ascii="Times New Roman" w:hAnsi="Times New Roman" w:eastAsia="Times New Roman" w:cs="Times New Roman"/>
        </w:rPr>
        <w:t>Эртний Шинарын Улaй ба Хиддекел хэмээх хоёр мөрөн, өөрөөр хэлбэл өнөөдөр Тигр ба Евфрат гэж мэдэгддэг голууд эцэстээ Иракийн өмнөд хэсэгт орших Шатт аль-Араб усан замд нийлж, улмаар Шатт аль-Араб нь Персийн буланд цутгадаг. Есүс сүнслэгийг дүрслэхийн тулд биет бөгөөд байгалийн зүйлийг хэрэглэдэг бөгөөд эдүгээ биелэх үйл явцдаа орсон энэ хоёр мөрөнтэй холбоотой үзэгдлүүд нь тэд далайд хүрэх аяныхаа төгсгөлд ойртож байх үед үүсдэг хүнийх ба тэнгэрлэгийн холбоог илэрхийлдэг. Энэ үнэн нь Даниел номын наймдугаар бүлгийн арван гурав, арван дөрөвдүгээр зүйлээр дүрслэгдсэн хоёр үзэгдлээр төлөөлөгддөг хоёр эш үзүүллэгийн эхэнд тогтоогдсон байдаг. Нэг үзэгдэл нь асуулт, нөгөө нь хариулт бөгөөд логикийн хувьд тэдгээрийг салгаж үл болно.</w:t>
      </w:r>
    </w:p>
    <w:p>
      <w:pPr>
        <w:pStyle w:val="ArticleBody"/>
        <w:jc w:val="left"/>
      </w:pPr>
      <w:r>
        <w:rPr>
          <w:rFonts w:ascii="Times New Roman" w:hAnsi="Times New Roman" w:eastAsia="Times New Roman" w:cs="Times New Roman"/>
        </w:rPr>
        <w:t>Хүн төрөлхтний тухай үзэгдэл, ариун газрыг болон цэргийг гишгэлэн доромжлохыг тодорхойлдог тэрхүү үзэгдэл нь МЭӨ 677 онд эхэлсэн бөгөөд Христийн илрэн гарч ирэлтийг тодорхойлдог бурханлаг чанарын тухай үзэгдэл нь МЭӨ 457 онд эхэлсэн юм. Бурханлаг чанар ба хүн төрөлхтний холбоо нь эдгээр хоёр үзэгдлийн хоёр эхлэх цэгийг холбодог хоёр зуун хорин жилээр төлөөлөгдөнө. Хоёр зуун хорин нь “хүн төрөлхтний бурханлаг чанартай холбогдох холбоо”-ны бэлгэдэл бөгөөд мөн төгсгөлийн цаг үеийн мэдлэгийн өсөлт 1798 онд, төгсгөлийн цаг үеийн мэдлэгийн өсөлт 1989 онд байсантай холбогдон илэрхийлэгддэг.</w:t>
      </w:r>
    </w:p>
    <w:p>
      <w:pPr>
        <w:pStyle w:val="ArticleBody"/>
        <w:jc w:val="left"/>
      </w:pPr>
      <w:r>
        <w:rPr>
          <w:rFonts w:ascii="Times New Roman" w:hAnsi="Times New Roman" w:eastAsia="Times New Roman" w:cs="Times New Roman"/>
        </w:rPr>
        <w:t>1798 онд мэдлэгийн өсөлтөөс үүдэн тогтсон албан ёсны мэдээ анх 1831 онд Миллерээр дамжин танилцуулагдсан (дараа нь 1833 онд *Vermont Telegraph* сонинд нийтлэгдсэн). 1831 он нь 1611 онд Хаан Жеймсийн Библи хэвлэгдсэнээс хойших хоёр зуун хорин жил юм. Хаан Жеймсийн Библи нь Хуучин ба Шинэ Гэрээний хоёр талт баримт бичгийг төлөөлж байв. Тэрхүү хоёр зуун хорин жилийн эхлэл ба төгсгөл нь тэнгэрлэг нэгэн хэвлэлийг хүний хэвлэлтэй “холбосон” юм. Хүний хэвлэлийн мэдээлэл нь 1798 онд эцсийн цагт лац нь тайлагдсан тэнгэрлэг гэрлээс үүдэн гарсан бөгөөд дараа нь 1831 онд түүнийг нийтэлж эхэлсэн хүний нэгэн зэмсгийн ажлаар албан ёсны хэлбэрт орсон юм. Энэ нь тэнгэрлэгээр лацлагдсан мэдээ бүхий тэнгэрлэг хэвлэл байсан бөгөөд хожим хүн төрөлхтөнөөр лац нь тайлагдаж, түүнээс хойш хүний нэгэн зэмсгээр дамжин танилцуулагдсан юм. Бурханы үгэнд “нийтлэх” гэж орчуулагдсан еврей үг нь хашхирах, дуудан зарлах, алдартай болгох, зочин болгох, урих, дурдах, нэр өгөх, номлох, тунхаглах, зарлан хэлэх, нийтлэх гэсэн утгатай. Миллер 1831 онд өөрийн мэдээг нийтэлж эхэлсэн бөгөөд дараа нь 1833 онд энэ нь *Vermont Telegraph*-т шууд утгаараа нийтлэгдсэн юм.</w:t>
      </w:r>
    </w:p>
    <w:p>
      <w:pPr>
        <w:pStyle w:val="ArticleBody"/>
        <w:jc w:val="left"/>
      </w:pPr>
      <w:r>
        <w:rPr>
          <w:rFonts w:ascii="Times New Roman" w:hAnsi="Times New Roman" w:eastAsia="Times New Roman" w:cs="Times New Roman"/>
        </w:rPr>
        <w:t>1989 онд мэдлэгийн өсөлтөөс үүдэн хэлбэржсэн энэхүү мэдээ анх 1996 онд (The Time of the End сэтгүүлд) хэвлэгдсэн бөгөөд энэ нь 1776 онд Тусгаар тогтнолын тунхаглал хэмээн алдаршсан, мөн түүнээс хойш 1789 онд Америкийн Нэгдсэн Улсын Үндсэн хууль хэмээн нэрлэгдэх болсон хоёр ариун баримт бичиг хэвлэгдсэнээс хойш хоёр зуун хорин жилийн дараа тохиосон явдал байв. Энэхүү хоёр зуун хорин жилийн эхлэл ба төгсгөл нь 1776 оноос эхлэн нийтлэгдсэн тэрхүү хоёр тэнгэрлэг баримт бичгээр дамжин Тэнгэрлэгийг хүн төрөлхтөнтэй холбодог. 1989 онд, эцсийн цаг үед Даниелын номын лац тайлагдах үед, хүний нэгэн зэмсгийн ажлаар бий болсон хэлбэржсэн мэдээ 1996 онд хэвлэгдэв. Дараалал нь: эхлээд тэнгэрлэг нийтлэл, дараа нь лац тайлагдал, улмаар хүний нийтлэл байв.</w:t>
      </w:r>
    </w:p>
    <w:p>
      <w:pPr>
        <w:pStyle w:val="ArticleBody"/>
        <w:jc w:val="left"/>
      </w:pPr>
      <w:r>
        <w:rPr>
          <w:rFonts w:ascii="Times New Roman" w:hAnsi="Times New Roman" w:eastAsia="Times New Roman" w:cs="Times New Roman"/>
        </w:rPr>
        <w:t>Эцсийн хоёр үеийн аль алинд нь үнэний гурван алхам тодорхойлогддог. Хоёулаа эхний алхам болгон тэнгэрлэг нийтлэлээр эхэлдэг бөгөөд тэнгэрлэг мэдээг тайлбарласан хүний нийтлэл нь эцсийн алхам болдог. Дундах алхам нь Иуда овгийн Арслан тухайн түүхэн үеийн тэнгэрлэг мэдээг лацнаас нь тайлж, үүний дараа тэнгэрлэг баримт бичгээс лац тайлагдан ил болсон гэрлийг цуглуулах хүний багаж хэрэгслийг сонгодог үе юм. Лац тайлагдах үед мэдлэгийн өсөлтийг ойлгодоггүй хорон муу хүмүүсийн зүгээс илэрхийлэгдэх бослого гарч ирдэг. Иймээс тэнгэрлэг нийтлэлийг Еврей цагаан толгойн эхний үсгээр төлөөлүүлдэг, мэдлэгийн өсөлтийг бослого илэрхийлэгддэг арван гурав дахь үсгээр төлөөлүүлдэг, харин тухайн түүхэн үеийн онцгой тэнгэрлэг мэдээний хүний нийтлэлийг Еврей цагаан толгойн сүүлийн үсгээр төлөөлүүлдэг бөгөөд эдгээр гурван үсгийг хамтад нь авбал “үнэн” гэсэн утгатай болно.</w:t>
      </w:r>
    </w:p>
    <w:p>
      <w:pPr>
        <w:pStyle w:val="ArticleBody"/>
        <w:jc w:val="left"/>
      </w:pPr>
      <w:r>
        <w:rPr>
          <w:rFonts w:ascii="Times New Roman" w:hAnsi="Times New Roman" w:eastAsia="Times New Roman" w:cs="Times New Roman"/>
        </w:rPr>
        <w:t>Одоо биеллийн явцад буй Улай ба Хиддекел голуудын үзэгдлүүд нь эцсийн өдрүүдэд хоёр голоос ирэх мэдлэгийн өсөлт хоорондоо нэгдэн, бурханлаг чанар хүн чанартай нэгдсэн нь нүгэл үйлддэггүйг баталдгийг илтгэнэ. Даниел Улай голын дэргэд байхдаа 1844 онд хоёр мянга гурван зуун жилийн эш үзүүллэгийн төгсгөлд Христийн илрэлтийг төлөөлсөн үзэгдлийг хүлээн авсан.</w:t>
      </w:r>
    </w:p>
    <w:p>
      <w:pPr>
        <w:pStyle w:val="ArticleScripture"/>
        <w:jc w:val="left"/>
      </w:pPr>
      <w:r>
        <w:rPr>
          <w:rFonts w:ascii="Times New Roman" w:hAnsi="Times New Roman" w:eastAsia="Times New Roman" w:cs="Times New Roman"/>
        </w:rPr>
        <w:t>Би үзэгдэл дотор харсан; тэгээд намайг харах үед, би Елам муж дахь ордонд, Шушанд байв; мөн би үзэгдэл дотор харсан бөгөөд Улай голын дэргэд байлаа. Даниел 8:2.</w:t>
      </w:r>
    </w:p>
    <w:p>
      <w:pPr>
        <w:pStyle w:val="ArticleBody"/>
        <w:jc w:val="left"/>
      </w:pPr>
      <w:r>
        <w:rPr>
          <w:rFonts w:ascii="Times New Roman" w:hAnsi="Times New Roman" w:eastAsia="Times New Roman" w:cs="Times New Roman"/>
        </w:rPr>
        <w:t>Даниел Хиддекел голын дэргэд байхдаа эш үзүүллэгийн түүхийн хоёр мянга таван зуун хорин жилийг дүрслэн харуулдаг үзэгдлийг хүлээн авсан.</w:t>
      </w:r>
    </w:p>
    <w:p>
      <w:pPr>
        <w:pStyle w:val="ArticleScripture"/>
        <w:jc w:val="left"/>
      </w:pPr>
      <w:r>
        <w:rPr>
          <w:rFonts w:ascii="Times New Roman" w:hAnsi="Times New Roman" w:eastAsia="Times New Roman" w:cs="Times New Roman"/>
        </w:rPr>
        <w:t>Тэгээд нэгдүгээр сарын хорин дөрөв дэх өдөр би Хиддекел хэмээх агуу их мөрний хажууд байж байлаа. Даниел 10:4.</w:t>
      </w:r>
    </w:p>
    <w:p>
      <w:pPr>
        <w:pStyle w:val="ArticleBody"/>
        <w:jc w:val="left"/>
      </w:pPr>
      <w:r>
        <w:rPr>
          <w:rFonts w:ascii="Times New Roman" w:hAnsi="Times New Roman" w:eastAsia="Times New Roman" w:cs="Times New Roman"/>
        </w:rPr>
        <w:t>Түүнээс хойш Габриел арван дөрөвдүгээр эшлэлд Хиддекел мөрний chazon үзэгдлийн зорилгыг тодорхойлов.</w:t>
      </w:r>
    </w:p>
    <w:p>
      <w:pPr>
        <w:pStyle w:val="ArticleScripture"/>
        <w:jc w:val="left"/>
      </w:pPr>
      <w:r>
        <w:rPr>
          <w:rFonts w:ascii="Times New Roman" w:hAnsi="Times New Roman" w:eastAsia="Times New Roman" w:cs="Times New Roman"/>
        </w:rPr>
        <w:t>Одоо би чамайг эцсийн өдрүүдэд чиний ард түмэнд юу тохиолдохыг ойлгуулахаар ирлээ. Учир нь энэ үзэгдэл олон өдрийн хойшихыг хамаарна. Даниел 10:14.</w:t>
      </w:r>
    </w:p>
    <w:p>
      <w:pPr>
        <w:pStyle w:val="ArticleBody"/>
        <w:jc w:val="left"/>
      </w:pPr>
      <w:r>
        <w:rPr>
          <w:rFonts w:ascii="Times New Roman" w:hAnsi="Times New Roman" w:eastAsia="Times New Roman" w:cs="Times New Roman"/>
        </w:rPr>
        <w:t>Улай голын дэргэд өгөгдсөн үзэгдэл нь Христ 1844 оны 10 дугаар сарын 22-нд Өөрийн сүмд гэнэт хүрэлцэн ирэх үед Түүний “дүр төрхийг” (бурханлаг чанарыг) тодорхойлдог. Энэ нь тэр өдөр Цагаатгалын өдөрт зориулан “бурханлаг чанар” Миллеритүүдийн сүмд (хүн төрөлхтөнд) орж ирснийг төлөөлсөн бөгөөд, “нэгэн болголтын” өдөр гэсэн утгатай Цагаатгалын өдөр нь бурханлаг чанар ба хүн төрөлхтний нэгдлийг илэрхийлдэг. Хиддекел голын дэргэд өгөгдсөн үзэгдэл нь эцсийн өдрүүдэд Бурханы ард түмэнд (хүн төрөлхтөнд) юу тохиохыг тодорхойлдог.</w:t>
      </w:r>
    </w:p>
    <w:p>
      <w:pPr>
        <w:pStyle w:val="ArticleBody"/>
        <w:jc w:val="left"/>
      </w:pPr>
      <w:r>
        <w:rPr>
          <w:rFonts w:ascii="Times New Roman" w:hAnsi="Times New Roman" w:eastAsia="Times New Roman" w:cs="Times New Roman"/>
        </w:rPr>
        <w:t>“Дүр төрхийн” үзэгдлийн эхлэл нь МЭӨ 457 он байв. Энэ нь МЭӨ 677 онд эхэлсэн ариун газрыг болон цэргийг хөл дор гишгэлэн доромжлохыг тодорхойлсон эш үзүүллэгийн хугацаанаас хойш хоёр зуун хорин жилийн дараа байлаа. Хоёр үзэгдлийн эхлэл дээр хоорондоо холбогдсон тэрхүү хоёр зуун хорин жилийн төгсгөл нь Хабаккук 2:20-д мөн Гайхамшигт Хэлмэрч хэмээгддэг Гайхамшигт Тоологчоор тэмдэглэгдсэн юм.</w:t>
      </w:r>
    </w:p>
    <w:p>
      <w:pPr>
        <w:pStyle w:val="ArticleScripture"/>
        <w:jc w:val="left"/>
      </w:pPr>
      <w:r>
        <w:rPr>
          <w:rFonts w:ascii="Times New Roman" w:hAnsi="Times New Roman" w:eastAsia="Times New Roman" w:cs="Times New Roman"/>
        </w:rPr>
        <w:t>Харин ЭЗЭН Өөрийн ариун сүмдээ байна; Түүний өмнө бүх дэлхий чимээгүй байг. Хабаккук 2:20.</w:t>
      </w:r>
    </w:p>
    <w:p>
      <w:pPr>
        <w:pStyle w:val="ArticleBody"/>
        <w:jc w:val="left"/>
      </w:pPr>
      <w:r>
        <w:rPr>
          <w:rFonts w:ascii="Times New Roman" w:hAnsi="Times New Roman" w:eastAsia="Times New Roman" w:cs="Times New Roman"/>
        </w:rPr>
        <w:t>Эхэндээ хоёр эш үзүүллийн эхлэх цэгүүдээр төлөөлөгдөн илэрхийлэгдсэн хүн чанар ба бурханлаг чанарын холбоо нь, төгсгөлийн цаг болох 1798 онд эхэлж, дөчин зургаан жилийн дараа 1844 оны 10 дугаар сарын 22-нд дууссан тэрхүү дөчин зургаан жилийн турш Түүний байгуулсан сүмд бурханлаг чанар гэнэт ирэн үзэгдэхийг дүрсэлсэн бүлэг ба эшлэлээр, тэдгээрийн харилцан төгсгөлүүд дээр танигдсан юм.</w:t>
      </w:r>
    </w:p>
    <w:p>
      <w:pPr>
        <w:pStyle w:val="ArticleScripture"/>
        <w:jc w:val="left"/>
      </w:pPr>
      <w:r>
        <w:rPr>
          <w:rFonts w:ascii="Times New Roman" w:hAnsi="Times New Roman" w:eastAsia="Times New Roman" w:cs="Times New Roman"/>
        </w:rPr>
        <w:t>Та нар өөрсдөө Бурханы сүм мөн бөгөөд Бурханы Сүнс та нарын дотор оршдогийг мэдэхгүй гэж үү? Хэрэв хэн нэгэн Бурханы сүмийг бузарлавал, Бурхан түүнийг устгана. Учир нь Бурханы сүм ариун бөгөөд тэр сүм нь та нар мөн. 1 Коринт 3:16, 17.</w:t>
      </w:r>
    </w:p>
    <w:p>
      <w:pPr>
        <w:pStyle w:val="ArticleBody"/>
        <w:jc w:val="left"/>
      </w:pPr>
      <w:r>
        <w:rPr>
          <w:rFonts w:ascii="Times New Roman" w:hAnsi="Times New Roman" w:eastAsia="Times New Roman" w:cs="Times New Roman"/>
        </w:rPr>
        <w:t>1844 оны 10 дугаар сарын 22-нд, “appearance”-ын үзэгдэлтэй нийцүүлэн, Хабаккук Эзэн Өөрийн ариун сүмдээ байгааг тодорхойлсон. Тэрээр хоёр мянга таван зуун хорин жилийн турш сүйтгэгдэж, гишгэлэгдэн доромжлогдсон байсан тэр сүмийг дөчин зургаан жилийн дотор босгосон юм.</w:t>
      </w:r>
    </w:p>
    <w:p>
      <w:pPr>
        <w:pStyle w:val="ArticleScripture"/>
        <w:jc w:val="left"/>
      </w:pPr>
      <w:r>
        <w:rPr>
          <w:rFonts w:ascii="Times New Roman" w:hAnsi="Times New Roman" w:eastAsia="Times New Roman" w:cs="Times New Roman"/>
        </w:rPr>
        <w:t>Түүнд хандан ийн хэлэгтүн: Түмэн цэргийн ЭЗЭН ийн айлдаж байна, “Харагтун, нэр нь МӨЧИР хэмээгдэх Нэгэн байна; Тэр Өөрийн байрнаасаа урган гарч, ЭЗЭНий сүмийг барина. Тийм ээ, ЭЗЭНий сүмийг Тэр барих бөгөөд, Тэр алдар сүрийг үүрч, Өөрийн сэнтий дээр заларч захирна; мөн Тэр Өөрийн сэнтий дээр тахилч байх бөгөөд, энхийн зөвлөлдөөн тэр хоёрын хооронд байх болно. Харин титмүүд нь ЭЗЭНий сүм дотор дурсгал болгон Хелемд, Тобиад, Едаиад, Зефаниагийн хүү Хенд байх болно. Алсад буй хүмүүс ирж, ЭЗЭНий сүмийг барилцана, тэгээд Түмэн цэргийн ЭЗЭН та нар уруу намайг илгээснийг та нар мэдэх болно. Хэрэв та нар өөрсдийн Бурхан ЭЗЭНий дуу хоолойг хичээнгүйлэн дуулгавартай дагах аваас энэ нь биелнэ.” Зехариа 6:12–15.</w:t>
      </w:r>
    </w:p>
    <w:p>
      <w:pPr>
        <w:pStyle w:val="ArticleBody"/>
        <w:jc w:val="left"/>
      </w:pPr>
      <w:r>
        <w:rPr>
          <w:rFonts w:ascii="Times New Roman" w:hAnsi="Times New Roman" w:eastAsia="Times New Roman" w:cs="Times New Roman"/>
        </w:rPr>
        <w:t>Иохан 2:20-д, Христ сүмийг цэвэрлэсний дараа—энэ нь Эгч Уайтын хэлснээр, 1844 оны 10 дугаар сарын 22-ны адил, Малахи номын гуравдугаар бүлгийн биелэлт байсан тул—Гэрээний Элч Өөрийн сүмд гэнэт ирсэн юм.</w:t>
      </w:r>
    </w:p>
    <w:p>
      <w:pPr>
        <w:pStyle w:val="ArticleScripture"/>
        <w:jc w:val="left"/>
      </w:pPr>
      <w:r>
        <w:rPr>
          <w:rFonts w:ascii="Times New Roman" w:hAnsi="Times New Roman" w:eastAsia="Times New Roman" w:cs="Times New Roman"/>
        </w:rPr>
        <w:t>Есүс тэдэнд хариулан айлдахдаа, Энэ сүмийг нураа, тэгвэл Би үүнийг гурав хоногийн дотор босгоно, гэв. Тэгэхэд иудейчүүд, Энэ сүмийг барихад дөчин зургаан жил зарцуулсан, харин Чи үүнийг гурав хоногийн дотор босгох гэж үү? хэмээн хэлэв. Харин Тэр Өөрийн биеийн сүмийн тухай айлдаж байсан юм. Иохан 2:19–20.</w:t>
      </w:r>
    </w:p>
    <w:p>
      <w:pPr>
        <w:pStyle w:val="ArticleBody"/>
        <w:jc w:val="left"/>
      </w:pPr>
      <w:r>
        <w:rPr>
          <w:rFonts w:ascii="Times New Roman" w:hAnsi="Times New Roman" w:eastAsia="Times New Roman" w:cs="Times New Roman"/>
        </w:rPr>
        <w:t>Малахи номын гуравдугаар бүлгийн биелэлт болгон Христ Өөрийн сүмд гэнэт ирсэн нь Иохан номын хоёрдугаар бүлэгт өгүүлэгддэгээр Тэр Өөрийн үйлчлэлийн эхэнд сүмийг цэвэрлэсэн үед болсон бөгөөд энэ нь 1844 оны 10 дугаар сарын 22-ны өдрийг хэв шинжлэн илэрхийлсэн юм. Иохан номын хоёрдугаар бүлэг дэх Христийн хийсэн сүмийн цэвэрлэгээ, мөн 1844 оны 10 дугаар сарын 22 нь Малахи номын гуравдугаар бүлгийн биелэлт байсан. Иохан номын ХОЁРДУГААР бүлгийн ХОРИНДУГААР эшлэлд хүний сүм дөчин зургаан жилийн турш баригдсан, харин бурханлаг сүм гурван хоногийн дотор босгогдсон гэж бидэнд мэдүүлдэг. Хүний сүмд бурханлаг чанар гэнэт ирэх үед л, 1844 оны 10 дугаар сарын 22-нд болсончлон, тэр нь Хабаккукийн “ариун сүм” болдог. Учир нь бурханлаг чанар хүний мөн чанартай нэгдсэн үед нүгэл үйлддэггүй. Шинарын хоёр агуу мөрний үзэгдлүүд нь хүний мөн чанар бурханлаг чанартай нэгдсэн үед нүгэл үйлддэггүй гэсэн үнэнийг төлөөлдөг.</w:t>
      </w:r>
    </w:p>
    <w:p>
      <w:pPr>
        <w:pStyle w:val="ArticleBody"/>
        <w:jc w:val="left"/>
      </w:pPr>
      <w:r>
        <w:rPr>
          <w:rFonts w:ascii="Times New Roman" w:hAnsi="Times New Roman" w:eastAsia="Times New Roman" w:cs="Times New Roman"/>
        </w:rPr>
        <w:t>Бид Даниелын арван нэгдүгээр бүлгийн дөчдүгээр эшлэлийг дараагийн өгүүлэлд үргэлжлүүлэн авч үзэх болно.</w:t>
      </w:r>
    </w:p>
    <w:p>
      <w:pPr>
        <w:pStyle w:val="ArticleScripture"/>
        <w:jc w:val="left"/>
      </w:pPr>
      <w:r>
        <w:rPr>
          <w:rFonts w:ascii="Times New Roman" w:hAnsi="Times New Roman" w:eastAsia="Times New Roman" w:cs="Times New Roman"/>
        </w:rPr>
        <w:t>Та нар ч мөн амьд чулуунуудын адил сүнслэг өргөө болон баригдаж, Есүс Христээр дамжин Бурханд тааламжит сүнслэг тахилуудыг өргөхийн тулд ариун санваартан болж байна. 1 Петр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Зуун Хорин Хоёрдугаар Хэсэг</dc:title>
  <dc:subject>Үнэний Илчлэлт: Даниел 11-ээр дамжих аялал ба Бурханы ард түмний сэгсрэлт</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