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Нэг зуун хорин дөрөв</w:t>
      </w:r>
    </w:p>
    <w:p>
      <w:pPr>
        <w:pStyle w:val="ArticleSubtitle"/>
        <w:jc w:val="left"/>
      </w:pPr>
      <w:r>
        <w:rPr>
          <w:rFonts w:ascii="Arial" w:hAnsi="Arial" w:eastAsia="Arial" w:cs="Arial"/>
        </w:rPr>
        <w:t>Даниел 11:40-ийг нээн тайлах нь — Түүхэн ижил төстэй байдлууд болон ирээдүйн үйл явдлуудын эш үзүүллэгийн шинжилгээ</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2024-03-08</w:t>
      </w:r>
    </w:p>
    <w:p>
      <w:pPr>
        <w:pStyle w:val="ArticleBody"/>
        <w:jc w:val="left"/>
      </w:pPr>
      <w:r>
        <w:rPr>
          <w:rFonts w:ascii="Times New Roman" w:hAnsi="Times New Roman" w:eastAsia="Times New Roman" w:cs="Times New Roman"/>
        </w:rPr>
        <w:t>Бид дөчдүгээр эшлэлийг авч үзэхдээ Даниелын арван нэгдүгээр бүлгийн бүтцийг тайлбарлан тогтоохын тулд цаг гаргаж байна. Дөчдүгээр эшлэл нь эш үзүүллэгийн утгаараа Даниелын наймдугаар бүлгийн арван дөрөвдүгээр эшлэлтэй зэрэгцэлддэг. Учир нь Иудагийн овгийн Арслан болох Христийн 1798 онд лацдан нээсэн гэрэл Даниелын наймдугаар бүлгийн арван дөрөвдүгээр эшлэл дээр үндэслэж байсан шиг, мөн Түүний 1989 онд лацдан нээсэн гэрэл ч дөчдүгээр эшлэл дээр үндэслэж байсан юм.</w:t>
      </w:r>
    </w:p>
    <w:p>
      <w:pPr>
        <w:pStyle w:val="ArticleBody"/>
        <w:jc w:val="left"/>
      </w:pPr>
      <w:r>
        <w:rPr>
          <w:rFonts w:ascii="Times New Roman" w:hAnsi="Times New Roman" w:eastAsia="Times New Roman" w:cs="Times New Roman"/>
        </w:rPr>
        <w:t>Бид өмнөх өгүүлэлдээ үүнийг дурдсан боловч бодитоор авч үзээгүй билээ. “мөр дээр мөр” хэмээх сүүлчийн борооны аргачлалыг хэрэглэхэд, дөчиндугаар эшлэл нь хоёр тусдаа шугамыг гаргаж тавьдаг. Учир нь энэ нь нэгдүгээр тэнгэрэлчийн хөдөлгөөний төгсгөлийн цагийг ч, гуравдугаар тэнгэрэлчийн хөдөлгөөний төгсгөлийн цагийг ч агуулдаг.</w:t>
      </w:r>
    </w:p>
    <w:p>
      <w:pPr>
        <w:pStyle w:val="ArticleBody"/>
        <w:jc w:val="left"/>
      </w:pPr>
      <w:r>
        <w:rPr>
          <w:rFonts w:ascii="Times New Roman" w:hAnsi="Times New Roman" w:eastAsia="Times New Roman" w:cs="Times New Roman"/>
        </w:rPr>
        <w:t>Бид дөчдүгээр эшлэлийн 1798 он дахь төгсгөлийн цагийг, мөн түүний 1989 он дахь төгсгөлийн цагийг хамтатган авч үзэхэд, Даниел 8:14 нь Даниел 11:40-тэй нийцэж байгааг олж хардаг. Учир нь тэд хоёулаа Илчлэл 14-ийн гурван тэнгэрэлчийн эш үзүүллэгийн түүхэнд лац нь тайлагдсан мэдлэгийг илэрхийлдэг. Түүнчлэн тэдгээр нь арван дөрөвдүгээр эшлэл нь Христийн сүмд гэнэт “ирэх” тухай “mareh” үзэгдэл бөгөөд, дөчдүгээр эшлэл нь эш үзүүллэгийн түүхийн хоёр мянга таван зуун хорин жилийн “chazon” үзэгдэл мөн гэдгээрээ хоорондоо холбоотой. Нэг нь цаг хугацааны нэгэн цэг, нөгөө нь цаг хугацааны нэгэн үе юм.</w:t>
      </w:r>
    </w:p>
    <w:p>
      <w:pPr>
        <w:pStyle w:val="ArticleBody"/>
        <w:jc w:val="left"/>
      </w:pPr>
      <w:r>
        <w:rPr>
          <w:rFonts w:ascii="Times New Roman" w:hAnsi="Times New Roman" w:eastAsia="Times New Roman" w:cs="Times New Roman"/>
        </w:rPr>
        <w:t>Нэг нь сүмийн сэргээн босголт ба цэвэршүүлэлтийг, нөгөө нь сүмийн сүйрэл ба гишгэлэн доромжлогдлыг илэрхийлдэг. Нэг нь хоёр мянга гурван зуун жилийг, нөгөө нь хоёр мянга таван зуун хорин жилийг илэрхийлдэг. Нэг нь Улай голоор, нөгөө нь Хиддекел голоор төлөөлөгдөнө. Нэг нь хүн төрөлхтнийг, нөгөө нь Бурханлаг чанарыг илэрхийлдэг. Зөвөөр ойлговол дөчдүгээр эшлэл арван дөрөвдүгээр эшлэлтэй холбогдон гайхамшигтай гүн утгыг агуулдаг. 1798 он нь Бурханлаг чанарын үйл хэргийг, харин 1989 он нь хүн төрөлхтний тэрслүү бослогыг илэрхийлдэг.</w:t>
      </w:r>
    </w:p>
    <w:p>
      <w:pPr>
        <w:pStyle w:val="ArticleBody"/>
        <w:jc w:val="left"/>
      </w:pPr>
      <w:r>
        <w:rPr>
          <w:rFonts w:ascii="Times New Roman" w:hAnsi="Times New Roman" w:eastAsia="Times New Roman" w:cs="Times New Roman"/>
        </w:rPr>
        <w:t>Өмнөх өгүүлэлд бид хойд зүгийн хаан гурван саадыг даран ялж буй дүрслэл нь дараалсан байдлаар үзүүлэгдсэн болохыг тогтоосон. Гэвч дүрслэгдсэн үйл явдлуудын бодит хэрэглээг нягтлан болгоомжтой хэрэглэх шаардлагатай. Учир нь дөчөөдүгээр зүйлийн дөчин хоёрдугаар ишлэлээс дөчин дөрөвдүгээр ишлэл хүртэлх хэсэг нь үнэндээ дөчин нэгдүгээр ишлэлтэй, өөрөөр хэлбэл АНУ-д тун удахгүй гарах Ням гаргийн хуультай уялдан байрладаг. Гурвалсан холбоо тэнд л хэрэгжиж, “зүүн” ба “хойд” зүгийн чанга дууны мэдээ мөн тэндээс эхэлдэг.</w:t>
      </w:r>
    </w:p>
    <w:p>
      <w:pPr>
        <w:pStyle w:val="ArticleBody"/>
        <w:jc w:val="left"/>
      </w:pPr>
      <w:r>
        <w:rPr>
          <w:rFonts w:ascii="Times New Roman" w:hAnsi="Times New Roman" w:eastAsia="Times New Roman" w:cs="Times New Roman"/>
        </w:rPr>
        <w:t>Даниелын арван нэгдүгээр бүлэгт Даниел Ромыг дүрслэн үзүүлэхдээ тодорхой нэгэн арга хэрэглэдгийг Адвентист судлаачид олон жилийн туршид хүлээн зөвшөөрсөөр ирсэн. Уриа Смит энэ талаар Daniel and Revelation номдоо тэмдэглэсэн байдаг. Даниел эхлээд Ром дэлхийг хэрхэн эрхшээлдээ оруулдгийг тодорхойлж, дараагийн эшлэлүүдэд түүхийн эхлэл рүү буцан орж, улс төрийн байлдан дагууллыг тодорхойлон, мөн яг тэрхүү нэгэн адил түүхийн явцад Ром Бурханы ард түмэнтэй хэрхэн харьцдагийг тодорхойлдог. Эцэст нь тэрээр Ром хэрхэн төгсгөлдөө хүрдгийг тодорхойлдог. Даниелын хэрэглэдэг энэ зарчмыг “давтан өгүүлж, дэлгэрүүлэх” гэж нэрлэдэг.</w:t>
      </w:r>
    </w:p>
    <w:p>
      <w:pPr>
        <w:pStyle w:val="ArticleBody"/>
        <w:jc w:val="left"/>
      </w:pPr>
      <w:r>
        <w:rPr>
          <w:rFonts w:ascii="Times New Roman" w:hAnsi="Times New Roman" w:eastAsia="Times New Roman" w:cs="Times New Roman"/>
        </w:rPr>
        <w:t>Энэхүү гурван алхамт арга нь дөчөөс дөчин тавдугаар эшлэлүүдэд тодорхойлогдсон байдаг. Дөчөөс дөчин гуравдугаар эшлэлүүдэд Орчин үеийн Ром дэлхий ертөнцийг эзлэн авах гурван алхамт үйл явц тодорхойлогддог; дараа нь дөчин дөрөвдүгээр эшлэлд Даниел дөчин нэгдүгээр эшлэл рүү буцан очих бөгөөд тэнд нэг зуун дөчин дөрвөн мянгын тугийн дор тэр үед тунхаглагдах “мэдээ” гарч, улмаар папын засаглал олон хүнийг сүйтгэж, бүрмөсөн үгүй хийхээр асар их хилэнтэйгээр хөдөлдөг. Дараа нь дөчин тавдугаар эшлэл болон арван хоёрдугаар бүлгийн нэг дүгээр эшлэлд, хүний сорилтын хугацаа хаагдах үед, папын засаглал тэнгисүүдийн хооронд болон алдарт ариун уулын дэргэд, туслах хэн ч үгүйгээр эцэстээ хүрдэг.</w:t>
      </w:r>
    </w:p>
    <w:p>
      <w:pPr>
        <w:pStyle w:val="ArticleBody"/>
        <w:jc w:val="left"/>
      </w:pPr>
      <w:r>
        <w:rPr>
          <w:rFonts w:ascii="Times New Roman" w:hAnsi="Times New Roman" w:eastAsia="Times New Roman" w:cs="Times New Roman"/>
        </w:rPr>
        <w:t>Даниел 11-ийн гучдугаар эшлэлд, Эгч Уайт үгчлэн иш татан гучин зургаадугаар эшлэл хүртэл үргэлжлүүлээд, дараа нь “эдгээр эшлэлүүдэд дүрслэгдсэнтэй төстэй үзэгдлүүд тохиолдох болно” хэмээн бичсэн түүхийн эхлэлийг бид олж хардаг. Гуч болон гучин нэг дүгээр эшлэлүүд нь Библийн зөгнөлийн дөрөв дэх болон тав дахь хаанчлалууд болох харь Ромоос папын Ром руу шилжсэн түүхэн шилжилтийг тус тус тодорхойлдог. Гучин нэг дүгээр эшлэл нь папын Ромыг МЭ 538 онд дэлхийн сэнтийд залсан явдлыг хэрхэн төлөөлөн харуулдаг түүхийг дүрслэн өгүүлдэг.</w:t>
      </w:r>
    </w:p>
    <w:p>
      <w:pPr>
        <w:pStyle w:val="ArticleBody"/>
        <w:jc w:val="left"/>
      </w:pPr>
      <w:r>
        <w:rPr>
          <w:rFonts w:ascii="Times New Roman" w:hAnsi="Times New Roman" w:eastAsia="Times New Roman" w:cs="Times New Roman"/>
        </w:rPr>
        <w:t>Гучин нэгдүгээр эшлэлд хамгийн түрүүнд тодорхойлогдож буй зүйл нь франкуудын хаан Кловис (өнөөгийн Франц) 496 онд папын засгийг хамгаалан босож ирсэн үе юм. Дараа нь Кловис илт харь шүтлэгээс Католицизмын нууцлаг харь шүтлэгт (түүний эхнэр Клотильдагийн шашин) оржээ. Улмаар тэрээр дэлхийн сэнтий дээр папын засгийг өргөмжлөхөд өөрийн хаан ширээг зориулсан юм. Эшлэл дэх “гарууд”-аар Кловисыг төлөөлүүлсэн бөгөөд учир нь тэрээр тэр үед эхлүүлсэн ажлын төлөө өөрийн цэргийн хүчний гарыг болон санхүүгийн хүчний гарыг зориулсан билээ.</w:t>
      </w:r>
    </w:p>
    <w:p>
      <w:pPr>
        <w:pStyle w:val="ArticleBody"/>
        <w:jc w:val="left"/>
      </w:pPr>
      <w:r>
        <w:rPr>
          <w:rFonts w:ascii="Times New Roman" w:hAnsi="Times New Roman" w:eastAsia="Times New Roman" w:cs="Times New Roman"/>
        </w:rPr>
        <w:t>Кловисын анхны үйл хэрэг нь түүх өрнөхийн хирээр Ромын янханд янз бүрийн дэмжлэг үзүүлэхээр заяагдсан, урьд нь харь шашинтай байсан Европын бүх хаадын ажлыг төлөөлж байв. Кловис, түүнээс хойш Франц улс, Католик сүмээс Католик сүмийн ууган хүү, мөн Католик сүмийн хамгийн ахмад охин гэсэн цолоор тослогдов. Тэрээр Тирийн янхантай завхайрлыг үйлдэх олон хаадын эхнийх нь бэлгэдэл байв.</w:t>
      </w:r>
    </w:p>
    <w:p>
      <w:pPr>
        <w:pStyle w:val="ArticleBody"/>
        <w:jc w:val="left"/>
      </w:pPr>
      <w:r>
        <w:rPr>
          <w:rFonts w:ascii="Times New Roman" w:hAnsi="Times New Roman" w:eastAsia="Times New Roman" w:cs="Times New Roman"/>
        </w:rPr>
        <w:t>Энэ эш үзүүллэгийн утгаар Кловисыг Ахабаар төлөөлүүлэн дүрсэлсэн байв. Ахаб мөн Иезебелтэй—Илчлэл ном дахь Католик сүмийн бэлгэдэл—садарласан бөгөөд тэрээр арван овгийн тэргүүн хаан байсан билээ. Үүний адил Кловис харь Ромын арван эврийн (Даниел номын долоодугаар бүлгийг үз) тэргүүлэх бэлгэдэл болсон юм. Европын тэдгээр хаад эцэст нь Вавилоны янхныг дэлхийн сэнтий дээр зална. Энэ утгаараа Ахаб болон Кловис хоёулаа эцсийн өдрүүдэд паптай садарлагч Америкийн Нэгдсэн Улсыг төлөөлдөг.</w:t>
      </w:r>
    </w:p>
    <w:p>
      <w:pPr>
        <w:pStyle w:val="ArticleBody"/>
        <w:jc w:val="left"/>
      </w:pPr>
      <w:r>
        <w:rPr>
          <w:rFonts w:ascii="Times New Roman" w:hAnsi="Times New Roman" w:eastAsia="Times New Roman" w:cs="Times New Roman"/>
        </w:rPr>
        <w:t>Рональд Рейган садар самууныг эхлүүлсэн бөгөөд Нэгдсэн Үндэстний Байгууллагын бусад есөн хаадыг мөн тэрхүү ижил үйлдлийг үйлдэхэд албаддаг нь сүүлчийн ерөнхийлөгч байх болно. Рейган 1989 онд төгсгөлийн үед ерөнхийлөгч байсан бөгөөд тиймээс түүхийн төгсгөлд бусад есөн хаан мөнхүү ижил үйлдлийг гүйцэлдүүлдэг сүүлчийн ерөнхийлөгчийг эш үзүүллэгийн утгаар төлөөлөх ёстой. Учир нь Есүс аливаа зүйлийн төгсгөлийг үргэлж тухайн зүйлийн эхлэлээр дүрслэн үзүүлдэг. Рейган бол чинээлэг, олонд танигдсан хэвлэл мэдээллийн зүтгэлтэн, өөрийн өвөрмөц ярианы хэв маягаараа өргөнөөр алдаршсан нэгэн байсан бөгөөд анх Ардчилсан намд харьяалагдаж байснаа эцэст нь Бүгд Найрамдах намд шилжсэн юм.</w:t>
      </w:r>
    </w:p>
    <w:p>
      <w:pPr>
        <w:pStyle w:val="ArticleBody"/>
        <w:jc w:val="left"/>
      </w:pPr>
      <w:r>
        <w:rPr>
          <w:rFonts w:ascii="Times New Roman" w:hAnsi="Times New Roman" w:eastAsia="Times New Roman" w:cs="Times New Roman"/>
        </w:rPr>
        <w:t>Гучин нэгдүгээр эшлэлд пап ламын эрх мэдлийг төлөөлсөн мутрууд хүч чадлын ариун газрыг бузарлах болно. Зөгнөлийн утгаар авч үзвэл, харь Ром болон папын Ромын аль алиных нь хувьд хүч чадлын ариун газар нь Ром хот байсан. Энэ нь Ромын эдгээр хоёр эрх мэдэл тодорхой хугацаанд Ром хотоос захирч байсан бөгөөд Ром хотоос захирч байх үедээ тэд үндсэндээ ялагдашгүй байсанд тулгуурладаг.</w:t>
      </w:r>
    </w:p>
    <w:p>
      <w:pPr>
        <w:pStyle w:val="ArticleBody"/>
        <w:jc w:val="left"/>
      </w:pPr>
      <w:r>
        <w:rPr>
          <w:rFonts w:ascii="Times New Roman" w:hAnsi="Times New Roman" w:eastAsia="Times New Roman" w:cs="Times New Roman"/>
        </w:rPr>
        <w:t>Харь Ром МЭӨ 31 онд болсон Акциумын тулалдаанаар гурван зуун жаран жилийн ноёрхлоо эхлүүлсэн. Даниелын арван нэгдүгээр бүлгийн хорин дөрөвдүгээр эшлэлд тэд өөрсдийн бэхлэлтээс, өөрөөр хэлбэл Ром хотоос, нэг “хугацааны” турш өөрсдийн санаархлыг урьдчилан төлөвлөнө гэж заасан байдаг. Зөгнөлийн нэг “хугацаа” нь гурван зуун жаран жил бөгөөд Антони ба Клеопатра ялагдсан Акциумын тулалдаанаас хойш гурван зуун жаран жилийн дараа Константин Ром хотоос гарч Константинополь хот руу шилжин суурьшсанаар харь Ромын дийлдэшгүй байсан үе дууссан юм.</w:t>
      </w:r>
    </w:p>
    <w:p>
      <w:pPr>
        <w:pStyle w:val="ArticleBody"/>
        <w:jc w:val="left"/>
      </w:pPr>
      <w:r>
        <w:rPr>
          <w:rFonts w:ascii="Times New Roman" w:hAnsi="Times New Roman" w:eastAsia="Times New Roman" w:cs="Times New Roman"/>
        </w:rPr>
        <w:t>Папын Ромын төлөөх газарзүйн гурав дахь саад болох Готууд МЭ 538 онд Ром хотоос хөөгдөн гармагц, папын Ромын ноёрхлын нэг мянга хоёр зуун жаран жилийн эрхшээл эхэлж, 1798 он хүртэл үргэлжилсэн бөгөөд тэр үед пап Ром хотоос зайлуулагдсанаар папын араатанд эш үзүүллэгт өгүүлсэн үхлийн шарх учирсан юм; харин дараа жил нь буюу 1799 онд тэр пап (араатныг унан явсан эмэгтэй) олзлогдсон байдалдаа нас баржээ.</w:t>
      </w:r>
    </w:p>
    <w:p>
      <w:pPr>
        <w:pStyle w:val="ArticleBody"/>
        <w:jc w:val="left"/>
      </w:pPr>
      <w:r>
        <w:rPr>
          <w:rFonts w:ascii="Times New Roman" w:hAnsi="Times New Roman" w:eastAsia="Times New Roman" w:cs="Times New Roman"/>
        </w:rPr>
        <w:t>Папын эрх мэдлийг төлөөлж байсан мутар (Кловис) нь хүч чадлын ариун газрыг бузарлах ёстой байсан бөгөөд Константин уг ажлыг хотыг Константинополоос дорд хот хэмээн гүн ухааны үүднээс тодорхойлсноор эхлүүлсэн юм. Тэр үеэс хойш Ромын дайснуудын явуулсан тэрхүү түүхэн дайны чиглэл нь үргэлж Ром хотыг довтлоход төвлөрч байсан бөгөөд 476 он гэхэд, 538 он хүртэл—тэр үед хот папын Ромын хувьд хүч чадлын ариун газар болсон—хотод захирч байсан жинхэнэ Ромын угсааны нэг ч хүн дахин гарч ирээгүй юм.</w:t>
      </w:r>
    </w:p>
    <w:p>
      <w:pPr>
        <w:pStyle w:val="ArticleBody"/>
        <w:jc w:val="left"/>
      </w:pPr>
      <w:r>
        <w:rPr>
          <w:rFonts w:ascii="Times New Roman" w:hAnsi="Times New Roman" w:eastAsia="Times New Roman" w:cs="Times New Roman"/>
        </w:rPr>
        <w:t>Ахаб, Кловис, мөн Франц нь Америкийн Нэгдсэн Улсыг төлөөлдөг бөгөөд Америкийн Нэгдсэн Улсын хүчний ариун газар нь Америкийн Нэгдсэн Улсын Үндсэн хууль юм. Тэрхүү баримт бичиг бол тэнгэрлэг баримт бичиг мөн бөгөөд эш үзүүллэгийн түүхийн нэгэн тэмдэглэгээ юм. Роналд Рейган 1989 он хүртэлх түүхэнд папын засгийг өмгөөлөн босож ирснээс хойш, Үндсэн хууль тасралтгүй бөгөөд улам ширүүсэх дайралтын дор байсаар ирсэн нь харь Ромын доройтол болон уналтын үеийн хүчний ариун газартай адил юм. Америкийн Нэгдсэн Улсад тун удалгүй ирэх Ням гаргийн хууль хэрэгжих үед Үндсэн хууль бүрэн түлхэн унагаагдах болно. Рейганы үеэс тэрхүү Ням гаргийн хууль хүртэлх хугацаанд 330 оноос 538 он хүртэлх түүх давтагдана. 538 онд папын засгийг хаан ширээнд залсан бөгөөд ингэснээр тэрхүү Ням гаргийн хуулийн үед түүний үхлийн шарх эдгэхийг төлөөлж байна.</w:t>
      </w:r>
    </w:p>
    <w:p>
      <w:pPr>
        <w:pStyle w:val="ArticleBody"/>
        <w:jc w:val="left"/>
      </w:pPr>
      <w:r>
        <w:rPr>
          <w:rFonts w:ascii="Times New Roman" w:hAnsi="Times New Roman" w:eastAsia="Times New Roman" w:cs="Times New Roman"/>
        </w:rPr>
        <w:t>Роналд Рейганаас Ням гаргийн хууль хүртэлх хугацаа нь Бурханы эш үзүүллэгийн Үгээр онцгойлон тодорхойлогдсон эш үзүүллэгийн үе юм. Кловисоор төлөөлөгдсөн “цэргүүд” нь мөн хуучин харь шашинт Ромын эзэнт гүрнээс “өдөр тутмын”-ыг зайлуулах ёстой байв. Эзэнт гүрний шашин нь анхнаасаа харь шашинт байсан бөгөөд Кловис ил тод харь шашныг католик шашнаар, өөрөөр хэлбэл зүгээр л халхлагдсан харь шашнаар солих ажлыг эхлүүлсэн юм.</w:t>
      </w:r>
    </w:p>
    <w:p>
      <w:pPr>
        <w:pStyle w:val="ArticleBody"/>
        <w:jc w:val="left"/>
      </w:pPr>
      <w:r>
        <w:rPr>
          <w:rFonts w:ascii="Times New Roman" w:hAnsi="Times New Roman" w:eastAsia="Times New Roman" w:cs="Times New Roman"/>
        </w:rPr>
        <w:t>АНУ тун удахгүй гарах Ням гарагийн хуулиар папын эрх мэдлийн тэмдгийг албадан хэрэгжүүлэх үедээ Протестантизмын шашныг бүрмөсөн хална. Учир нь “Протестант” хэмээх үгийн цорын ганц тодорхойлолт нь Ромыг эсэргүүцэх явдал юм. Хэрэв та Ромын эрх мэдлийн тэмдгийг хүлээн авбал, та Ромыг эсэргүүцэж байгаа хэрэг биш. Амос номын гуравдугаар бүлгийн гуравдугаар эшлэлд Амос ийнхүү уран асуулт тавьдаг: “Хоёр хүн тохиролцоогүй атлаа хамт явж чадах уу?”</w:t>
      </w:r>
    </w:p>
    <w:p>
      <w:pPr>
        <w:pStyle w:val="ArticleScripture"/>
        <w:jc w:val="left"/>
      </w:pPr>
      <w:r>
        <w:rPr>
          <w:rFonts w:ascii="Times New Roman" w:hAnsi="Times New Roman" w:eastAsia="Times New Roman" w:cs="Times New Roman"/>
        </w:rPr>
        <w:t>“Одоогоор Америкийн Нэгдсэн Улсад сүмийн байгууллагууд болон заншлуудад төрийн дэмжлэгийг баталгаажуулахын төлөө өрнөж буй хөдөлгөөнүүдэд протестантууд папистуудын мөрөөр явж байна. Түүнээс ч илүүтэйгээр, тэд Папын засаглалд Хуучин Дэлхийд алдсан ноёрхлоо протестант Америкт дахин олж авах үүд хаалгыг нээж өгч байна.” Агуу Тэмцэл, 573.</w:t>
      </w:r>
    </w:p>
    <w:p>
      <w:pPr>
        <w:pStyle w:val="ArticleBody"/>
        <w:jc w:val="left"/>
      </w:pPr>
      <w:r>
        <w:rPr>
          <w:rFonts w:ascii="Times New Roman" w:hAnsi="Times New Roman" w:eastAsia="Times New Roman" w:cs="Times New Roman"/>
        </w:rPr>
        <w:t>508 онд харь шашны шүтлэг тухайн улсын албан ёсны шашны байр сууриас зайлуулагдсан нь, Нэгдсэн Улсад тун удахгүй гарах Ням гаргийн хуулийн үеэр нүглийн хүн илчлэгдэхээс өмнө, Паулын Хоёр Тесалоник 2-р бүлэгт дүрсэлсэн саад тотгор урьдчилан зайлуулагдсаны бэлгэдэл болсон юм. Ил тод харь шашныг дарж захируулан, Католицизм хэмээх далд харь шашинд шилжих энэхүү үйл явц нь агшин зуур болоогүй бөгөөд түүхэнд Кловис 496 онд Католицизмд орсноор эхэлсэн, 508 он гэхэд бүрэн гүйцэлдсэн гэж тэмдэглэгдсэн байдаг.</w:t>
      </w:r>
    </w:p>
    <w:p>
      <w:pPr>
        <w:pStyle w:val="ArticleBody"/>
        <w:jc w:val="left"/>
      </w:pPr>
      <w:r>
        <w:rPr>
          <w:rFonts w:ascii="Times New Roman" w:hAnsi="Times New Roman" w:eastAsia="Times New Roman" w:cs="Times New Roman"/>
        </w:rPr>
        <w:t>Ийнхүү 1989 оноос эхэлсэн Рейганы он жилүүдээс эхлэн, удахгүй ирэх Ням гаргийн хуулийн хүртэл, жинхэнэ протестантизм АНУ-д бүрэн хязгаарлагдах болно. Тэр үед АНУ-ын хувьд “хүч чадлын ариун сүм” болсон Үндсэн хууль хүчингүй болгогдох бөгөөд гучин нэгдүгээр эшлэлийн “мөрнүүдийн” дөрөв дэх үйл хэрэг гүйцэлдэж, улмаар “мөрнүүд” нь 538 онд тохиолдсончлол дэлхийн сэнтий дээр папын эрх мэдлийг зална.</w:t>
      </w:r>
    </w:p>
    <w:p>
      <w:pPr>
        <w:pStyle w:val="ArticleBody"/>
        <w:jc w:val="left"/>
      </w:pPr>
      <w:r>
        <w:rPr>
          <w:rFonts w:ascii="Times New Roman" w:hAnsi="Times New Roman" w:eastAsia="Times New Roman" w:cs="Times New Roman"/>
        </w:rPr>
        <w:t>Папын засаглал 538 онд хаан ширээнд суусны дараа, Даниел дахь өгүүлэмж папын засаглал дэлхийг хэрхэн эрхшээлдээ оруулсныг дүрслэхээс, тэр түүхэн хугацаанд папын засаглал Бурханы ард түмнийг хэрхэн хавчсан тухай сэдэвт шилжинэ. Даниелын аравдугаар бүлгийн арван дөрөвдүгээр зүйлд, Габриел Даниелд өөрийнх нь үзүүлэх гэж буй үзэгдлийн зорилго нь “эцсийн өдрүүдэд Бурханы ард түмэнд юу тохиолдохыг” үзүүлэх явдал мөн хэмээн мэдэгдсэн байв.</w:t>
      </w:r>
    </w:p>
    <w:p>
      <w:pPr>
        <w:pStyle w:val="ArticleScripture"/>
        <w:jc w:val="left"/>
      </w:pPr>
      <w:r>
        <w:rPr>
          <w:rFonts w:ascii="Times New Roman" w:hAnsi="Times New Roman" w:eastAsia="Times New Roman" w:cs="Times New Roman"/>
        </w:rPr>
        <w:t>Одоо би чиний ард түмэнд эцсийн өдрүүдэд юу тохиолдохыг чамд ойлгуулахаар ирлээ. Учир нь энэ үзэгдэл олон өдрийн тухай билээ. Даниел 10:14.</w:t>
      </w:r>
    </w:p>
    <w:p>
      <w:pPr>
        <w:pStyle w:val="ArticleBody"/>
        <w:jc w:val="left"/>
      </w:pPr>
      <w:r>
        <w:rPr>
          <w:rFonts w:ascii="Times New Roman" w:hAnsi="Times New Roman" w:eastAsia="Times New Roman" w:cs="Times New Roman"/>
        </w:rPr>
        <w:t>Гучин хоёрдугаар ишлэлээс гучин зургаадугаар ишлэл хүртэлх ишлэлүүдийг Давталт хийгдэх болно хэмээн Систер Уайт шууд хэлсэн байдаг бөгөөд тэдгээр ишлэлүүд нь папын эрх мэдэл МЭ 538 онд сэнтийд заларснаас эхлэн 1798 онд үхлийн шархаа авах хүртэл үргэлжилсэн нэг мянга хоёр зуун жаран жилийн ноёрхлын үеийн хавчлагыг дүрслэн өгүүлдэг.</w:t>
      </w:r>
    </w:p>
    <w:p>
      <w:pPr>
        <w:pStyle w:val="ArticleScripture"/>
        <w:jc w:val="left"/>
      </w:pPr>
      <w:r>
        <w:rPr>
          <w:rFonts w:ascii="Times New Roman" w:hAnsi="Times New Roman" w:eastAsia="Times New Roman" w:cs="Times New Roman"/>
        </w:rPr>
        <w:t>Гэрээг зөрчин хорон муугаар үйлдэгчдийг тэр зусардлаар ялзруулна. Харин Бурханаа мэддэг ард түмэн хүчирхэг байж, баатарлаг үйлс үйлдэнэ. Ард түмний дундах ухааралтай хүмүүс олныг сургана. Гэвч тэд олон өдрийн турш илдээр, гал дөлөөр, олзлолтоор, дээрэм тонуулын улмаас унана. Тэд унах үедээ багахан тусламжаар тэтгэгдэнэ. Гэвч олон хүн зусардлаар тэдэнтэй нийлнэ. Ухааралтай хүмүүсээс зарим нь тэднийг сорихын тулд, цэвэршүүлэхийн тулд, цайруулахын тулд, төгсгөлийн цаг хүртэл унана. Учир нь энэ нь томилогдсон цаг хүртэл хэвээр байна. Хаан өөрийн хүслээр үйлдэж, өөрийгөө өргөмжлөн, өөрийгөө бүх бурхдаас дээгүүр агуу болгож, бурхдын Бурханы эсрэг гайхамшигт үгсийг хэлнэ. Тэр уур хилэн гүйцэлдэх хүртэл амжилттай байх болно. Учир нь тогтоогдсон зүйл биелэх ёстой. Даниел 11:32–36.</w:t>
      </w:r>
    </w:p>
    <w:p>
      <w:pPr>
        <w:pStyle w:val="ArticleBody"/>
        <w:jc w:val="left"/>
      </w:pPr>
      <w:r>
        <w:rPr>
          <w:rFonts w:ascii="Times New Roman" w:hAnsi="Times New Roman" w:eastAsia="Times New Roman" w:cs="Times New Roman"/>
        </w:rPr>
        <w:t>Эдгээр эшлэлүүд нь Харанхуй зууны үеийн хавчлагыг дүрслэн өгүүлдэг бөгөөд гучин зургаадугаар эшлэл нь дараа нь Израилийн хойд хаант улсын эсрэг Бурханы анхны хилэгнэл 1798 онд биелэн гүйцэх хүртэл папын засаг цэцэглэн мандахыг тодорхойлон заадаг. Даниел эхлээд папын засаг дэлхийн сэнтий дээр хэрхэн заларсныг, дараа нь папын засаг Бурханы ард түмэнтэй хэрхэн харилцсаныг, улмаар папын засгийн эцсийн уналтыг тодорхойлсон. Даниелын арван нэгдүгээр бүлгийн дөчөөс дөчин гуравдугаар эшлэлүүд нь папын засаг дэлхийг хэрхэн эрхэндээ оруулдгийг тодорхойлон өгүүлдэг; дараа нь дөчин дөрөвдүгээр эшлэл нь тэрээр Бурханы эцсийн өдрүүдийн ард түмнийг хэрхэн хавчдагийг, харин дөчин тавдугаар эшлэл нь түүнд туслах нэг ч хүнгүйгээр тэрээр өөрийн эцсийн төгсгөлдөө хэрхэн хүрдгийг тодорхойлон өгүүлдэг.</w:t>
      </w:r>
    </w:p>
    <w:p>
      <w:pPr>
        <w:pStyle w:val="ArticleBody"/>
        <w:jc w:val="left"/>
      </w:pPr>
      <w:r>
        <w:rPr>
          <w:rFonts w:ascii="Times New Roman" w:hAnsi="Times New Roman" w:eastAsia="Times New Roman" w:cs="Times New Roman"/>
        </w:rPr>
        <w:t>Еврей хэлний “үнэн” гэсэн үгийг Гайхамшигт Хэл Шинжээч Еврей цагаан толгойн эхний, арван гурав дахь, мөн сүүлийн үсгүүдийг нэгтгэн бүтээжээ. Арван гурав нь тэрслүү байдлын бэлгэдэл бөгөөд эхнийх нь сүүлийнхийг төлөөлдөг.</w:t>
      </w:r>
    </w:p>
    <w:p>
      <w:pPr>
        <w:pStyle w:val="ArticleBody"/>
        <w:jc w:val="left"/>
      </w:pPr>
      <w:r>
        <w:rPr>
          <w:rFonts w:ascii="Times New Roman" w:hAnsi="Times New Roman" w:eastAsia="Times New Roman" w:cs="Times New Roman"/>
        </w:rPr>
        <w:t>Гучин нэгдүгээр эшлэл нь Библийн эш үзүүллэгийн дөрөв дэх хаанчлал болох харь Ромын төгсгөлийг дүрслэн өгүүлдэг бөгөөд гучин зургаадугаар эшлэл нь Библийн эш үзүүллэгийн тав дахь хаанчлал болох папын Ромын төгсгөлийг тодорхойлсон байна. Ромын уналтын анхны дүрслэл ба Ромын уналтын сүүлчийн дүрслэлийн хооронд, эхлэл ба төгсгөлийн хоорондох түүхэн хугацаанд папын засаглал Бурханы ард түмний сая сая хүнийг хөнөөсөн явдлаар илэрхийлэгдсэн тэр бослого оршиж байна. Эдгээр эшлэлийн хэрэглээ нь “үнэн”-ий гарын үсгийг агуулдаг.</w:t>
      </w:r>
    </w:p>
    <w:p>
      <w:pPr>
        <w:pStyle w:val="ArticleBody"/>
        <w:jc w:val="left"/>
      </w:pPr>
      <w:r>
        <w:rPr>
          <w:rFonts w:ascii="Times New Roman" w:hAnsi="Times New Roman" w:eastAsia="Times New Roman" w:cs="Times New Roman"/>
        </w:rPr>
        <w:t>Гучаас дөчин зургаадугаар эшлэлүүдээр дүрслэгдсэн дөчөөс дөчин тавдугаар эшлэл нь папын засаглалын уналтаар эхэлж, папын засаглалын уналтаар төгсөнө. 1798 оноос эхэлж, нигүүлслийн хугацаа хаагдах хүртэлх түүхийн дунд хэсэгт Орчин үеийн Ромын тэрслэл оршиж байгаа бөгөөд тэр нь дахин нэгэнтээ Бурханы ардыг хөнөөж байна. Эдгээр эшлэлийн хэрэглээ мөн “үнэн”-ий гарын үсгийг агуулж, тэдгээр нь “үнэн”-ийг тогтоох хоёр гэрчийг бүрдүүлэхийн тулд хоорондоо нийцдэг; мөн энэ хоёр шугам хоёулаа “үзэгдлийг тогтоох” бэлгэдэл болох Ромыг дүрслэн өгүүлж байна.</w:t>
      </w:r>
    </w:p>
    <w:p>
      <w:pPr>
        <w:pStyle w:val="ArticleScripture"/>
        <w:jc w:val="left"/>
      </w:pPr>
      <w:r>
        <w:rPr>
          <w:rFonts w:ascii="Times New Roman" w:hAnsi="Times New Roman" w:eastAsia="Times New Roman" w:cs="Times New Roman"/>
        </w:rPr>
        <w:t>Тэр цаг үед өмнөдийн хааны эсрэг олон хүн босох болно; мөн чиний ард түмний дээрэмчид үзэгдлийг тогтоохын тулд өөрсдийгөө өргөмжлөх болно; гэвч тэд унах болно. Даниел 11:14.</w:t>
      </w:r>
    </w:p>
    <w:p>
      <w:pPr>
        <w:pStyle w:val="ArticleBody"/>
        <w:jc w:val="left"/>
      </w:pPr>
      <w:r>
        <w:rPr>
          <w:rFonts w:ascii="Times New Roman" w:hAnsi="Times New Roman" w:eastAsia="Times New Roman" w:cs="Times New Roman"/>
        </w:rPr>
        <w:t>Даниелын арван нэгдүгээр бүлэгт хэрэглэсэн эш үзүүллэгийн үзэгдэл нь зөвхөн гучаас гучин зургаадугаар эшлэлүүдэд, мөн дөчөөс дөчин тавдугаар эшлэлүүдэд хэрэглэгдсэн зүйл биш юм. Арван дөрөвдүгээр эшлэлээс арван есдүгээр эшлэл хүртэл харь үндэстэн Ром дэлхийг хэрхэн эрхшээлдээ оруулсныг тодорхойлж, дараа нь хориодугаар эшлэлээс хорин дөрөвдүгээр эшлэл хүртэл харь үндэстэн Ром Бурханы ард түмэнтэй хэрхэн харьцсаныг тодорхойлдог бөгөөд хорин дөрөвдүгээр эшлэлээс гучдугаар эшлэл хүртэл харь үндэстэн Ромын мөхөл өгүүлэгддэг.</w:t>
      </w:r>
    </w:p>
    <w:p>
      <w:pPr>
        <w:pStyle w:val="ArticleBody"/>
        <w:jc w:val="left"/>
      </w:pPr>
      <w:r>
        <w:rPr>
          <w:rFonts w:ascii="Times New Roman" w:hAnsi="Times New Roman" w:eastAsia="Times New Roman" w:cs="Times New Roman"/>
        </w:rPr>
        <w:t>Арван дөрөвдүгээр эшлэл нь харь үндэстний Ромын эхлэл бөгөөд гучдугаар эшлэл нь харь үндэстний Ромын төгсгөл юм. Дунд хэсэгт дүрслэгдсэн түүхэнд харь үндэстний Ром Христийг цовдолсноор танигдаж байгаа тул, дунд хэсгийн тэрслэл нь эдгээр эшлэлийг “үнэн” хэмээн тодорхойлж байна. Альфа ба Омега Даниелын номын арван нэгдүгээр бүлгийн турш Өөрийн гарын үсгийг үлдээсэн билээ.</w:t>
      </w:r>
    </w:p>
    <w:p>
      <w:pPr>
        <w:pStyle w:val="ArticleBody"/>
        <w:jc w:val="left"/>
      </w:pPr>
      <w:r>
        <w:rPr>
          <w:rFonts w:ascii="Times New Roman" w:hAnsi="Times New Roman" w:eastAsia="Times New Roman" w:cs="Times New Roman"/>
        </w:rPr>
        <w:t>Дөчдүгээр эшлэл нь Рональд Рейганы он жилүүдээс эхэлдэг түүхийг агуулдаг бөгөөд энэ нь Америкийн Нэгдсэн Улсын Ерөнхийлөгч ба нүглийн хүний хооронд байгуулагдсан холбоог тодорхойлдог. Энэ нь 538 онд байсанчлан папын эрх мэдэл дэлхийн хаан ширээнд залагдаж төгсөх тодорхой нэг үеийг тэмдэглэдэг. Өнөөгийн Франц болох франкуудын хаан Кловис нь Америкийн Нэгдсэн Улсын бэлгэдэл байдаг нь тохиолдлын хэрэг биш юм. Кловис Рейганы хэв шинж байсан. Рейган нь Протестантизмын бэлгэдэл байсан бөгөөд үүнчлэн Кловис нь харь шашны бэлгэдэл байв.</w:t>
      </w:r>
    </w:p>
    <w:p>
      <w:pPr>
        <w:pStyle w:val="ArticleBody"/>
        <w:jc w:val="left"/>
      </w:pPr>
      <w:r>
        <w:rPr>
          <w:rFonts w:ascii="Times New Roman" w:hAnsi="Times New Roman" w:eastAsia="Times New Roman" w:cs="Times New Roman"/>
        </w:rPr>
        <w:t>Франкуудын хаан Кловис Католик шашинд орсон тулалдаан нь Толбиакийн тулалдаан (мөн Зюльпихийн тулалдаан, эсвэл Кёльнийн тулалдаан гэж нэрлэгддэг) байв. Энэ тулалдаан МЭ 496 онд болсон. Тухайн үед Кловис шүтээн мөргөгч байсан боловч тулалдааны явцад, түүний цэрэг ялагдах аюулд орсон мэт санагдах үед, тэрээр өөрийн католик эхнэрийн шүтдэг Христийн Бурханд тусламж гуйн залбирч, хэрэв ялалт байгуулан гарч ирвэл Христийн шашинд орно хэмээн тангараглав. Кловис үнэхээр тэр тулалдаанд ялсан бөгөөд үүний үр дүнд тэр өөрөө болон түүний Франк дайчдын мэдэгдэхүйц хэсэг нь Католик шашинд орсон нь Франкууд Христийн шашинд орсон түүхэн үйл явц дахь чухал үйл явдлыг тэмдэглэсэн юм.</w:t>
      </w:r>
    </w:p>
    <w:p>
      <w:pPr>
        <w:pStyle w:val="ArticleBody"/>
        <w:jc w:val="left"/>
      </w:pPr>
      <w:r>
        <w:rPr>
          <w:rFonts w:ascii="Times New Roman" w:hAnsi="Times New Roman" w:eastAsia="Times New Roman" w:cs="Times New Roman"/>
        </w:rPr>
        <w:t>Өөрийгөө протестант хэмээн тунхагласан Роналд Рейган Ромын паптай нууц холбоо байгуулах болсон өөрийн сэдлийг Библийн эш үзүүллэг дэх антихрист нь Зөвлөлт Холбоот Улс мөн гэсэн бат итгэл үнэмшилдээ тулгуурласан хэмээн тодорхойлсон. Антихрист хэн болох тухай өөрийн төөрөгдлийг ухамсарлалгүйгээр, хуучин Зөвлөлт Холбоот Улсын эсрэг хийсэн Рейганы тэмцэлд тэрээр антихристтэй нэгдэн орсон юм.</w:t>
      </w:r>
    </w:p>
    <w:p>
      <w:pPr>
        <w:pStyle w:val="ArticleScripture"/>
        <w:jc w:val="left"/>
      </w:pPr>
      <w:r>
        <w:rPr>
          <w:rFonts w:ascii="Times New Roman" w:hAnsi="Times New Roman" w:eastAsia="Times New Roman" w:cs="Times New Roman"/>
        </w:rPr>
        <w:t>“Үгийн ойлголтдоо будилдаг, антихристийн утга учрыг олж харж чаддаггүй хүмүүс гарцаагүй өөрсдийгөө антихристийн талд тавих болно.” Kress Collection, 105.</w:t>
      </w:r>
    </w:p>
    <w:p>
      <w:pPr>
        <w:pStyle w:val="ArticleBody"/>
        <w:jc w:val="left"/>
      </w:pPr>
      <w:r>
        <w:rPr>
          <w:rFonts w:ascii="Times New Roman" w:hAnsi="Times New Roman" w:eastAsia="Times New Roman" w:cs="Times New Roman"/>
        </w:rPr>
        <w:t>АНУ нь газрын араатны хоёр эвэрээр дүрслэгдсэнчлэн эш үзүүллэгийн хоёрдмол бэлгэдэл мөн. Франц ч мөн Илчлэлт арван нэгдүгээр бүлэгт Содом ба Египетээр дүрслэгдсэнчлэн эш үзүүллэгийн хоёрдмол бэлгэдэл юм. Франц бол папын эрхт ёсны ууган хүүхэд бөгөөд АНУ-ыг төлөөлж байсан Рейган нь 1798 оноос хойш мартагдсан байсан Тирийн янхантай эцсийн өдрүүдэд садарлан завхайрсан Илчлэлт арван долоодугаар бүлгийн арван хаадын анхных нь байв. Тэрээр 1798 онд төгсгөлийн үед мартагдсан боловч 1989 онд төгсгөлийн үед дахин санагдаж эхэлдэг.</w:t>
      </w:r>
    </w:p>
    <w:p>
      <w:pPr>
        <w:pStyle w:val="ArticleBody"/>
        <w:jc w:val="left"/>
      </w:pPr>
      <w:r>
        <w:rPr>
          <w:rFonts w:ascii="Times New Roman" w:hAnsi="Times New Roman" w:eastAsia="Times New Roman" w:cs="Times New Roman"/>
        </w:rPr>
        <w:t>Францын удирдагч Хловис 538 онд папын засаглал хаан ширээнд залрагдахад хүргэсэн цаг хугацааны нэгэн үеийн эхлэлийг тавьсан бөгөөд тэр үед папын засаглал Орлеаны зөвлөл дээр Ням гаргийн хуулийг баталсан юм. АНУ-ын удирдагч Рейган удахгүй гарах Ням гаргийн хуулиар дамжин папын засаглал дахин дэлхийн хаан ширээнд залрагдахад хүргэж буй цаг хугацааны нэгэн үеийн эхлэлийг тэмдэглэсэн юм.</w:t>
      </w:r>
    </w:p>
    <w:p>
      <w:pPr>
        <w:pStyle w:val="ArticleBody"/>
        <w:jc w:val="left"/>
      </w:pPr>
      <w:r>
        <w:rPr>
          <w:rFonts w:ascii="Times New Roman" w:hAnsi="Times New Roman" w:eastAsia="Times New Roman" w:cs="Times New Roman"/>
        </w:rPr>
        <w:t>Франц улс бол 538 онд папын эрх мэдлийг тогтоосон хоёр талт хүч мөн; мөн Франц улс Наполеоны жанжин Бертьегээр дамжуулан 1798 онд папын эрх мэдлийг сэнтийгээс нь буулгасан юм. Сүүлчийн өдрүүдэд Америкийн Нэгдсэн Улс папын эрх мэдлийг сэнтийд нь залж, арван хаадын тэргүүлэх хааны хувьд эцэст нь “түүнийг эзгүйрүүлж, нүцгэлэн орхиж, махыг нь идэж, галаар шатаана.”</w:t>
      </w:r>
    </w:p>
    <w:p>
      <w:pPr>
        <w:pStyle w:val="ArticleBody"/>
        <w:jc w:val="left"/>
      </w:pPr>
      <w:r>
        <w:rPr>
          <w:rFonts w:ascii="Times New Roman" w:hAnsi="Times New Roman" w:eastAsia="Times New Roman" w:cs="Times New Roman"/>
        </w:rPr>
        <w:t>Дөчдүгээр эшлэл нь гучин нэгдүгээр эшлэлийн түүхийг агуулж, папын засгийг газрын дэлхийн сэнтий дээр дахин залруулах үйл ажиллагаа Рональд Рейганаар эхэлж, Америкийн Нэгдсэн Улсын эцсийн ерөнхийлөгчөөр төгсөх цаг хугацааны үеэр дүрслэгдсэнийг тодорхойлдог. Тэрхүү эцсийн ерөнхийлөгч нь Рейганаар үлгэрлэгдсэн байх болно. Учир нь Есүс төгсгөлийг үргэлж эхлэлээр нь дүрслэн харуулдаг.</w:t>
      </w:r>
    </w:p>
    <w:p>
      <w:pPr>
        <w:pStyle w:val="ArticleBody"/>
        <w:jc w:val="left"/>
      </w:pPr>
      <w:r>
        <w:rPr>
          <w:rFonts w:ascii="Times New Roman" w:hAnsi="Times New Roman" w:eastAsia="Times New Roman" w:cs="Times New Roman"/>
        </w:rPr>
        <w:t>Даниелын арван нэгдүгээр бүлгийн эхний эшлэлүүдэд тэрхүү эш үзүүллэгийн түүхийг (2-р эшлэл) өгүүлсэн байдаг бөгөөд тэнд бид Грекийн хаант улсын түүхээс өмнөх түүхийг олж хардаг. Грек нь Нэгдсэн Үндэстний Байгууллага, мөн Илчлэлт арван долоодугаар бүлэгт өгүүлсэн арван хааны нэг дэлхийн засгийн газрын бэлгэдэл юм. Даниелын арван нэгдүгээр бүлгийн 3-р эшлэлд Агуу Александр танилцуулагддаг бөгөөд 2-р эшлэл нь эцсийн өдрүүд дэх нэг дэлхийн засгийн газраас өмнөх түүхийг илэрхийлдэг.</w:t>
      </w:r>
    </w:p>
    <w:p>
      <w:pPr>
        <w:pStyle w:val="ArticleBody"/>
        <w:jc w:val="left"/>
      </w:pPr>
      <w:r>
        <w:rPr>
          <w:rFonts w:ascii="Times New Roman" w:hAnsi="Times New Roman" w:eastAsia="Times New Roman" w:cs="Times New Roman"/>
        </w:rPr>
        <w:t>Нэгдүгээр эшлэлд, Габриел зүгээр л Мид ба Персийн хаант улсын эхэн үед Дариусыг өөрөө бэхжүүлсэн гэдгээ тодорхойлдог; гэвч Габриел арван бүлэгт Даниелд ирэх үед тухайн үед Мид Дариус бус, харин Перс Кир ноёрхож байсан. Хаант улсыг эш үзүүллэгийн утгаар Мид ба Персийн хоёрчлогдсон нэгдмэл хаант улс (Франц ба Америкийн Нэгдсэн Улс лугаа адил) хэмээн тодорхой уялдуулсны дараа, Габриел Агуу Александрийн дэлхий дахины хаант улсаас өмнөх түүхийг танилцуулдаг.</w:t>
      </w:r>
    </w:p>
    <w:p>
      <w:pPr>
        <w:pStyle w:val="ArticleScripture"/>
        <w:jc w:val="left"/>
      </w:pPr>
      <w:r>
        <w:rPr>
          <w:rFonts w:ascii="Times New Roman" w:hAnsi="Times New Roman" w:eastAsia="Times New Roman" w:cs="Times New Roman"/>
        </w:rPr>
        <w:t>Одоо би чамд үнэнийг үзүүлье. Харагтун, Персэд дахин гурван хаан босно; харин дөрөв дэх нь тэд бүгдээс үлэмж баян байх болно. Тэрээр баялгаасаа үүдсэн хүчээрээ Грекийн хаант улсын эсрэг бүгдийг хөдөлгөх болно. Даниел 11:2.</w:t>
      </w:r>
    </w:p>
    <w:p>
      <w:pPr>
        <w:pStyle w:val="ArticleBody"/>
        <w:jc w:val="left"/>
      </w:pPr>
      <w:r>
        <w:rPr>
          <w:rFonts w:ascii="Times New Roman" w:hAnsi="Times New Roman" w:eastAsia="Times New Roman" w:cs="Times New Roman"/>
        </w:rPr>
        <w:t>Альфа ба Омега нь ямарваа нэгэн зүйлийн төгсгөлийг, тухайн зүйлийн эхлэлтэй нь хамтатган үргэлж дүрслэн харуулдаг бөгөөд хоёрдугаар ишлэл нь Агуу Александрын Грекийн хаант улсаар төлөөлөгдсөн нэг дэлхийн засгийн газрын хэрэгжилтээс өмнөх түүхийн тухай өгүүлдэг. Хоёрдугаар ишлэл нь АНУ-ын тухай зөгнөлийн нэг мөр мөн бөгөөд энэ улс нь эцсийн өдрүүдийн хоёр эвэрт хүчний хувьд Меде, Персийн хосолмол хүчээр, мөн Францаар бэлгэдэгдсэн билээ. Уг ишлэл нь луу, араатан, хуурамч эш үзүүлэгчийн гурвалсан нэг дэлхийн засгийн газраас өмнө босож ирэх, эцсийн өдрүүдэд АНУ-ын ерөнхийлөгчдийг хэв шинжлэн илэрхийлэх хаадыг тодорхойлдог. Кловис нь Христийг эсэргүүцэгчийг дахин хаан ширээнд залах түүхийн эхэн үе дэх анхны ерөнхийлөгч болох Рейгантай зэрэгцэн нийцэж байв.</w:t>
      </w:r>
    </w:p>
    <w:p>
      <w:pPr>
        <w:pStyle w:val="ArticleBody"/>
        <w:jc w:val="left"/>
      </w:pPr>
      <w:r>
        <w:rPr>
          <w:rFonts w:ascii="Times New Roman" w:hAnsi="Times New Roman" w:eastAsia="Times New Roman" w:cs="Times New Roman"/>
        </w:rPr>
        <w:t>Даниелын арван нэгдүгээр бүлэгт өгүүлснээр, Кирусын үеэс эхлэн гурван хаан гарч, тэдний дараа эдгээр бүгдээс үлэмж баян дөрөв дэх нь гарч ирэх ёстой байв. Дари бол Мид-Персийн эзэнт гүрний анхны хаан байсан бөгөөд Даниел Габриелаас энэ түүхийг хүлээн авч байх үед ноёрхож байсан Кирус нь хоёр дахь хаан байв. Кирусын дараа дөрвөн хаан гарч ирэх учир, түүний дараах хаадын дөрөв дэх нь зургаа дахь хаан болох байлаа.</w:t>
      </w:r>
    </w:p>
    <w:p>
      <w:pPr>
        <w:pStyle w:val="ArticleBody"/>
        <w:jc w:val="left"/>
      </w:pPr>
      <w:r>
        <w:rPr>
          <w:rFonts w:ascii="Times New Roman" w:hAnsi="Times New Roman" w:eastAsia="Times New Roman" w:cs="Times New Roman"/>
        </w:rPr>
        <w:t>Зургаа дахь хаан нь хамгийн баян хаан байх бөгөөд тэрхүү баян ерөнхийлөгч (хаан) нь бүхнийг Грекийн хаант улсын эсрэг өдөөх болно. Рейганаас хойших ерөнхийлөгчид нь эхний Буш, Клинтон, хоёр дахь Буш, Обама байсан; тиймээс зургаа дахь, мөн хамгийн баян, хаан нь Трамп байх болно. Тэр хаан (ерөнхийлөгч) нь Грекийн хаант улсыг (даяарчлагчдыг) “өдөөх” болно. “Өдөөх” гэсэн еврей хэллэгийн тодорхойлолт нь нэн өгүүлэмжтэй юм.</w:t>
      </w:r>
    </w:p>
    <w:p>
      <w:pPr>
        <w:pStyle w:val="ArticleBody"/>
        <w:jc w:val="left"/>
      </w:pPr>
      <w:r>
        <w:rPr>
          <w:rFonts w:ascii="Times New Roman" w:hAnsi="Times New Roman" w:eastAsia="Times New Roman" w:cs="Times New Roman"/>
        </w:rPr>
        <w:t>Тухайн эшлэл дэх “өдөөх” гэж орчуулсан еврей үг нь “сэрээх”, эсвэл “сэрэх” гэсэн утгатай язгуур үг юм. Кираас хойших дөрөв дэх захирагчаар төлөөлүүлсэн түүхэнд бусад бүх ерөнхийлөгчөөс хавьгүй баян нэгэн ерөнхийлөгч босгон гарч ирэх бөгөөд түүний хүч чадал, эрх мэдлээр дамжин Грекийн эсрэг нэгэн “сэргэлт” бий болох байв. Даяаршил, дэвшилтэт үзэл болон “воук”-измын бэлгэдэл болсон Грек нь зургаа дахь, хамгийн баян ерөнхийлөгчийн түүхийн төвд гарч ирэх байлаа. Тэрээр дэвшилтэт “воук”-изм болон дэлхий дахины ноёрхлын маргаанд бүх дэлхийн хүрээг бүхэлд нь сэрээх юм.</w:t>
      </w:r>
    </w:p>
    <w:p>
      <w:pPr>
        <w:pStyle w:val="ArticleBody"/>
        <w:jc w:val="left"/>
      </w:pPr>
      <w:r>
        <w:rPr>
          <w:rFonts w:ascii="Times New Roman" w:hAnsi="Times New Roman" w:eastAsia="Times New Roman" w:cs="Times New Roman"/>
        </w:rPr>
        <w:t>Хамгийн баян ерөнхийлөгчийн ерөнхийлөгчлөлийн үед бий болдог дэвшилтэт “woke-изм”-ын хөдөлгөөний талаарх сэрэмжлэл нь Бүгд Найрамдах эвэртэй хамт, яг тэр цагт Протестант эвэрт арван онгон бүсгүйн сэрэмжлэл тохиох үед өрнөдөг.</w:t>
      </w:r>
    </w:p>
    <w:p>
      <w:pPr>
        <w:pStyle w:val="ArticleBody"/>
        <w:jc w:val="left"/>
      </w:pPr>
      <w:r>
        <w:rPr>
          <w:rFonts w:ascii="Times New Roman" w:hAnsi="Times New Roman" w:eastAsia="Times New Roman" w:cs="Times New Roman"/>
        </w:rPr>
        <w:t>Бид дараагийн өгүүлэлд Даниел арван нэгдүгээр бүлгийн дөчин дэх эшлэлийг үргэлжлүүлэн судлах болно.</w:t>
      </w:r>
    </w:p>
    <w:p>
      <w:pPr>
        <w:pStyle w:val="ArticleScripture"/>
        <w:jc w:val="left"/>
      </w:pPr>
      <w:r>
        <w:rPr>
          <w:rFonts w:ascii="Times New Roman" w:hAnsi="Times New Roman" w:eastAsia="Times New Roman" w:cs="Times New Roman"/>
        </w:rPr>
        <w:t>“Итгэл ба сүсэг бишрэлийн доройтол өргөн дэлгэрсэн хэдий ч эдгээр сүмүүдэд Христийн жинхэнэ дагалдагчид бий. Бурханы шүүлтийн эцсийн айлчлал газар дэлхий дээр буухаас өмнө Эзэний ард түмний дунд элч нарын үеэс хойш үзэгдээгүй тийм анхны үеийн бурханлаг амьдралын сэргэлт бий болно. Бурханы Сүнс ба хүч Өөрийн хүүхдүүдийн дээр асгагдана. Тэр үед энэ ертөнцийг хайрлах хайр нь Бурхан болон Түүний үгийг хайрлах хайрыг орлон эзэлсэн тэрхүү сүмүүдээс олон хүн өөрсдийгөө тусгаарлах болно. Үйлчлэгчид ч, ард түмэн ч олноороо Эзэний хоёр дахь ирэлтийн төлөө нэгэн ард түмнийг бэлтгэхийн тулд энэ үед тунхаглагдахаар Бурханы учруулсан агуу үнэнүүдийг баяртайгаар хүлээн авах болно. Сүнснүүдийн дайсан энэ ажлыг саатуулахыг хүсдэг; ийм хөдөлгөөний цаг ирэхээс өмнө тэр хуурамчийг нэвтрүүлэх замаар үүнийг зогсоохыг чармайх болно. Өөрийн мэхлэгч хүчний дор оруулж чадсан тэдгээр сүмүүдэд тэр Бурханы онцгой ерөөл асгагдаж байгаа мэт харагдуулна; тэнд асар их шашны сонирхол илэрч буй мэт үзэгдэнэ. Үй олон хүн Бурхан тэдний төлөө гайхамшигтайгаар ажиллаж байна хэмээн баясах болно, гэтэл тэр ажил нь өөр нэгэн сүнсний ажил байх болно. Шашны дүр төрхийн дор Сатан өөрийн нөлөөг Христийн ертөнц даяар тэлэхийг оролдоно.” Агуу Тэмцэл, 464.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Нэг зуун хорин дөрөв</dc:title>
  <dc:subject>Даниел 11:40-ийг нээн тайлах нь — Түүхэн ижил төстэй байдлууд болон ирээдүйн үйл явдлуудын эш үзүүллэгийн шинжилгээ</dc:subject>
  <dc:creator>Jeff Pippenger</dc:creator>
  <cp:keywords/>
  <dc:description>Generated by ArticleDigger from daniel\124_daniel.json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