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хорин тавдугаар хэсэг</w:t>
      </w:r>
    </w:p>
    <w:p>
      <w:pPr>
        <w:pStyle w:val="ArticleSubtitle"/>
        <w:jc w:val="left"/>
      </w:pPr>
      <w:r>
        <w:rPr>
          <w:rFonts w:ascii="Arial" w:hAnsi="Arial" w:eastAsia="Arial" w:cs="Arial"/>
        </w:rPr>
        <w:t>Зөгнөлийн утга ач холбогдлыг тайлах нь: Даниел 11:40-ийг тайлан ойлгож, түүний орчин үеийн Христийн шашинд хамаарах үр дагаврыг авч үзэх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Даниелын арван нэгдүгээр бүлгийн дөчдүгээр эшлэл төгсгөлийн цагт эхэлдэг, гэвч уг эшлэл төгсгөлийн хоёр цагийг заан харуулдаг бөгөөд иймээс эш үзүүллэгийг судлагчид төгсгөлийн эхний цагийг төгсгөлийн хоёр дахь цагтай нийцүүлэн байрлуулах боломжийг олгодог. Энэ хэрэглээг хийхэд 1798 онд эхэлсэн Миллерчүүдийн түүхийн шугам 1989 оны Америкийн Нэгдсэн Улсын түүхтэй зэрэгцэн явдаг. Эдгээр хоёр шугам Илчлэлт номын арван гуравдугаар бүлгийн газрын араатны жинхэнэ Протестант эврийн шугам болон Бүгд Найрамдах эврийн шугамыг тодорхойлон харуулдаг. Хоёр шугам хоёулаа 1798 оны төгсгөлийн цагт эхэлдэг бөгөөд 1989 оны төгсгөлийн цаг нь уг эшлэлд лац нь тайлагдсан үнэний тэмдгүүдийн хоёр дахь гэрч болж, тэдгээрийг нөхөн гүйцээдэг юм.</w:t>
      </w:r>
    </w:p>
    <w:p>
      <w:pPr>
        <w:pStyle w:val="ArticleBody"/>
        <w:jc w:val="left"/>
      </w:pPr>
      <w:r>
        <w:rPr>
          <w:rFonts w:ascii="Times New Roman" w:hAnsi="Times New Roman" w:eastAsia="Times New Roman" w:cs="Times New Roman"/>
        </w:rPr>
        <w:t>Гурав дахь тэнгэрэлчийн хөдөлгөөн 1844 оны 10-р сарын 22-нд ирсэн боловч 1856-аас 1863 он хүртэлх долоон жилийн бослогоор хойшлогджээ. Гурав дахь тэнгэрэлчийн ирэлт 2001 оны 9-р сарын 11-нд давтагдсан. 1863 он нь эртний Израилийн Кадеш дахь анхны буудаллаж, арван тагнуулчийн бослогоор бэлгэдэгдсэн бөгөөд 2001 оны 9-р сарын 11 нь эртний Израилийн Кадеш дахь сүүлчийн буудаллаж, Мосегийн бослогоор бэлгэдэгджээ. 1863 оны бослого нь Кадеш дахь анхны бослогыг төлөөлж байсан бөгөөд тэр нь цөл дэх үхлийн шүүлтийг авчирсан. 2001 оны 9-р сарын 11-ний бослого нь Кадеш дахь сүүлчийн бослогыг төлөөлсөн бөгөөд тэр нь Лаодикеан Адвентизмын удирдлагын үхлийг авчирсан.</w:t>
      </w:r>
    </w:p>
    <w:p>
      <w:pPr>
        <w:pStyle w:val="ArticleBody"/>
        <w:jc w:val="left"/>
      </w:pPr>
      <w:r>
        <w:rPr>
          <w:rFonts w:ascii="Times New Roman" w:hAnsi="Times New Roman" w:eastAsia="Times New Roman" w:cs="Times New Roman"/>
        </w:rPr>
        <w:t>1840 оны 8 дугаар сарын 11-нд тэнгэрэлч бууж ирсэн нь 1840-1844 оны хөдөлгөөнийг эхлүүлсэн бөгөөд Эгч Уайт үүнийг Бурханы хүчний алдартай илрэл хэмээн нэрлэсэн; энэ нь 2001 оны 9 дүгээр сарын 11-нийг бэлгэдэн зааж, Бурханы хүчний алдартай илрэлийг тодорхойлсон юм.</w:t>
      </w:r>
    </w:p>
    <w:p>
      <w:pPr>
        <w:pStyle w:val="ArticleScripture"/>
        <w:jc w:val="left"/>
      </w:pPr>
      <w:r>
        <w:rPr>
          <w:rFonts w:ascii="Times New Roman" w:hAnsi="Times New Roman" w:eastAsia="Times New Roman" w:cs="Times New Roman"/>
        </w:rPr>
        <w:t>“Гурав дахь тэнгэрэлчийн мэдээг тунхаглах үйлстэй нэгддэг тэр тэнгэрэлч өөрийн алдраар бүх дэлхийг гэрэлтүүлэх ёстой. Энд дэлхий дахины цар хүрээтэй, урьд хожид үзэгдээгүй хүч чадалтай ажлыг зөгнөн өгүүлжээ. 1840–44 оны адвентийн хөдөлгөөн нь Бурханы хүчний алдарт илрэл байсан; эхний тэнгэрэлчийн мэдээ дэлхийн бүх миссионерын сууринд хүргэгдсэн бөгөөд зарим улс оронд XVI зууны Шинэчлэлийн үеэс хойш аль ч нутагт үзэгдэж байгаагүй хэмжээнд шашны асар их сэргэлт гарсан; гэвч эдгээр нь гурав дахь тэнгэрэлчийн эцсийн анхааруулгын дор өрнөх хүчирхэг хөдөлгөөнөөр даван гарагдах болно.” Агуу тэмцэл, 611.</w:t>
      </w:r>
    </w:p>
    <w:p>
      <w:pPr>
        <w:pStyle w:val="ArticleBody"/>
        <w:jc w:val="left"/>
      </w:pPr>
      <w:r>
        <w:rPr>
          <w:rFonts w:ascii="Times New Roman" w:hAnsi="Times New Roman" w:eastAsia="Times New Roman" w:cs="Times New Roman"/>
        </w:rPr>
        <w:t>Гурав дахь тэнгэрэлчийн 1844 оны 10 дугаар сарын 22-ны өдрийн анхны ирэлт (эхний Кадеш) нь ажлыг дуусгахын тулд байсан боловч Бурханы ард түмэн шинэ удирдагчийг сонгон, Египет уруу буцахыг сонгосон. 1863 он гэхэд тэд Иерихогийн хэрмийг нураах Бурханы ажилд оролцохын оронд “Иерихог дахин босгосон” байв. Иймээс тэд цөл дэх үхлээр хараагдсан юм.</w:t>
      </w:r>
    </w:p>
    <w:p>
      <w:pPr>
        <w:pStyle w:val="ArticleScripture"/>
        <w:jc w:val="left"/>
      </w:pPr>
      <w:r>
        <w:rPr>
          <w:rFonts w:ascii="Times New Roman" w:hAnsi="Times New Roman" w:eastAsia="Times New Roman" w:cs="Times New Roman"/>
        </w:rPr>
        <w:t>Тэгээд Иошуа тэр үед тэдэнд тангараглуулан өгүүлсэн нь: “Энэ Иерихо хотыг босгон байгуулахаар өндийн гарч ирэх хүн ЭЗЭНий өмнө хараагдаг. Тэрээр түүний суурийг ууган хүүгээрээ тавих бөгөөд түүний хаалгыг хамгийн отгон хүүгээрээ босгох болно.” Иошуа 6:26.</w:t>
      </w:r>
    </w:p>
    <w:p>
      <w:pPr>
        <w:pStyle w:val="ArticleBody"/>
        <w:jc w:val="left"/>
      </w:pPr>
      <w:r>
        <w:rPr>
          <w:rFonts w:ascii="Times New Roman" w:hAnsi="Times New Roman" w:eastAsia="Times New Roman" w:cs="Times New Roman"/>
        </w:rPr>
        <w:t>Эртний Израиль анхны Кадеш дээр Иошуа, Калеб нарын мэдээг няцаасны адил, орчин үеийн Израилийн анхны Кадеш дахь (1863) тэрслэл нь тэдний дээр Иошуагийн хараалыг авчирсан юм. Гурав дахь тэнгэрэлч 2001 оны 9 дүгээр сарын 11-нд (сүүлчийн Кадеш) эргэн ирэхэд, Бурхан Иерихо болон түүний хэрмүүдийг нураахаас өмнөх эцсийн ажил эхэлсэн юм.</w:t>
      </w:r>
    </w:p>
    <w:p>
      <w:pPr>
        <w:pStyle w:val="ArticleBody"/>
        <w:jc w:val="left"/>
      </w:pPr>
      <w:r>
        <w:rPr>
          <w:rFonts w:ascii="Times New Roman" w:hAnsi="Times New Roman" w:eastAsia="Times New Roman" w:cs="Times New Roman"/>
        </w:rPr>
        <w:t>1844 оны 10 дугаар сарын 22 нь гурав дахь тэнгэрэлчийн ирэлтийг тэмдэглэдэг бөгөөд үүгээрээ мөн эцсийн өдрүүдэд тун удахгүй ирэх Ням гаргийг тэмдэглэдэг. 1863 он нь 1844 оны 10 дугаар сарын 22-нд эхэлсэн гурав дахь тэнгэрэлчийн сорилтын үеийн төгсгөлийг тэмдэглэдэг. Иймээс 1863 он нь тун удахгүй гарах Ням гаргийн хуулийн бэлгэ тэмдэг мөн, учир нь Есүс төгсгөлийг үргэлж эхлэлээр төлөөлүүлдэг. 1863 онд үндэстэн хоёр ангид хуваагдсан бөгөөд Ням гаргийн хуулийн үед ч мөн адил хоёр анги илэрхий болох болно.</w:t>
      </w:r>
    </w:p>
    <w:p>
      <w:pPr>
        <w:pStyle w:val="ArticleBody"/>
        <w:jc w:val="left"/>
      </w:pPr>
      <w:r>
        <w:rPr>
          <w:rFonts w:ascii="Times New Roman" w:hAnsi="Times New Roman" w:eastAsia="Times New Roman" w:cs="Times New Roman"/>
        </w:rPr>
        <w:t>Миллеритийн түүхэн дэх гурав дахь тэнгэрэлчийн сорилтын үе 1844 онд эхэлж, 1863 онд дууссан бөгөөд эхлэл ба төгсгөл хоёул эцсийн өдрүүдийн Ням гаргийн хуулийг тэмдэглэж байв. Эхлэл (1844) ба төгсгөл (1863)-ийн хоорондох түүхэнд Миллерит хөдөлгөөний тэрсэлдэлт (1856) оршдог. Иймээс энэ үе нь “Үнэн”-ий тамгыг агуулдаг. 2001 оны 9 дүгээр сарын 11-нд Кадеш уруу хоёр дахь удаагаа буцсан явдал нь гурав дахь тэнгэрэлчийн сорилтын үйл явцын эхлэлийг тэмдэглэдэг бөгөөд энэ нь 1863 оноор бэлгэдэгдсэнээр удахгүй ирэх Ням гаргийн хуулиар төгсөнө.</w:t>
      </w:r>
    </w:p>
    <w:p>
      <w:pPr>
        <w:pStyle w:val="ArticleBody"/>
        <w:jc w:val="left"/>
      </w:pPr>
      <w:r>
        <w:rPr>
          <w:rFonts w:ascii="Times New Roman" w:hAnsi="Times New Roman" w:eastAsia="Times New Roman" w:cs="Times New Roman"/>
        </w:rPr>
        <w:t>Тэр Ням гаргийн хуулиас эхлэн хүний сорилтын хугацаа хаагдах хүртэл, тэрхүү түүхэнд дүрслэгдсэн Вавилоны янхны дээр буух гүйцэтгэх шүүлттэй нийцүүлэн Иерихо болон түүний хэрэм нуран унах болно. Дөчдүгээр эшлэл 1798 онд эхэлж, дөчин нэгдүгээр эшлэл дэх тун удахгүй ирэх Ням гаргийн хуулиар төгсөнө. 1798 он дахь төгсгөлийн цаг үе нь Бурханы сүмийн дотоод шугамыг төлөөлдөг бөгөөд энэ нь эхний тэнгэрэлчийн хөдөлгөөний Миллерчүүдээс эхлэн гурав дахь тэнгэрэлчийн хөдөлгөөн болон нэг зуун дөчин дөрвөн мянгад хүрдэг. Бүгд нэг эшлэлд.</w:t>
      </w:r>
    </w:p>
    <w:p>
      <w:pPr>
        <w:pStyle w:val="ArticleBody"/>
        <w:jc w:val="left"/>
      </w:pPr>
      <w:r>
        <w:rPr>
          <w:rFonts w:ascii="Times New Roman" w:hAnsi="Times New Roman" w:eastAsia="Times New Roman" w:cs="Times New Roman"/>
        </w:rPr>
        <w:t>1798 онд өмнөдийн хааны ноёрхол мандахтай хамт эхэлсэн хойд зүгийн хаан ба өмнөд зүгийн хааны хоорондох дайн нь 1989 онд, өмнөд зүгийн хаан Библийн эш үзүүллийн тав дахь ба зургаа дахь хаант улсын холбоонд ялагдсанаар төгсгөлдөө хүрсэн юм. 1798 онд эхэлсэн хойд зүгийн хаан ба өмнөд зүгийн хааны дайн нь Миллерчүүдэд Ромын эсрэг дайн хэмээн танигдсан бөгөөд тэд үүнийг ердөө л харь шашин ба папизм хэмээх сүйрүүлэгч хоёр хүч гэж үздэг байв. 1989 онд дайн төгсөхөд сүйрүүлэгч гурван хүч бүгд оролцсон байсан бөгөөд энэ нь газар зүйн хувьд Даниел арван нэгдүгээр бүлгийн дөчин тавдугаар зүйлд дүрслэгдсэн Армагеддон уруу дэлхийг хөтлөх тэрхүү гурван хүчний эш үзүүллэгийн дүрслэлийн эхлэлийг тэмдэглэсэн юм.</w:t>
      </w:r>
    </w:p>
    <w:p>
      <w:pPr>
        <w:pStyle w:val="ArticleBody"/>
        <w:jc w:val="left"/>
      </w:pPr>
      <w:r>
        <w:rPr>
          <w:rFonts w:ascii="Times New Roman" w:hAnsi="Times New Roman" w:eastAsia="Times New Roman" w:cs="Times New Roman"/>
        </w:rPr>
        <w:t>Дөчөөс дөчин тавдугаар эшлэлүүд нь тэнгисүүдийн хооронд болон сүр жавхлант ариун уулын дэргэд папыг төгсгөлд нь хүргэх гурван хүчний эш үзүүллэгийн өрнөлийг тодорхойлдог. Зөвөөр ойлговол, дөчин нэгдүгээр эшлэлд дүрслэгдсэн эш үзүүллэгийн түүх нь дөчин нэгээс дөчин дөрөвдүгээр эшлэлүүдийг хамарна.</w:t>
      </w:r>
    </w:p>
    <w:p>
      <w:pPr>
        <w:pStyle w:val="ArticleBody"/>
        <w:jc w:val="left"/>
      </w:pPr>
      <w:r>
        <w:rPr>
          <w:rFonts w:ascii="Times New Roman" w:hAnsi="Times New Roman" w:eastAsia="Times New Roman" w:cs="Times New Roman"/>
        </w:rPr>
        <w:t>Иймээс, төгсгөлийн цагийн 1989 оноос, 1798 оны хоёр дахь гэрчлэлийн хамтаар, өмнөдийн хаан ба хойд нутгийн хааны хоорондын дайны эхлэл ба төгсгөлийг тодорхойлж, дөчин нэгдүгээрээс дөчин дөрөвдүгээр эшлэл нь үхлийн шарх нь эдгэрсэн папын эрх мэдлийн гурвалсан нэгдлийг тодорхойлдог бөгөөд дөчин тавдугаар эшлэлд тэрээр өөрийн төгсгөлдөө хүрдэг. Эдгээр эшлэлүүдийг энэ өнцгөөс авч үзвэл, Илчлэлт ном дахь долоон лац ба долоон чуулганы хоорондын хамаарлаар мөн дүрслэгддэг шиг, Бурханы чуулганаас гаднах түүхийг үзүүлдэг.</w:t>
      </w:r>
    </w:p>
    <w:p>
      <w:pPr>
        <w:pStyle w:val="ArticleBody"/>
        <w:jc w:val="left"/>
      </w:pPr>
      <w:r>
        <w:rPr>
          <w:rFonts w:ascii="Times New Roman" w:hAnsi="Times New Roman" w:eastAsia="Times New Roman" w:cs="Times New Roman"/>
        </w:rPr>
        <w:t>1798-аар дүрслэгдсэн эш үзүүллэгийн түүхийн шугам нь юуны өмнө мөрдөн шалгах шүүлтийг илэрхийлдэг бөгөөд 1989 онд мөн тэр цэгээс эхэлдэг шугам нь юуны өмнө гүйцэтгэх шүүлтийг илэрхийлдэг. 1798 он нь юуны өмнө Гэрээний Элчид замыг бэлтгэдэг элчийн ажлыг онцлон тэмдэглэдэг бол, 1989 он нь юуны өмнө Елиагийн элчийн ажлыг онцлон тэмдэглэдэг.</w:t>
      </w:r>
    </w:p>
    <w:p>
      <w:pPr>
        <w:pStyle w:val="ArticleBody"/>
        <w:jc w:val="left"/>
      </w:pPr>
      <w:r>
        <w:rPr>
          <w:rFonts w:ascii="Times New Roman" w:hAnsi="Times New Roman" w:eastAsia="Times New Roman" w:cs="Times New Roman"/>
        </w:rPr>
        <w:t>1798 оноос, Даниелын номын лац тайлагдсан цагаас эхлэн, Христ Өөрийн ард түмнийг бурханлаг чанарыг хүн төрөлхтөнтэй үүрд нэгтгэн гүйцэлдүүлдэг гэрээний харилцаанд удирдан оруулдаг эш үзүүллэгийн түүхийн талаарх мэдлэгийн өсөлт бидэнд байна. Тэр эцсийн өдрийн гэрээг Ариун Бичээсүүдэд дахин дахин тодорхойлон заасан байдаг.</w:t>
      </w:r>
    </w:p>
    <w:p>
      <w:pPr>
        <w:pStyle w:val="ArticleScripture"/>
        <w:jc w:val="left"/>
      </w:pPr>
      <w:r>
        <w:rPr>
          <w:rFonts w:ascii="Times New Roman" w:hAnsi="Times New Roman" w:eastAsia="Times New Roman" w:cs="Times New Roman"/>
        </w:rPr>
        <w:t>“Харагтун, Израилийн гэртэй болон Иудагийн гэртэй Би шинэ гэрээ байгуулах өдрүүд ирж байна гэж ЭЗЭН айлдаж байна. Энэ нь Би тэдний эцэг өвгөдийг Египетийн нутгаас гарган авчрахын тулд гараас нь хөтөлсөн тэр өдөр тэдэнтэй байгуулсан гэрээний адил биш байх болно; Би тэдний нөхөр нь байсан атал тэд Миний гэрээг зөрчсөн юм гэж ЭЗЭН айлдаж байна. Харин тэр өдрүүдийн дараа Би Израилийн гэртэй байгуулах гэрээ нь энэ мөн гэж ЭЗЭН айлдаж байна: Би Өөрийн хуулийг тэдний дотор тавьж, тэдний зүрхэнд бичнэ; Би тэдний Бурхан нь байж, тэд Миний ард түмэн болно. Тэд цаашид хүн бүр хөршдөө, хүн бүр ах дүүдээ ‘ЭЗЭНийг мэдэгтүн’ гэж заахгүй; учир нь багаасаа агуу хүртлээ тэд бүгд Намайг мэдэх болно гэж ЭЗЭН айлдаж байна. Учир нь Би тэдний гэм бурууг уучилж, нүглийг нь дахин санахгүй.” Иеремиа 31:31–34.</w:t>
      </w:r>
    </w:p>
    <w:p>
      <w:pPr>
        <w:pStyle w:val="ArticleBody"/>
        <w:jc w:val="left"/>
      </w:pPr>
      <w:r>
        <w:rPr>
          <w:rFonts w:ascii="Times New Roman" w:hAnsi="Times New Roman" w:eastAsia="Times New Roman" w:cs="Times New Roman"/>
        </w:rPr>
        <w:t>Бүх эш үзүүлэгчид эцсийн өдрүүдийг зааж байгаа бөгөөд эш үзүүллэг дэх “эцсийн өдрүүд” хэмээх хэллэг нь шүүлтийн цаг үеийг илэрхийлдэг. Эхний тэнгэрэлч 1798 онд, төгсгөлийн цагт, 1844 онд шүүлт эхлэхийг тунхаглахаар ирсэн бөгөөд энэ нь мөн эцсийн өдрүүдийн ирэлт юм. Эцсийн өдрүүд нь Иеремиагийн “ирэх” хэмээсэн “өдрүүд” мөн бөгөөд тэр үед Бурхан Өөрийн ард түмний “гэм бурууг” “уучилж”, нүглийг нь “дахин санахгүй” байх байв. Тэр ажил нь “эцсийн өдрүүдийн” туршид, эвлэрүүллийн өдрийн бэлгэдлийн биелэл болсон өдөрт, Их Тэргүүн Тахилч болох Христээр гүйцэлддэг.</w:t>
      </w:r>
    </w:p>
    <w:p>
      <w:pPr>
        <w:pStyle w:val="ArticleBody"/>
        <w:jc w:val="left"/>
      </w:pPr>
      <w:r>
        <w:rPr>
          <w:rFonts w:ascii="Times New Roman" w:hAnsi="Times New Roman" w:eastAsia="Times New Roman" w:cs="Times New Roman"/>
        </w:rPr>
        <w:t>Хэрэв Миллерит адвентизм 1844 оны 10 дугаар сарын 22-нд ирсэн гурав дахь тэнгэрэлчийн өсөн урагшлах гэрэлд итгэлээр алхсаар байсан бол, тэд аль хэдийн Есүстэй хамт мөнхийн гэртээ байх байсан. Иеремиа “тэр өдрүүдийн дараа” гэж хэлэхдээ үүнийг л хэлж байна. “Тэр өдрүүд” гэдэг нь 1844 он руу хүргэж, тэнд төгссөн эш үзүүллэгийн хугацаанууд юм. Эдгээр нь Даниел номын арван хоёрдугаар бүлэгт дурдагдсан “өдрүүд” мөн.</w:t>
      </w:r>
    </w:p>
    <w:p>
      <w:pPr>
        <w:pStyle w:val="ArticleScripture"/>
        <w:jc w:val="left"/>
      </w:pPr>
      <w:r>
        <w:rPr>
          <w:rFonts w:ascii="Times New Roman" w:hAnsi="Times New Roman" w:eastAsia="Times New Roman" w:cs="Times New Roman"/>
        </w:rPr>
        <w:t>Харин чи эцэс хүртэл өөрийн замаар яв; учир нь чи амарч, өдрүүдийн төгсгөлд өөрт оногдсон хувиа эзлэн зогсох болно. Даниел 12:13.</w:t>
      </w:r>
    </w:p>
    <w:p>
      <w:pPr>
        <w:pStyle w:val="ArticleBody"/>
        <w:jc w:val="left"/>
      </w:pPr>
      <w:r>
        <w:rPr>
          <w:rFonts w:ascii="Times New Roman" w:hAnsi="Times New Roman" w:eastAsia="Times New Roman" w:cs="Times New Roman"/>
        </w:rPr>
        <w:t>“Өдрүүдийн эцэст”, эсвэл Иеремиа хэлснээр, “тэр өдрүүдийн дараа” Христ Өөрийн ард түмний доторх хэсгүүдэд Өөрийн хуулийг байрлуулж, тэдний зүрхэн дээр Өөрийн хуулийг бичихээр тогтоосон. Доторх хэсгүүд нь доод мөн чанар, эсвэл Паулын нэрлэснээр махан бие бөгөөд, зүрх нь дээд мөн чанар юм. Энэхүү гэрээ нь Өөрийн ард түмэнд хөрвөлтийн үед шинэ оюун ухаан, харин Хоёр дахь Ирэлтийн үед шинэ бие өгөхөөр амладаг. Хүн Бурханы дүрээр бүтээгдсэн, мөн дээд мөн чанар ба доод мөн чанартайгаар бүтээгдсэн Адамын хамт унасан билээ. Христийн гэрээ нь хүн төрөлхтнийг тэдний хоёрдмол мөн чанарын хамт нүглийн хараалаас золин аврах явдал юм.</w:t>
      </w:r>
    </w:p>
    <w:p>
      <w:pPr>
        <w:pStyle w:val="ArticleScripture"/>
        <w:jc w:val="left"/>
      </w:pPr>
      <w:r>
        <w:rPr>
          <w:rFonts w:ascii="Times New Roman" w:hAnsi="Times New Roman" w:eastAsia="Times New Roman" w:cs="Times New Roman"/>
        </w:rPr>
        <w:t>“Энэ дэлхийн түүхийн сүүлчийн өдрүүдэд, Бурханы зарлигуудыг сахигч Өөрийн ард түмэнтэй байгуулсан гэрээ нь шинэчлэгдэн батлагдах ёстой. ‘Тэр өдөр Би тэдний төлөө хээрийн араатнуудтай, тэнгэрийн шувуудтай, газрын мөлхөгчидтэй гэрээ байгуулна; мөн Би нум, илд, дайныг газраас эвдэн зайлуулж, тэднийг аюулгүй амраана. Тэгээд Би чамайг Өөртөө үүрд сүйт бүсгүй болгон авна; тийм ээ, Би чамайг зөвт байдал, шударга шүүлт, хайр энэрэл, өршөөл дотор Өөртөө сүйт бүсгүй болгон авна. Би чамайг үнэнч байдлаар Өөртөө сүйт бүсгүй болгон авна; тэгээд чи ЭЗЭНийг мэдэх болно.’</w:t>
      </w:r>
    </w:p>
    <w:p>
      <w:pPr>
        <w:pStyle w:val="ArticleScripture"/>
        <w:jc w:val="left"/>
      </w:pPr>
      <w:r>
        <w:rPr>
          <w:rFonts w:ascii="Times New Roman" w:hAnsi="Times New Roman" w:eastAsia="Times New Roman" w:cs="Times New Roman"/>
        </w:rPr>
        <w:t>“‘Тэр өдөр болоход, Би сонсох болно гэж ЭЗЭН айлдаж байна, Би тэнгэрсийг сонсох бөгөөд тэд газар дэлхийг сонсоно; газар дэлхий нь үр тариа, дарс, тосыг сонсох бөгөөд тэд нь Иезреелийг сонсоно. Тэгээд Би түүнийг газар дээр Өөртөө зориулан тарих болно; мөн өршөөл хүртээгүй байсан түүнд Би өршөөл үзүүлнэ; мөн Миний ард түмэн биш байсан хүмүүст Би, Чи бол Миний ард түмэн, гэж айлдах бөгөөд тэд, Та бол миний Бурхан, гэж хэлнэ.’ Хосеа 2:14–23.”</w:t>
      </w:r>
    </w:p>
    <w:p>
      <w:pPr>
        <w:pStyle w:val="ArticleScripture"/>
        <w:jc w:val="left"/>
      </w:pPr>
      <w:r>
        <w:rPr>
          <w:rFonts w:ascii="Times New Roman" w:hAnsi="Times New Roman" w:eastAsia="Times New Roman" w:cs="Times New Roman"/>
        </w:rPr>
        <w:t>“‘Тэр өдөр, … Израилийн үлдэгсэд болон Иаковын өргөөний аврагдагсад … ЭЗЭНд, Израилийн Ариунд, үнэнээр түшиглэх болно.’ Исаиа 10:20. ‘Бүх үндэстэн, овог, хэл, ард түмэн’-ээс ‘Бурханаас эмээгтүн, Түүнд алдрыг өргөгтүн. Учир нь Түүний шүүлтийн цаг иржээ’ гэсэн мэдээнд баяртайгаар хариулах хүмүүс байх болно. Тэд өөрсдийг нь энэ дэлхийд хүлж буй аливаа шүтээнээс буцаж, ‘тэнгэр, газар, тэнгис, усны ундаргуудыг Бүтээгч Түүнд мөргөх’ болно. Тэд аливаа орооцолдооноос өөрсдийгөө чөлөөлж, Бурханы нигүүлслийн дурсгал хөшөө мэт дэлхийн өмнө зогсох болно. Тэнгэрлэг шаардлага бүрд дуулгавартай байснаар тэд ‘Бурханы тушаалуудыг сахидаг, Есүсийн итгэлийг баримтлагчид’ хэмээн тэнгэрэлчүүд болон хүмүүсээр танигдах болно. Илчлэлт 14:6–7, 12.”</w:t>
      </w:r>
    </w:p>
    <w:p>
      <w:pPr>
        <w:pStyle w:val="ArticleScripture"/>
        <w:jc w:val="left"/>
      </w:pPr>
      <w:r>
        <w:rPr>
          <w:rFonts w:ascii="Times New Roman" w:hAnsi="Times New Roman" w:eastAsia="Times New Roman" w:cs="Times New Roman"/>
        </w:rPr>
        <w:t>“‘Харагтун, ЭЗЭН айлдаж байна: анжисчин нь хадагчийг гүйцэж, усан үзэм няцлагч нь үр цацагчийг гүйцэх өдрүүд ирнэ; уулс амтат дарс дуслуулж, бүх толгод уусан хайлах болно. Тэгээд Би Өөрийн ард түмэн Израилийн олзлогдлыг эргүүлэн авчирна; тэд эзгүйрсэн хотуудыг дахин байгуулж, тэнд суурьшин амьдарна; тэд усан үзмийн талбай байгуулж, дарсыг нь ууна; мөн цэцэрлэгүүд тарьж, жимсийг нь иднэ. Би тэднийг Өөрийн өгсөн нутагт нь суулган тарьж, тэд Миний тэдэнд өгсөн газраас дахин хэзээ ч суга татагдахгүй гэж, чиний Бурхан ЭЗЭН айлдаж байна. Амос 9:13–15.’” Review and Herald, 1914 оны 2 дугаар сарын 26.</w:t>
      </w:r>
    </w:p>
    <w:p>
      <w:pPr>
        <w:pStyle w:val="ArticleBody"/>
        <w:jc w:val="left"/>
      </w:pPr>
      <w:r>
        <w:rPr>
          <w:rFonts w:ascii="Times New Roman" w:hAnsi="Times New Roman" w:eastAsia="Times New Roman" w:cs="Times New Roman"/>
        </w:rPr>
        <w:t>Иеремиа “тэдгээр өдрүүдийн дараа” хэмээн хэлэхдээ, Христ Өөрийн сүмд гэнэт ирж түүнийг цэвэршүүлэхээр төлөөлөгдөн үзүүлэгдсэн үйл явдлаас өмнөх “өдрүүд” нь 1798 болон 1844 онд төгссөн эш үзүүллэгийн хугацаанууд байсан юм. Тэдгээр эш үзүүллэгийн өдрүүдийн (хугацаануудын) төгсгөл нь Христ Миллерит сүмийг босгосон дөчин зургаан жилийг тэмдэглэсэн бөгөөд Тэр 1844 оны 10 дугаар сарын 22-нд гэнэт ирэхдээ Малахи 3-р бүлгийг биелүүлж байсан юм; үүнийг Тэр Өөрийн үйлчлэлийн эхэнд болон төгсгөлд сүмийг цэвэршүүлэхдээ мөн адил биелүүлсэн билээ.</w:t>
      </w:r>
    </w:p>
    <w:p>
      <w:pPr>
        <w:pStyle w:val="ArticleScripture"/>
        <w:jc w:val="left"/>
      </w:pPr>
      <w:r>
        <w:rPr>
          <w:rFonts w:ascii="Times New Roman" w:hAnsi="Times New Roman" w:eastAsia="Times New Roman" w:cs="Times New Roman"/>
        </w:rPr>
        <w:t>“Сүмийг дэлхийн худалдан авагчид ба худалдаачдаас цэвэрлэхдээ Есүс зүрх сэтгэлийг нүглийн бузарлалаас,—газрын хүсэл тачаал, хувиа хичээсэн шунал тачаал, сэтгэлийг ялзруулдаг муу зуршлаас,—цэвэрлэх Өөрийн эрхэм зорилгыг тунхагласан юм. Малахи 3:1–3 эш татагдсан.” Эрин үеийн Хүсэл, 161.</w:t>
      </w:r>
    </w:p>
    <w:p>
      <w:pPr>
        <w:pStyle w:val="ArticleBody"/>
        <w:jc w:val="left"/>
      </w:pPr>
      <w:r>
        <w:rPr>
          <w:rFonts w:ascii="Times New Roman" w:hAnsi="Times New Roman" w:eastAsia="Times New Roman" w:cs="Times New Roman"/>
        </w:rPr>
        <w:t>Мөн “тэр өдрүүдийн дараа” Христ Өөрийн босгосон сүмийг ариусгахаар зорьсон бөгөөд энэ нь Өөрийн ард түмний зүрх сэтгэлийг нүглийн бузарлалаас ариусгах Түүний ажлыг, эсвэл Иеремиагийн өгүүлснээр Өөрийн хуулийг тэдний зүрх сэтгэл ба доторх хэсгүүдэд бичихийг төлөөлж байв.</w:t>
      </w:r>
    </w:p>
    <w:p>
      <w:pPr>
        <w:pStyle w:val="ArticleScripture"/>
        <w:jc w:val="left"/>
      </w:pPr>
      <w:r>
        <w:rPr>
          <w:rFonts w:ascii="Times New Roman" w:hAnsi="Times New Roman" w:eastAsia="Times New Roman" w:cs="Times New Roman"/>
        </w:rPr>
        <w:t>Учир нь Тэр тэднийг зэмлэн хэлэхдээ: “Харагтун, Израилийн гэртэй болон Иудагийн гэртэй Би шинэ гэрээ байгуулах өдрүүд ирнэ гэж Эзэн айлдаж байна. Энэ нь Би тэдний эцэг өвгөдийг Египетийн нутгаас гарган хөтлөхөөр гараас нь хөтөлсөн тэр өдөр тэдэнтэй байгуулсан гэрээний дагуу бус юм. Учир нь тэд Миний гэрээнд үл тогтсон тул Би ч тэднийг үл тоомсорлосон гэж Эзэн айлдаж байна. Учир нь тэр өдрүүдийн дараа Израилийн гэртэй байгуулах Миний гэрээ энэ мөн гэж Эзэн айлдаж байна: Би Өөрийн хуулиудыг тэдний оюун ухаанд шингээж, зүрх сэтгэл дээр нь бичнэ. Би тэдний Бурхан болж, тэд Миний ард түмэн болно.” Еврей 8:8–10.</w:t>
      </w:r>
    </w:p>
    <w:p>
      <w:pPr>
        <w:pStyle w:val="ArticleBody"/>
        <w:jc w:val="left"/>
      </w:pPr>
      <w:r>
        <w:rPr>
          <w:rFonts w:ascii="Times New Roman" w:hAnsi="Times New Roman" w:eastAsia="Times New Roman" w:cs="Times New Roman"/>
        </w:rPr>
        <w:t>“Тэр өдрүүд” хэмээх үгс нь 1798 болон 1844 онд төгссөн Даниелын “өдрүүдийн төгсгөл” байв. Даниел 11-ийн дөчдүгээр эшлэлд 1798 оноос эхэлдэг протестант эвэрний шугам нь нэг зуун дөчин дөрвөн мянгатай тогтоогдох гэрээний харилцааг онцлон тэмдэглэж байна. Еврей хэлний “lot” гэдэг үг нь хүний хувь заяаг тогтооход хэрэглэгддэг жижиг чулуу юм. Даниелд 1844 онд шүүлт эхэлж, түүний хувь заяа тогтоогдох тэр үед хүртэл, өөрөөр хэлбэл “өдрүүдийн төгсгөл” хүртэл явж амрахыг (үхэлд) тушаасан юм.</w:t>
      </w:r>
    </w:p>
    <w:p>
      <w:pPr>
        <w:pStyle w:val="ArticleScripture"/>
        <w:jc w:val="left"/>
      </w:pPr>
      <w:r>
        <w:rPr>
          <w:rFonts w:ascii="Times New Roman" w:hAnsi="Times New Roman" w:eastAsia="Times New Roman" w:cs="Times New Roman"/>
        </w:rPr>
        <w:t>Харин чи эцсийг хүртэл өөрийн замаар яв; учир нь чи амарч, өдрүүдийн төгсгөлд өөрт оногдсон хувиа эзлэн зогсох болно. Даниел 12:13.</w:t>
      </w:r>
    </w:p>
    <w:p>
      <w:pPr>
        <w:pStyle w:val="ArticleBody"/>
        <w:jc w:val="left"/>
      </w:pPr>
      <w:r>
        <w:rPr>
          <w:rFonts w:ascii="Times New Roman" w:hAnsi="Times New Roman" w:eastAsia="Times New Roman" w:cs="Times New Roman"/>
        </w:rPr>
        <w:t>“Эцсийн өдрүүдийн” “өдрүүд” нь 1844 онд төгссөн цаг хугацааны эш үзүүллэгүүдийг илэрхийлдэг; учир нь түүнээс хойш эш үзүүллэгийн хугацаа цаашид байхгүй болсон юм. Христ Өөрийн ариун газартаа гэнэт үзэгдэхийг илэрхийлдэг марах үзэгдэл болох хоёр мянга гурван зуун жил тэр үед төгссөн бөгөөд сүүлчийн уур хилэнгийн хоёр мянга таван зуун хорин жил ч мөн адил төгссөн юм. Энэ нь анхны уур хилэнгийн өдрүүд 1798 онд, төгсгөлийн цагт, төгссөнтэй яг адил байв. Иеремиагийн дурдсан “тэдгээр өдрүүдийн дараа” гэдгийг түүнээс хойш Паул авч хэлэлцсэн. Паул Иеремиагийн “тэдгээр өдрүүдийн дараа” хэмээх хэллэгийг хоёр удаа эшилдэг; учир нь Паул зөвхөн “тэдгээр өдрүүдийн дараа” тогтоогдох ёстой байсан гэрээг авч үзээд зогсохгүй, харин үүнээс ч илүүтэйгээр Христийн Тэргүүн Тахилчийн ажлыг тодорхойлон зааж байгаа юм.</w:t>
      </w:r>
    </w:p>
    <w:p>
      <w:pPr>
        <w:pStyle w:val="ArticleScripture"/>
        <w:jc w:val="left"/>
      </w:pPr>
      <w:r>
        <w:rPr>
          <w:rFonts w:ascii="Times New Roman" w:hAnsi="Times New Roman" w:eastAsia="Times New Roman" w:cs="Times New Roman"/>
        </w:rPr>
        <w:t>Учир нь Тэр ариусгагдагсдыг нэгэн өргөлөөр үүрд төгс болгосон юм. Энэ талаар Ариун Сүнс ч мөн бидэнд гэрчилдэг. Учир нь Тэр өмнө нь ийн айлдсан билээ: “Эзэн айлдаж байна, тэр өдрүүдийн дараа Би тэдэнтэй байгуулах гэрээ минь энэ бөлгөө: Би хуулиудаа тэдний зүрхэнд тавьж, оюун ухаанд нь бичнэ.” Мөн, “Тэдний нүгэл ба хууль бус үйлсийг Би дахин үл санана.” Харин эдгээрийн уучлал байгаа газарт нүглийн төлөө дахин өргөл үгүй. Иймээс, ах дүү нар аа, Есүсийн цусаар Ариун газарт орох зориг бидэнд байгаа бөгөөд, Тэр бидний төлөө хөшгөөр, өөрөөр хэлбэл Өөрийн махбодоор нээж, ариусгасан шинэ бөгөөд амийн замаар, мөн Бурханы гэрийн дээр агуу Тэргүүн Тахилчтай учир, Еврей 10:14–21.</w:t>
      </w:r>
    </w:p>
    <w:p>
      <w:pPr>
        <w:pStyle w:val="ArticleBody"/>
        <w:jc w:val="left"/>
      </w:pPr>
      <w:r>
        <w:rPr>
          <w:rFonts w:ascii="Times New Roman" w:hAnsi="Times New Roman" w:eastAsia="Times New Roman" w:cs="Times New Roman"/>
        </w:rPr>
        <w:t>Христийн үзэгдэхүйц марa үзэгдлийн эш үзүүлгийн хоёр зуун хорин жил нь, эш үзүүллийн түүхийн хазон үзэгдлийн хоёр мянга таван зуун хорин жилийн эш үзүүлэгтэй холбогдон, эдгээр хоёр эш үзүүллийн хугацааны эхлэлийг хооронд нь уялдуулж, эсвэл нэгтгэн холбодог бөгөөд энэ нь хүн чанар ба бурханлаг чанарын нэгдлийг илэрхийлсэн бэлгэдэлт холбоос юм. Энэ нь гурав дахь тэнгэрэлчийн хөдөлгөөний үед явагддаг ариусгалд Христийн гүйцэлдүүлдэг ажил мөн бөгөөд эцэст нь Түүний нэг зуун дөчин дөрвөн мянгатай байгуулдаг гэрээнд хүргэдэг.</w:t>
      </w:r>
    </w:p>
    <w:p>
      <w:pPr>
        <w:pStyle w:val="ArticleBody"/>
        <w:jc w:val="left"/>
      </w:pPr>
      <w:r>
        <w:rPr>
          <w:rFonts w:ascii="Times New Roman" w:hAnsi="Times New Roman" w:eastAsia="Times New Roman" w:cs="Times New Roman"/>
        </w:rPr>
        <w:t>Сүмийн гишгэлтэнд өртөн доромжлогдон унасан байдлыг дүрслэн үзүүлдэг chazon үзэгдэл нь Еден цэцэрлэгт Адамын тэрслэлтээс хойш нүгэлд гишгэгдэн доромжлогдсон хүн төрөлхтний үзэгдэл мөн; харин сүмийг сэргээн засаж, ариусгах Христийн ажлыг дүрслэн үзүүлдэг marah үзэгдэл нь хоёулаа 1844 оны 10 дугаар сарын 22-нд биелсэн юм. Бурханы хилэнгийн хоёр мянга таван зуун хорин жилийн хоёр эш үзүүллэг байдаг бөгөөд тэдгээр нь цэрэг болон ариун газрын гишгэлтэнд өртөн доромжлогдохыг төлөөлдөг.</w:t>
      </w:r>
    </w:p>
    <w:p>
      <w:pPr>
        <w:pStyle w:val="ArticleBody"/>
        <w:jc w:val="left"/>
      </w:pPr>
      <w:r>
        <w:rPr>
          <w:rFonts w:ascii="Times New Roman" w:hAnsi="Times New Roman" w:eastAsia="Times New Roman" w:cs="Times New Roman"/>
        </w:rPr>
        <w:t>Эдгээр хоёр эш үзүүллэг хоёулаа марагийн үзэгдлээр сэргээгдэх ёстой хүн төрөлхтний гишгэлэн доромжлогдохыг дүрслэн илэрхийлж байна. Бурханы Өөрийн ард түмний эсрэг чиглэсэн эдгээр хоёр хилэнц нь унасан хүн төрөлхтний дээр буусан хилэнг төлөөлдөг бөгөөд тэрхүү унасан сүмийг дахин босгон ариусгах Христийн ажлаар л аврагдаж, сэргээгдэх байв.</w:t>
      </w:r>
    </w:p>
    <w:p>
      <w:pPr>
        <w:pStyle w:val="ArticleBody"/>
        <w:jc w:val="left"/>
      </w:pPr>
      <w:r>
        <w:rPr>
          <w:rFonts w:ascii="Times New Roman" w:hAnsi="Times New Roman" w:eastAsia="Times New Roman" w:cs="Times New Roman"/>
        </w:rPr>
        <w:t>Хоёр зэвүүцэл нь хүн төрөлхтний дээд мөн чанар болон доод мөн чанарыг төлөөлдөг. Адамын уналтын үед доод мөн чанар нь дээд мөн чанараас ноёрхлыг булаан авч, харин хүмүүст зориулсан Христийн зорилго нь дээд мөн чанар доод мөн чанарыг захиран ноёрхох явдал байсан. Адамын уналтын үед дээд мөн чанар нь доод мөн чанарын тачаалд унаж, Бурханы тогтоосон зориулалт эсрэгээр эргэсэн юм. Үүнийг л Библид “эргэн өөрчлөгдөх” гэж ойлгодог. Эргэн өөрчлөгдөнө гэдэг нь дээд мөн чанарыг доод мөн чанарыг захиран ноёрхох байр сууринд нь дахин сэргээхийг хэлнэ. Эргүүлэн өөрчлөх гэдэг нь эсрэгээр эргүүлэх, буюу орвонгоор нь эргүүлэх гэсэн утгатай.</w:t>
      </w:r>
    </w:p>
    <w:p>
      <w:pPr>
        <w:pStyle w:val="ArticleBody"/>
        <w:jc w:val="left"/>
      </w:pPr>
      <w:r>
        <w:rPr>
          <w:rFonts w:ascii="Times New Roman" w:hAnsi="Times New Roman" w:eastAsia="Times New Roman" w:cs="Times New Roman"/>
        </w:rPr>
        <w:t>Хойд хаанчлалын эсрэгх анхны хилэн бол уналтын үед дээд мөн чанарыг эрхшээлдээ оруулсан доод мөн чанарын эсрэгх хилэн байв. Тэр хилэн эхлээд ирсэн нь Христ золилтын ажлыг анх эхэлсэн тэр л цэгээс нь авч эхэлсэнтэй холбоотой бөгөөд тэр нь доод мөн чанарын хүсэл, өөрөөр хэлбэл хоолны шуналын хүсэл байлаа. Христ Өөрийн ажлыг дөчин өдрийн мацгаар эхлүүлсэн.</w:t>
      </w:r>
    </w:p>
    <w:p>
      <w:pPr>
        <w:pStyle w:val="ArticleScripture"/>
        <w:jc w:val="left"/>
      </w:pPr>
      <w:r>
        <w:rPr>
          <w:rFonts w:ascii="Times New Roman" w:hAnsi="Times New Roman" w:eastAsia="Times New Roman" w:cs="Times New Roman"/>
        </w:rPr>
        <w:t>“Авралын төлөвлөгөөг амжилттай урагшлуулахын тулд хүн төрөлхтнийг гэтэлгэх ажлыг сүйрэл анх эхэлсэн яг тэр газраас эхлүүлэх ёстойгоо Христ мэдэж байв. Адам хүслийн шуналыг өөгшүүлснээр унасан. Бурханы хуулийг дагах өөрийн үүргийг хүнд гүнээр ойлгуулахын тулд Христ Өөрийн гэтэлгэлийн ажлыг хүний бие махбодын дадал зуршлыг шинэчлэхээс эхлүүлсэн. Ариун журам доройтсон нь болон хүн төрөлхтний доройтол нь гол төлөв гажуудсан шуналыг өөгшүүлсэнтэй холбоотой.” Testimonies, volume 3, 486.</w:t>
      </w:r>
    </w:p>
    <w:p>
      <w:pPr>
        <w:pStyle w:val="ArticleBody"/>
        <w:jc w:val="left"/>
      </w:pPr>
      <w:r>
        <w:rPr>
          <w:rFonts w:ascii="Times New Roman" w:hAnsi="Times New Roman" w:eastAsia="Times New Roman" w:cs="Times New Roman"/>
        </w:rPr>
        <w:t>Хоёр дахь уур хилэн нь Иерусалим оршдог өмнөд хаанчлалаар төлөөлөгдсөн дээд мөн чанарын эсрэг чиглэсэн байв; Иерусалим бол Бурхан Өөрийн нэрийг байрлуулахаар сонгосон хот мөн. 1844 оны 10 дугаар сарын 22-нд Христийн хийхээр зорьсон ажил, мөн Түүний эдүгээ гүйцэтгэж буй ажил нь Езекиелийн хоёр саваагаар дүрслэгддэг.</w:t>
      </w:r>
    </w:p>
    <w:p>
      <w:pPr>
        <w:pStyle w:val="ArticleBody"/>
        <w:jc w:val="left"/>
      </w:pPr>
      <w:r>
        <w:rPr>
          <w:rFonts w:ascii="Times New Roman" w:hAnsi="Times New Roman" w:eastAsia="Times New Roman" w:cs="Times New Roman"/>
        </w:rPr>
        <w:t>Езекиелийн хоёр саваа үүрд нэг саваа болгон нийлэгдэх үед, энэ нь Христ Өөрийн ард түмний нүглийг үүрд зайлуулж, дээд ба доод мөн чанаруудыг зохистой шаталсан бүтэцдээ дахин оруулан, хүмүүсийг дахин бүхэл бүтэн болгодог тэрхүү гэрээг зааж байна. Эргүүлэн шинэчлэгдээгүй байдалд хүний доод мөн чанар нь эхний зэвүүцлээр төлөөлөгдөн, сүүлчийн зэвүүцлээр төлөөлөгдөх хүний дээд мөн чанарыг ноёрхож байв. Иймээс эхний зэвүүцэл нь газарзүйн хувьд өмнөд хаант улсын “дээр” оршиж байсан умард хаант улсын эсрэг байжээ.</w:t>
      </w:r>
    </w:p>
    <w:p>
      <w:pPr>
        <w:pStyle w:val="ArticleBody"/>
        <w:jc w:val="left"/>
      </w:pPr>
      <w:r>
        <w:rPr>
          <w:rFonts w:ascii="Times New Roman" w:hAnsi="Times New Roman" w:eastAsia="Times New Roman" w:cs="Times New Roman"/>
        </w:rPr>
        <w:t>Марах ба хазон хэмээх хоёр үзэгдлийг бурханлаг чанар ба хүнлэг чанартай, тэдгээрийн харилцан эхлэлүүдэд нь холбон буй хоёр зуун хорин жил нь, Христ нэг зуун дөчин дөрвөн мянгатын хамт гурав дахь тэнгэрэлчийн ажлыг төгсгөхөд, хоёулаа нэг саваанд нийлэн нэгддэг. Энэ нь өмнөд хаанчлалын эсрэгх сүүлчийн хилэнгийн эш үзүүллэг бөгөөд 1844 онд үзэгдэх тухай эш үзүүллэгтэй нийлсэн байдаг. Учир нь гэрээ нь хөрвөлтийн үед шинэ оюун санааг өгдөг боловч шинэ бие (умард хаанчлал) нь зөвхөн Хоёр дахь ирэлтээр нүд ирмэхийн зуур сэргээгддэг.</w:t>
      </w:r>
    </w:p>
    <w:p>
      <w:pPr>
        <w:pStyle w:val="ArticleBody"/>
        <w:jc w:val="left"/>
      </w:pPr>
      <w:r>
        <w:rPr>
          <w:rFonts w:ascii="Times New Roman" w:hAnsi="Times New Roman" w:eastAsia="Times New Roman" w:cs="Times New Roman"/>
        </w:rPr>
        <w:t>Даниел 11-ийн дөчдүгээр эшлэл нь төгсгөлийн аль аль цаг үеийг тодорхойлж, ингэснээр Илчлэлт 13-р бүлгийн газрын араатны түүхийн туршид орших зөгнөлийн түүхийн дотоод ба гадаад шугамыг онцлон тэмдэглэдэг. Тэр эшлэлд лац тайлагдан илчлэгддэг үнэнүүд нь Христ Өөрийн ард түмний дотор тодорхойлон тогтоож, биелүүлэхээр ирсэн үнэний дотоод ба гадаад хоёр шугамыг хоёуланг нь төлөөлдөг. Хүн чанар бурханлаг чанартай нэгдсэн үед нүгэл үйлддэггүй гэсэн үнэн нь мэдлэгийн лац тайлагдсаны үр дүнтэй холбогдсон гэрэлд дүрслэгддэг бөгөөд эцсийн өдрүүд дэх Бурханы ард түмний дотоод үнэнийг төлөөлдөг. Дэлхийг Армагеддон руу хөтөлдөг хүчнүүдийн хоорондох дайнаар дүрслэгдсэн гэрэл нь эцсийн өдрүүд дэх Бурханы ард түмний гадаад үнэн мөн.</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ЭЗЭНий үг дахин надад ирж, ийнхүү айлдав: “Хүний хүү ээ, чи нэг мод авч, дээр нь: ‘Иудад болон түүний хамтрагч Израилийн хөвгүүдэд зориулан’ гэж бич. Дараа нь өөр нэг мод авч, дээр нь: ‘Иосефт, Ефраимын модонд, мөн түүний хамтрагч бүх Израилийн гэрт зориулан’ гэж бич. Тэгээд тэдгээрийг нэг нэгтэй нь нийлүүлэн нэг мод болго; тэд чиний гарт нэг болно. Чиний ард түмний хөвгүүд чамд хэлж, ‘Эдгээрээр юуг хэлэх гэж байгаагаа чи бидэнд үзүүлэхгүй юм уу?’ гэвэл, тэдэнд хэл: ‘Эзэн БУРХАН ийнхүү айлдаж байна: Харагтун, Би Ефраимын гарт буй Иосефын модыг, мөн түүний нөхөд болох Израилийн овгуудыг авч, түүнийг Иудагийн модтой хамт нэгтгэн, тэднийг нэг мод болгоно; тэд Миний гарт нэг болно.’ Чиний бичсэн моднууд тэдний нүдний өмнө чиний гарт байх болно. Тэгээд тэдэнд хэл: ‘Эзэн БУРХАН ийнхүү айлдаж байна: Харагтун, Би Израилийн хөвгүүдийг тэдний явсан харь үндэстнүүдийн дундаас авч, бүх талаас нь цуглуулан, өөрсдийнх нь нутагт авчирна. Би тэднийг Израилийн уулс дээрх тэр нутагт нэг үндэстэн болгоно; бүгдэд нь нэг хаан хаанчилна. Тэд цаашид хоёр үндэстэн байхаа больж, дахин хэзээ ч хоёр хаант улс болон хуваагдахгүй. Тэд цаашид өөрсдийгөө шүтээнүүдээрээ, жигшүүрт юмсуудаараа, эсвэл аливаа гэм нүглээрээ бузарлахгүй. Харин Би тэднийг нүгэл үйлдсэн бүх оршин суусан газруудаас нь аварч, тэднийг цэвэршүүлнэ. Тэгээд тэд Миний ард түмэн болж, Би тэдний Бурхан болно. Миний зарц Давид тэдний дээр хаан байх бөгөөд тэд бүгд нэг хоньчинтой болно. Тэд Миний шүүлтүүдээр явж, Миний тогтоолуудыг сахин, тэдгээрийг үйлдэх болно. Тэд Миний зарц Иаковт өгсөн, та нарын эцэг өвгөдийн сууж байсан тэр нутагт оршин суух болно. Тэд, тэдний хүүхдүүд, мөн хүүхдүүдийнх нь хүүхдүүд тэнд үүрд оршин суух бөгөөд Миний зарц Давид тэдний ноён нь үүрд байх болно. Түүнчлэн Би тэдэнтэй амар тайвны гэрээ байгуулна; энэ нь тэдэнтэй хийх мөнхийн гэрээ байх болно. Би тэднийг тогтоон байрлуулж, тэднийг олшруулж, Өөрийн ариун газрыг тэдний дунд үүрд мөнхөд тогтооно. Миний асар мөн тэдэнтэй хамт байх болно. Тийм ээ, Би тэдний Бурхан байж, тэд Миний ард түмэн болно. Миний ариун газар тэдний дунд үүрд мөнхөд байх үед, Би, ЭЗЭН, Израилийг ариусгадаг гэдгийг харь үндэстнүүд мэдэх болно.’” Езекиел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хорин тавдугаар хэсэг</dc:title>
  <dc:subject>Зөгнөлийн утга ач холбогдлыг тайлах нь: Даниел 11:40-ийг тайлан ойлгож, түүний орчин үеийн Христийн шашинд хамаарах үр дагаврыг авч үзэх нь</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