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хорин зургаа дахь нь</w:t>
      </w:r>
    </w:p>
    <w:p>
      <w:pPr>
        <w:pStyle w:val="ArticleSubtitle"/>
        <w:jc w:val="left"/>
      </w:pPr>
      <w:r>
        <w:rPr>
          <w:rFonts w:ascii="Arial" w:hAnsi="Arial" w:eastAsia="Arial" w:cs="Arial"/>
        </w:rPr>
        <w:t>Зөгнөлийн өгүүлэмжийг нээн илрүүлэх нь: Даниелын арван нэгдүгээр бүлэг болон орчин үеийн үйл явдлуудын судалгаа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Даниелын арван нэгдүгээр бүлгийн дөчдүгээр эшлэл нь газрын араатны протестант эврийн түүхийг газрын араатны Бүгд Найрамдах эврийн түүхтэй уялдуулан харуулдаг. Хоёр эвэр хоёул 1798 онд эхэлдэг бөгөөд тэдний гэрчлэл Америкийн Нэгдсэн Улсад тун удахгүй гарах Ням гаргийн хуулийг хүртэл үргэлжилдэг. Хоёр эвэр тус бүрийг сорих ёстой байсан, Бурханаас өгөгдсөн хоёрдмол баримт бичгийг хүлээн авсан. Хаан Жеймсийн Библи (Хуучин ба Шинэ Гэрээ) нь газрын араатны шашны эврийг сорих ёстой байсан бөгөөд Тусгаар тогтнолын тунхаглал болон Америкийн Нэгдсэн Улсын Үндсэн хууль нь газрын араатны улс төрийн эврийг сорих ёстой байсан. Дөчдүгээр эшлэл бол газрын араатны түүх мөн бөгөөд түүний түүхэн гэрчлэл 1776 онд эхэлж, 1798 он гэхэд Библийн зөгнөлийн зургаа дахь хаанчлалын үүргийг биелүүлж эхэлдэг.</w:t>
      </w:r>
    </w:p>
    <w:p>
      <w:pPr>
        <w:pStyle w:val="ArticleBody"/>
        <w:jc w:val="left"/>
      </w:pPr>
      <w:r>
        <w:rPr>
          <w:rFonts w:ascii="Times New Roman" w:hAnsi="Times New Roman" w:eastAsia="Times New Roman" w:cs="Times New Roman"/>
        </w:rPr>
        <w:t>Есүс төгсгөлийг үргэлж эхлэлээр нь дүрслэн харуулдаг бөгөөд Америкийн Нэгдсэн Улсын төгсгөл түүний эхэн үеийн түүхэнд төлөөлөн үзүүлэгдсэн байдаг. Америкийн Нэгдсэн Улсын төгсгөлийн үеийг Даниел арван нэгдүгээр бүлгийн хоёрдугаар эшлэлд, Роналд Рейганаас эхлэн зургаан ерөнхийлөгчийг дэвшүүлэн тавихдаа төлөөлөн үзүүлсэн байдаг. Рейган бол газрын араатны эш үзүүллэгийн түүхийн сүүлчийн үеийн анхны ерөнхийлөгч мөн. Тэр үе 1989 онд, төгсгөлийн цагт эхэлсэн. Гэвч хоёрдугаар эшлэл зөвхөн Рейган, эцэг Буш, Клинтон, хүү Буш, Обама, Трамп нарыг л авч үздэг. Удахгүй ирэх Ням гаргийн хуулинд хүрэх тэр түүхийг бүрэн гүйцээхийн тулд өөр шугамууд шаардлагатай. 1989 оноос удахгүй ирэх Ням гаргийн хууль хүртэлх хугацаа нь Даниел арван нэгдүгээр бүлгийн хоёрдугаар эшлэл дэх тодорхой нэгэн шугам мөн.</w:t>
      </w:r>
    </w:p>
    <w:p>
      <w:pPr>
        <w:pStyle w:val="ArticleBody"/>
        <w:jc w:val="left"/>
      </w:pPr>
      <w:r>
        <w:rPr>
          <w:rFonts w:ascii="Times New Roman" w:hAnsi="Times New Roman" w:eastAsia="Times New Roman" w:cs="Times New Roman"/>
        </w:rPr>
        <w:t>1798 он нь Библийн зөгнөлийн зургаа дахь хаанчлал болох газрын араатны зөгнөлийн түүхийн эхлэлийг тэмдэглэж, Ням гаргийн хууль нь түүний төгсгөлийг тэмдэглэдэг бөгөөд 1798 он нь түүний эхлэл юм. 1776 онд эхэлсэн хоёр зуун хорин жил нь газрын араатны зөгнөлийн өөр нэгэн шугам бөгөөд энэ нь 1776 онд эхэлж, 1989 онд лац тайлагдсан мэдлэгээс гарсан мэдээ албажсан 1996 онд төгсөх нэгэн хугацааг тодорхойлдог. Тэрхүү хоёр зуун хорин жилийн хугацаа нь Америкийн ирээдүйг заадаг бөгөөд эхэндээ 1776 онд нийтлэгдсэн Европын хаадын төрийн арга ухаанаас болон католицизмын сүмийн ноёрхлоос салан тусгаарласан байдал нь удахгүй ирэх Ням гаргийн хуулиар хүчингүй болно. 1776 оноос 1989 он хүртэлх хугацаа нь газрын араатны зөгнөлийн түүхэн дэх тодорхой нэгэн шугам мөн.</w:t>
      </w:r>
    </w:p>
    <w:p>
      <w:pPr>
        <w:pStyle w:val="ArticleBody"/>
        <w:jc w:val="left"/>
      </w:pPr>
      <w:r>
        <w:rPr>
          <w:rFonts w:ascii="Times New Roman" w:hAnsi="Times New Roman" w:eastAsia="Times New Roman" w:cs="Times New Roman"/>
        </w:rPr>
        <w:t>508-аас 538 он хүртэлх гучин жил нь 538 онд папство Библийн эш үзүүллэгийн тав дахь хаанчлал болон тогтоогдохоос өмнөх эш үзүүллэгийн хугацааг төлөөлдөг. АНУ удахгүй гарах Ням гаргийн хуулиар араатны дүрийг бүрэн бүрдүүлнэ. 538 онд папство тогтоогдоход бэлтгэсэн гучин жилийн хугацаа нь папын араатны дүрийн нэг бүрэлдэхүүн хэсэг мөн. 1798 он руу хөтөлсөн бэлтгэлийн нэгэн үе байсан бөгөөд тэр үед газрын араатан Библийн эш үзүүллэгийн зургаа дахь хаанчлалын сэнтийд суусан юм. 1776-аас 1798 он хүртэлх хугацаа нь 508-аас 538 он хүртэлх хугацаатай нийцдэг.</w:t>
      </w:r>
    </w:p>
    <w:p>
      <w:pPr>
        <w:pStyle w:val="ArticleBody"/>
        <w:jc w:val="left"/>
      </w:pPr>
      <w:r>
        <w:rPr>
          <w:rFonts w:ascii="Times New Roman" w:hAnsi="Times New Roman" w:eastAsia="Times New Roman" w:cs="Times New Roman"/>
        </w:rPr>
        <w:t>Есүс аливаа зүйлийн төгсгөлийг түүний эхлэлээр дүрслэн үзүүлдэг тул 1776 оноос 1798 он хүртэлх түүхэнд төлөөлөгдөн харагддаг эш үзүүллэгийн хугацаа, 508-аас 538 он хүртэлх эш үзүүллэгийн хугацаагаар гэрчлэгдэн, хоёр гэрчийг бий болгодог. Тэдгээр хоёр хугацаа нь Библийн эш үзүүллэг дэх хаанчлал сэнтийд залрагдахаас өмнө оршдог тодорхой нэгэн эш үзүүллэгийн хугацаа байдгийг гэрчилсэн хоёр гэрч болдог. Эдгээр нь хамтдаа 1989 онд эхэлсэн эцсийн үеэс Ням гаргийн хуулийн хүртэлх хугацаа нь 538 болон 1798 оноос өмнөх хоёр хугацаатай нийцдэг болохыг тогтоон харуулдаг.</w:t>
      </w:r>
    </w:p>
    <w:p>
      <w:pPr>
        <w:pStyle w:val="ArticleBody"/>
        <w:jc w:val="left"/>
      </w:pPr>
      <w:r>
        <w:rPr>
          <w:rFonts w:ascii="Times New Roman" w:hAnsi="Times New Roman" w:eastAsia="Times New Roman" w:cs="Times New Roman"/>
        </w:rPr>
        <w:t>1989 онд эхэлсэн төгсгөлийн цаг үеэс Даниел 11-ийн дөчин нэгдүгээр эшлэл дэх Ням гаргийн хууль хүртэлх эш үзүүллэгийн түүх нь 508 оноос 538 он хүртэлх гучин жилийн хугацаагаар хэв шинжлэгдсэн бөгөөд мөн 1776 оноос 1798 он хүртэлх хорин хоёр жилийн хугацаагаар ч хэв шинжлэгдсэн юм.</w:t>
      </w:r>
    </w:p>
    <w:p>
      <w:pPr>
        <w:pStyle w:val="ArticleBody"/>
        <w:jc w:val="left"/>
      </w:pPr>
      <w:r>
        <w:rPr>
          <w:rFonts w:ascii="Times New Roman" w:hAnsi="Times New Roman" w:eastAsia="Times New Roman" w:cs="Times New Roman"/>
        </w:rPr>
        <w:t>Даниел 11-ийн хоёрдугаар эшлэлд, энэхүү эш үзүүллэгийн хугацаанд бүх ерөнхийлөгчдөөс хамгийн баян нь болох Трамп гарч ирэхэд, тэрээр “өдөөн хөдөлгөнө” гэж тодорхойлсон байдаг бөгөөд энэ нь “сэрээнэ” гэсэн утгатай; өөрөөр хэлбэл, тэр үед дэлхийн бүтцийг дээдсийнхэн ажилчин дроноо захиран ноёрхох хоёр шатлалт тогтолцоонд дахин тохируулахыг оролдож байсан даяаршигчдын зорилгыг бүх дэлхийд сэрээн таниулна. Тэдний нэрлэдгээр “агуу дахин тохируулга”-ын нэн тэргүүний зорилт нь дундаж давхаргыг устгах явдал бөгөөд ингэснээр түүхэн дүрүүдээр, тухайлбал Мари Антуанеттагаар түүхэнд төлөөлөгдөн ирсэн дээдсийнхэн түүний нарийн тансаг талхыг үйлдвэрлэдэг байсан доодчуудын нөлөөллөөс тусгаарлагдан, хамгаалагдах юм.</w:t>
      </w:r>
    </w:p>
    <w:p>
      <w:pPr>
        <w:pStyle w:val="ArticleBody"/>
        <w:jc w:val="left"/>
      </w:pPr>
      <w:r>
        <w:rPr>
          <w:rFonts w:ascii="Times New Roman" w:hAnsi="Times New Roman" w:eastAsia="Times New Roman" w:cs="Times New Roman"/>
        </w:rPr>
        <w:t>Глобалистуудын шашин нь шинэ эрин үеийн спиритуализм бөгөөд, тэдний woke-изм, мөн Олон янз байдал, Тэгш байдал ба Хүртээмжийн тухай философиуд нь, Critical Race Theory хэмээх завхарсан үзэл сурталтай хослон, “шинжлэх ухаан” хэмээн худал нэрлэгдсэн дэлхийн дулааралтай хамт, түүнчлэн хүн амыг хоморголон устгах нууц хяналтын оролдлогуудынх нь хамтаар, Трамп түүхэн тавцанд гарч ирэн бүх ертөнцийг Грекийн эсрэг “үймүүлэн хөдөлгөхөд” тодорхой илэрхий болсон юм.</w:t>
      </w:r>
    </w:p>
    <w:p>
      <w:pPr>
        <w:pStyle w:val="ArticleBody"/>
        <w:jc w:val="left"/>
      </w:pPr>
      <w:r>
        <w:rPr>
          <w:rFonts w:ascii="Times New Roman" w:hAnsi="Times New Roman" w:eastAsia="Times New Roman" w:cs="Times New Roman"/>
        </w:rPr>
        <w:t>2016 онд Трампын гарч ирсэн нь хуурамч сэргэлтийн (өдөөн хөдөлгөх) ирэлтийг тэмдэглэж байгаа бөгөөд энэ нь Матай хорин тавдугаар бүлэгт гардаг онгон охидын сэргэлтийг урьдаас сулруулахын тулд Сатаны зохион бүтээсэн хуурамч дуураймал юм. Дэлхийн тавцанд ч бай, эсвэл Америкийн Нэгдсэн Улсын дотор ч бай, глобалистууд эш үзүүллэгийн утгаар луугаар төлөөлөгддөг. Тэд бол арван хаад, дэлхийн банкирууд, дэлхийн тэрбумтан худалдаачид, чөлөөт өрлөгийнхөн болон бусад нууц нийгэмлэгүүд мөн.</w:t>
      </w:r>
    </w:p>
    <w:p>
      <w:pPr>
        <w:pStyle w:val="ArticleBody"/>
        <w:jc w:val="left"/>
      </w:pPr>
      <w:r>
        <w:rPr>
          <w:rFonts w:ascii="Times New Roman" w:hAnsi="Times New Roman" w:eastAsia="Times New Roman" w:cs="Times New Roman"/>
        </w:rPr>
        <w:t>Даяарчлалыг эрхэмлэгч луугийн хүчнүүд гэдэг нь хууль ашиглан дайн хийхүйд (хуульчилсан дайнд) мэргэшсэн хүмүүс мөн. Учир нь Сатан Бурханы Үгийн хууль зүйн маргаануудад олонтаа дүрслэгддэг. Бурхан Өөрт нь үнэнч хүмүүсээ, бурханлаг амьдрагсдыг ямагт дагалддаг хавчлага мөшгөлтийн талаар урьдаас сануулахдаа, тэднийг гэрчлэл өгөхөөр тухайн орны шүүхүүдэд аваачигдана хэмээн амласан. Сатан бол ялзарсан шүүгчдийн, мөн өнөө үед Трампизмын өдөөлтөд автсан энэ нутагт түгээмэл болсон ялзарсан ерөнхий прокуроруудын бэлгэдэл бөгөөд тэдгээр ялзарсан шүүхүүд ба өмгөөлөгчид нь хувьсгал, эмх замбараагүй байдлыг дэмжин өөгшүүлж, бий болгодог байгууллагуудыг ямагт тэтгэн дэмждэг; энэ нь түүхийн туршид Сатаны гол бэлгэдлийн нэг байсаар ирсэн юм.</w:t>
      </w:r>
    </w:p>
    <w:p>
      <w:pPr>
        <w:pStyle w:val="ArticleBody"/>
        <w:jc w:val="left"/>
      </w:pPr>
      <w:r>
        <w:rPr>
          <w:rFonts w:ascii="Times New Roman" w:hAnsi="Times New Roman" w:eastAsia="Times New Roman" w:cs="Times New Roman"/>
        </w:rPr>
        <w:t>Зөвлөлт Холбоот Улс нь эш үзүүллэгийн бэлгэдлээр лууг илэрхийлж байсан. Учир нь бусад зүйлсийн хамт, Фараоны атейзм нь луугийн гол шинжүүдийн нэг мөн. Дөчдүгээр зүйл дэх өмнөдийн хаан гэдэг нь еврей «нэгэв» хэмээх үгийн хаан бөгөөд энэ нь Египет гэсэн утгатай, мөн уг зүйлд «өмнөд» хэмээн орчуулагдсан байдаг. Фараон нь Библийн хувьд 1798 оны “эцсийн цаг”-т Францын атейзмын, өмнөдийн хааны бэлгэдэл бөгөөд мөн 1989 оны “эцсийн цаг”-т Зөвлөлт Холбоот Улсын бэлгэдэл мөн. Хоёулаа луугийн хүчнүүд байсан бөгөөд хоёулаа харь Ромын луугийн хаанчлалаас улбаалсан юм.</w:t>
      </w:r>
    </w:p>
    <w:p>
      <w:pPr>
        <w:pStyle w:val="ArticleBody"/>
        <w:jc w:val="left"/>
      </w:pPr>
      <w:r>
        <w:rPr>
          <w:rFonts w:ascii="Times New Roman" w:hAnsi="Times New Roman" w:eastAsia="Times New Roman" w:cs="Times New Roman"/>
        </w:rPr>
        <w:t>Сүүлчийн өдрүүдэд АНУ нь урвагч протестантизмын бэлгэдэл бөгөөд папын засаглал дэлхийн сэнтийд буцан залрах замдаа ялан дийлдэг гурван саадын эхнийхийг даван туулахын тулд урвагч протестантизм ба Зөвлөлт Холбоот Улсын луугийн хоорондох тэмцлийг овжин удирдан ашигласан юм. Дараагийн саад нь урвагч протестантизм өөрөө бөгөөд түүнийг тэрээр удахгүй гарах Ням гаргийн хуулиар байлдан дагуулна.</w:t>
      </w:r>
    </w:p>
    <w:p>
      <w:pPr>
        <w:pStyle w:val="ArticleBody"/>
        <w:jc w:val="left"/>
      </w:pPr>
      <w:r>
        <w:rPr>
          <w:rFonts w:ascii="Times New Roman" w:hAnsi="Times New Roman" w:eastAsia="Times New Roman" w:cs="Times New Roman"/>
        </w:rPr>
        <w:t>Ерөнхийлөгч Трампын хүч чадал, нөлөө нь глобализмын аюулын талаархи сэрэмжлэлийг эхлүүлсэн бөгөөд энэ нь луу болон урвагч Протестантизмын хоорондох дэлхий нийтийн тэмцэл болон хурцадсан юм. Папын засаглал мөн л ижил хоёр хүч—луу болон урвагч Протестантизмын хоорондох тэмцлийг—анхны газарзүйн саадыг нураахдаа хэрэглэсэн шигээ, хоёр дахь газарзүйн саадыг нураах орчныг бүрдүүлэхийн тулд ашиглаж байна. Үүнд л Нэгдсэн Үндэстний Байгууллагын долоо дахь хаанчлал (энэ нь луугийн хүч мөн) тун удахгүй гарах Ням гаргийн хуулийн үед өөрийн хаанчлалыг араатанд ямар учраас тийм хурдан өгч буй логик оршиж байна. Учир нь энэ нь 1989 оноос хойш аль хэдийн ялагдсан дайсан байсаар ирсэн юм.</w:t>
      </w:r>
    </w:p>
    <w:p>
      <w:pPr>
        <w:pStyle w:val="ArticleBody"/>
        <w:jc w:val="left"/>
      </w:pPr>
      <w:r>
        <w:rPr>
          <w:rFonts w:ascii="Times New Roman" w:hAnsi="Times New Roman" w:eastAsia="Times New Roman" w:cs="Times New Roman"/>
        </w:rPr>
        <w:t>Нэг түвшиндээ энэ нь 1989 онд Зөвлөлт Холбоот Улсын лууг унагахын тулд папын засаг ашиглаж байсан тэрхүү тэмцэл мөн боловч, одоогийн дэвшилтэт woke-измын урвалт протестантизмын MAGA-измын эсрэг тэмцэл нь лууг бус, харин урвалт протестантизмыг ялахад чиглэгдсэн юм. Энэхүү дайн үндсэндээ 2016 онд эхэлсэн бөгөөд дараа нь 2020 онд Сударт худлын эцэг хэмээн нэрлэгддэг луу сонгуулийг хулгайлж, улмаар улс төрийн утгаар Трамп болон Бүгд Найрамдах намын MAGA хөдөлгөөнийг “алуулсан” юм. Илчлэлт номын арван нэгдүгээр бүлэгт ёроолгүй гүнээс гарч ирдэг араатан, өөрөөр хэлбэл атейзмын араатан, хоёр гэрчийг алж, тэднийг дахин амилтал нь гудамжинд орхисон байдаг. Уильям Миллерийн дүрмүүд эш үзүүллэгийн бэлгэдэл нь нэгээс илүү хэрэглээтэй байдгийг заадаг.</w:t>
      </w:r>
    </w:p>
    <w:p>
      <w:pPr>
        <w:pStyle w:val="ArticleBody"/>
        <w:jc w:val="left"/>
      </w:pPr>
      <w:r>
        <w:rPr>
          <w:rFonts w:ascii="Times New Roman" w:hAnsi="Times New Roman" w:eastAsia="Times New Roman" w:cs="Times New Roman"/>
        </w:rPr>
        <w:t>Одоо бид луу болон газар дахь араатныг төгсгөлд нь хүргэдэг урвагч Протестантизмын тэмцлийг авч үзэж байгаа тул, тэр хоёр гэрч нь газар дахь араатны хоёр эвэр мөн. Бүгд Найрамдах эвэр нь 2020 онд, эцэг нь худлын эцэг болох библийн хүчээр алагдсан. Бид энэ өнөөгийн түүхэн үед тэр тэмцлийн яг голомт дунд байна. Даниел арван нэгдүгээр бүлгийн дөчин нэгдүгээр эшлэлд удахгүй ирэх Ням гаргийн хууль хэрэгжих бөгөөд, илчлэлээр бол тэрхүү сатанлаг ажлыг гүйцэлдүүлэх нь урвагч Протестантизм байх болно.</w:t>
      </w:r>
    </w:p>
    <w:p>
      <w:pPr>
        <w:pStyle w:val="ArticleScripture"/>
        <w:jc w:val="left"/>
      </w:pPr>
      <w:r>
        <w:rPr>
          <w:rFonts w:ascii="Times New Roman" w:hAnsi="Times New Roman" w:eastAsia="Times New Roman" w:cs="Times New Roman"/>
        </w:rPr>
        <w:t>“АНУ-ын протестантууд Сүнсч үзлийн гарыг атгахаар ангалыг дамнан гараа хамгийн түрүүн сунгах болно; тэд Ромын эрх мэдэлтэй гар барихаар ёроолгүй ангал дээгүүр хүрэх болно; мөн энэхүү гурвалсан нэгдлийн нөлөөн дор энэ улс мөс чанарын эрхийг гишгэлэн зөрчихдөө Ромын мөрийг дагах болно.” Агуу тэмцэл, 588.</w:t>
      </w:r>
    </w:p>
    <w:p>
      <w:pPr>
        <w:pStyle w:val="ArticleBody"/>
        <w:jc w:val="left"/>
      </w:pPr>
      <w:r>
        <w:rPr>
          <w:rFonts w:ascii="Times New Roman" w:hAnsi="Times New Roman" w:eastAsia="Times New Roman" w:cs="Times New Roman"/>
        </w:rPr>
        <w:t>2016 онд эхэлсэн тэмцэлд хүний үйл явдлуудын ээдрээт харилцан үйлчлэл төлөөлөгдөн илэрхийлэгддэг. Тэрхүү тэмцлийн доторх хүчнүүдийг зөв үнэлэн дүгнэхийн тулд ертөнцийг Армагеддон руу хөтөлдөг гурван хүч тус бүр юуг төлөөлдөг талаар тодорхой байх нь чухал бөгөөд учир нь тэдгээр нь тус бүр өөр өөрийн өвөрмөц эш үзүүллэгийн шинжүүдтэй билээ. Илчлэл ном лууг эхэнд нь, түүний дараа араатныг, араас нь хуурамч эш үзүүлэгчийг үргэлж дарааллуулан өгүүлдэг тул бид эхлээд луугийн, дараа нь араатны, эцэст нь урвагч Протестантизмын хуурамч эш үзүүлэгчийн эш үзүүллэгийн шинжүүдийг тодорхойлон таних ажлыг эхлүүлэх болно.</w:t>
      </w:r>
    </w:p>
    <w:p>
      <w:pPr>
        <w:pStyle w:val="ArticleBody"/>
        <w:jc w:val="left"/>
      </w:pPr>
      <w:r>
        <w:rPr>
          <w:rFonts w:ascii="Times New Roman" w:hAnsi="Times New Roman" w:eastAsia="Times New Roman" w:cs="Times New Roman"/>
        </w:rPr>
        <w:t>Дэвшилтэт Ардчилсан намынхан нь Америкийн Нэгдсэн Улсын тэрслэн унасан протестантууд биш; харин тэд глобализм болон луугийн эш үзүүллэгийн төлөөлөгчид мөн. Удахгүй гарах Ням гаргийн хуулиас өмнө эш үзүүллэгийн өгүүлэмжийг биелүүлэхийн тулд Бүгд Найрамдах нам дахин засгийн эрхэнд эргэн ирэх ёстой. Луугийн хүчний бэлгэ тэмдэг болох Фараон, мөн Христийн цаг үеийн харь Ромын луугийн хүч нь сүүлчийн өдрүүдэд луугийн хүч бол Мосегийн үед болон Христийн үед тохиолдсончлон нялхсыг хөнөөхийг дэмждэг хүч мөн болохыг гэрчлэх хоёр гэрчийг өгдөг.</w:t>
      </w:r>
    </w:p>
    <w:p>
      <w:pPr>
        <w:pStyle w:val="ArticleBody"/>
        <w:jc w:val="left"/>
      </w:pPr>
      <w:r>
        <w:rPr>
          <w:rFonts w:ascii="Times New Roman" w:hAnsi="Times New Roman" w:eastAsia="Times New Roman" w:cs="Times New Roman"/>
        </w:rPr>
        <w:t>Эцсийн өдрүүд бол зуун дөчин дөрвөн мянган хүний өдрүүд бөгөөд тэд Мосегийн болон Хурганы дууг дуулдаг; Мосегийн болон Хурганы түүхэнд хоёуланд нь луугийн эрх мэдэл нялх хүүхдүүдийг хороохыг эрэлхийлсэн билээ. Сатан Эзэн чөлөөлөгч Мосе болон Аврагч Христийг босгон гаргах гэж байгааг мэдэж байсан учраас тэд тийн үйлдсэн юм. Эцсийн өдрүүдэд луу өөрийн цаг хугацаа богино болсныг мэддэг тул асар их уур хилэнтэйгээр бууж ирдэг бөгөөд зуун дөчин дөрвөн мянгын дунд байх боломжтой хүмүүсийг устгах оролдлогоор нялхсыг хөнөөх явдлыг дэмжигч нь мөнөөх луугийн эрх мэдэл мөн. Дэвшилтэт, даяаршлыг дэмжигч, социалист Ардчилсан намынхан бол тун удахгүй гарах Ням гаргийн хуулийн үед бий болох гурвалсан холбоог баталгаажуулахад “хамгийн тэргүүнд” байдаг хүмүүс БИШ; учир нь Ардчилсан намынхан бол хуурамч эш үзүүлэгч бус, харин луугийн эрх мэдэл мөн.</w:t>
      </w:r>
    </w:p>
    <w:p>
      <w:pPr>
        <w:pStyle w:val="ArticleScripture"/>
        <w:jc w:val="left"/>
      </w:pPr>
      <w:r>
        <w:rPr>
          <w:rFonts w:ascii="Times New Roman" w:hAnsi="Times New Roman" w:eastAsia="Times New Roman" w:cs="Times New Roman"/>
        </w:rPr>
        <w:t>“Бурханы хуулийг зөрчин Папын засаглалыг тогтоохыг албадсан зарлигаар манай үндэстэн өөрийгөө зөвт байдлаас бүрэн таслан салгах болно. Протестантизм ангалын цаана гар сунган Ромын эрх мэдлийн гарыг атгах үед, тэрээр ёроолгүй ангал дээгүүр хүрч Спиритуализмтай гар барих үед, энэ гурвалсан нэгдлийн нөлөөн дор манай улс Протестант бөгөөд бүгд найрамдах засаглал болохынхоо хувьд Үндсэн хуулийнхаа бүх зарчмыг няцаан, папын худал сургаал ба мэхлэлтийг түгээн дэлгэрүүлэх нөхцөлийг бүрдүүлэх үед, тэгвэл Сатаны гайхамшигт үйлчлэл эхлэх цаг ирснийг, мөн төгсгөл ойрхон болсныг бид мэдэж болно.” Testimonies, 5-р боть, 451.</w:t>
      </w:r>
    </w:p>
    <w:p>
      <w:pPr>
        <w:pStyle w:val="ArticleBody"/>
        <w:jc w:val="left"/>
      </w:pPr>
      <w:r>
        <w:rPr>
          <w:rFonts w:ascii="Times New Roman" w:hAnsi="Times New Roman" w:eastAsia="Times New Roman" w:cs="Times New Roman"/>
        </w:rPr>
        <w:t>Армагеддон руу дэлхийг удирдан аваачдаг тэр гурван хүч тус бүрийн эш үзүүллэгийн шинжүүд Бурханы Үгэнд нарийн тодорхой тэмдэглэгдсэн байдаг. Луугийн хүч нь Бурхан Мосе болон Христээр хэв шинжлэгдсэн нэгэн ардыг босгон гаргахыг зорьж буй тэр цаг үед нялх хүүхдүүдийг алахыг өөгшүүлдэг хуулиудыг дэмждэг. АНУ-д удахгүй гарах Ням гаргийн хуулийн дараа дэлхийн тавцанд өрнөх тэрхүү адил тэмцлийг урьдчилан төлөөлж, хэв шинжлэн үзүүлдэг АНУ-ын доторх тэмцэлд Либерал Ардчилсан намынхан нь луугийн хүч мөн. Луу бол худал хуурмагийн эцэг бөгөөд либерал, дэвшилтэт глобалистууд худал хэлдгээрээ алдартай.</w:t>
      </w:r>
    </w:p>
    <w:p>
      <w:pPr>
        <w:pStyle w:val="ArticleScripture"/>
        <w:jc w:val="left"/>
      </w:pPr>
      <w:r>
        <w:rPr>
          <w:rFonts w:ascii="Times New Roman" w:hAnsi="Times New Roman" w:eastAsia="Times New Roman" w:cs="Times New Roman"/>
        </w:rPr>
        <w:t>Та нар Миний үгийг яагаад ойлгодоггүй вэ? Учир нь та нар Миний үгийг сонсож чаддаггүй. Та нар эцэг болох диаволоосоо гаралтай бөгөөд эцгийнхээ хүсэл тачаалыг үйлдэхийг хүсдэг. Тэр анхнаасаа алуурчин байсан бөгөөд үнэнд бат зогсоогүй, учир нь түүнд үнэн гэж үгүй. Тэр худлыг хэлэхдээ өөрөөсөө хэлдэг. Учир нь тэр худалч бөгөөд худлын эцэг мөн. Иохан 8:43, 44.</w:t>
      </w:r>
    </w:p>
    <w:p>
      <w:pPr>
        <w:pStyle w:val="ArticleBody"/>
        <w:jc w:val="left"/>
      </w:pPr>
      <w:r>
        <w:rPr>
          <w:rFonts w:ascii="Times New Roman" w:hAnsi="Times New Roman" w:eastAsia="Times New Roman" w:cs="Times New Roman"/>
        </w:rPr>
        <w:t>Эхнээсээ алуурчин (үр хөндөлт үйлдэгч) бөгөөд худалч байсан чөтгөр, өөрөөр хэлбэл Сатан ба луу юм. Маргаанч иудейчүүд Пилаттай маргалдахдаа, өөрсдөд нь Цезариас өөр хаан үгүй хэмээн зоримгоор тунхагласан бөгөөд Цезарь нь луугийн хүч болох харь Ромын бэлгэдэл юм.</w:t>
      </w:r>
    </w:p>
    <w:p>
      <w:pPr>
        <w:pStyle w:val="ArticleScripture"/>
        <w:jc w:val="left"/>
      </w:pPr>
      <w:r>
        <w:rPr>
          <w:rFonts w:ascii="Times New Roman" w:hAnsi="Times New Roman" w:eastAsia="Times New Roman" w:cs="Times New Roman"/>
        </w:rPr>
        <w:t>“Ингэснээр луу нь үндсэндээ Сатаныг төлөөлдөг боловч, хоёрдогч утгаараа энэ нь харь Ромын бэлгэдэл мөн.” Агуу тэмцэл, 439.</w:t>
      </w:r>
    </w:p>
    <w:p>
      <w:pPr>
        <w:pStyle w:val="ArticleBody"/>
        <w:jc w:val="left"/>
      </w:pPr>
      <w:r>
        <w:rPr>
          <w:rFonts w:ascii="Times New Roman" w:hAnsi="Times New Roman" w:eastAsia="Times New Roman" w:cs="Times New Roman"/>
        </w:rPr>
        <w:t>Орчин үеийн иудейчүүд яагаад либерал глобалистууд байдаг юм бол, гэтэл глобалистууд өөрсдөө орчин үеийн иудейчүүдийг тийм ихээр үзэн яддаг атал гэж зарим нь гайхдаг. Учир нь тэд харь Ромын хааныг өөрсдийн цорын ганц хаан байхаар сонгосон юм. Еврей угсааны олон хүн хэчнээн ухаалаг байлаа ч, Мессиаг өөрсдийн хаан хэмээн хүлээн зөвшөөрөхөөс татгалзсан тэрхүү эртний сонголт нь тэднийг луугийн сүрэгт түгжин оруулсан юм.</w:t>
      </w:r>
    </w:p>
    <w:p>
      <w:pPr>
        <w:pStyle w:val="ArticleScripture"/>
        <w:jc w:val="left"/>
      </w:pPr>
      <w:r>
        <w:rPr>
          <w:rFonts w:ascii="Times New Roman" w:hAnsi="Times New Roman" w:eastAsia="Times New Roman" w:cs="Times New Roman"/>
        </w:rPr>
        <w:t>Харин тэд хашхирч, Түүнийг зайлуул, зайлуул, Түүнийг цовдол хэмээв. Пилат тэдэнд, Би та нарын Хааныг цовдлох уу? гэж хэлэв. Ахлах тахилч нар хариулж, Бидэнд Цезариас өөр хаан үгүй гэв. Иохан 19:15.</w:t>
      </w:r>
    </w:p>
    <w:p>
      <w:pPr>
        <w:pStyle w:val="ArticleBody"/>
        <w:jc w:val="left"/>
      </w:pPr>
      <w:r>
        <w:rPr>
          <w:rFonts w:ascii="Times New Roman" w:hAnsi="Times New Roman" w:eastAsia="Times New Roman" w:cs="Times New Roman"/>
        </w:rPr>
        <w:t>Папын эрх мэдлийн төлөөх хавчлагыг Европын хаад хэрэгжүүлсэн бөгөөд Илчлэлт арван долоод гардаг арван хаад Хурган Лоотой дайтах ёстой бөгөөд тэд Түүний дагалдагсдыг хөнөөх замаар тийнхүү үйлддэг.</w:t>
      </w:r>
    </w:p>
    <w:p>
      <w:pPr>
        <w:pStyle w:val="ArticleScripture"/>
        <w:jc w:val="left"/>
      </w:pPr>
      <w:r>
        <w:rPr>
          <w:rFonts w:ascii="Times New Roman" w:hAnsi="Times New Roman" w:eastAsia="Times New Roman" w:cs="Times New Roman"/>
        </w:rPr>
        <w:t>Эдгээр нь Хургатай дайтах болно, харин Хурга тэднийг дийлнэ. Учир нь Тэр бол эздийн Эзэн, хаадын Хаан мөн. Түүнтэй хамт буй хүмүүс нь дуудагдсан, сонгогдсон, итгэлтэй хүмүүс мөн. Илчлэлт 17:14.</w:t>
      </w:r>
    </w:p>
    <w:p>
      <w:pPr>
        <w:pStyle w:val="ArticleBody"/>
        <w:jc w:val="left"/>
      </w:pPr>
      <w:r>
        <w:rPr>
          <w:rFonts w:ascii="Times New Roman" w:hAnsi="Times New Roman" w:eastAsia="Times New Roman" w:cs="Times New Roman"/>
        </w:rPr>
        <w:t>Луугийн хүчний эш үзүүллэгийн шинжүүд нь тэд бол харь шашинт Ромын түүхэн дэх загалмай болон Колизейгаар дүрслэгдсэнчлэн нялхас болон эцсийн өдрүүдийн Христэд итгэгчдийг “өөрсдийн гараар” хөнөөн алдагсдыг заан тодорхойлдог. Харанхуй зууны үед папын Ромын төлөө цусан хядлагыг хэрэгжүүлэхийн тулд Инквизицийг ашигласан нь луугийн хаад байсан. Тэд бол нялх хүүхдүүдийг алан хяддаг хүмүүс бөгөөд худал хуурмагийн хувьд дээд зэргийн хүмүүс мөн. Адольф Хитлер бол үй олноор нь хөнөөгч, мөн худалч хүний орчин үеийн бэлгэдэл юм. Хитлер нь нийгмийн ардчилсан үзэлтэн байсан.</w:t>
      </w:r>
    </w:p>
    <w:p>
      <w:pPr>
        <w:pStyle w:val="ArticleBody"/>
        <w:jc w:val="left"/>
      </w:pPr>
      <w:r>
        <w:rPr>
          <w:rFonts w:ascii="Times New Roman" w:hAnsi="Times New Roman" w:eastAsia="Times New Roman" w:cs="Times New Roman"/>
        </w:rPr>
        <w:t>Дэвшилтэт либералууд Үндэсний социалист Германы ажилчдын намын удирдагч, нийтэд Нацист нам хэмээн танигдсан Адольф Гитлерийн мөрийг дагадаг. Түүний удирдлагын дор Нацист нам тоталитар дэглэмийг хэрэгжүүлж, Холокостыг оролцуулсан олон тооны аймшигт харгислалыг үйлдсэн хариуцлага хүлээдэг байв. Гитлерийн намыг туйлширсан үндсэрхэг үзэл, арьс өнгөөр ялгаварлан гадуурхах үзэл, еврейчүүдийг эсэргүүцэх үзэл, мөн дарангуй захиргаадалттай байнга холбон үздэг. Дэлхийн II дайны үед Нацист Германд суртал ухуулгын сайд байсан Йозеф Геббельс, “Хэрэв чи хангалттай том худал хэлээд түүнийгээ дахин дахин давтсаар байвал, хүмүүс эцэст нь түүнд итгэх болно” хэмээн хэлсэн байдаг.</w:t>
      </w:r>
    </w:p>
    <w:p>
      <w:pPr>
        <w:pStyle w:val="ArticleBody"/>
        <w:jc w:val="left"/>
      </w:pPr>
      <w:r>
        <w:rPr>
          <w:rFonts w:ascii="Times New Roman" w:hAnsi="Times New Roman" w:eastAsia="Times New Roman" w:cs="Times New Roman"/>
        </w:rPr>
        <w:t>Өнөө үед дэвшилт либерал Ардчилсан намынхан түгээмэл тараадаг нэгэн нийтлэг худал нь орчин цагийн Бүгд Найрамдах намын консерватив баруун жигүүрийг Гитлерийн үеийн нацистуудтай адилтган дүрсэлдэг явдал юм. Тэдний хуурамч түүхэн өгүүлэмж Гитлерийн намыг өөрийн цаг үеийн хэт барууны нам байсан гэж зөв тодорхойлдог боловч Гитлер улс төрийн анхны тэмцлүүддээ зүүний жигүүрийн дайснууд болох коммунистуудтай харьцуулахад л хэт баруунд тооцогдож байсан гэдэг үнэнийг ямагт орхигдуулдаг. АНУ-ын улс төрийн хүрээнд Бүгд Найрамдах нам Ардчилсан намаас баруун талд байдаг нь гарцаагүй үнэн боловч Гитлерийн нацист Германы бусад бүх шинж чанар Ардчилсан намын эш үзүүллэгийн шинжүүдийг илэрхийлдэг.</w:t>
      </w:r>
    </w:p>
    <w:p>
      <w:pPr>
        <w:pStyle w:val="ArticleBody"/>
        <w:jc w:val="left"/>
      </w:pPr>
      <w:r>
        <w:rPr>
          <w:rFonts w:ascii="Times New Roman" w:hAnsi="Times New Roman" w:eastAsia="Times New Roman" w:cs="Times New Roman"/>
        </w:rPr>
        <w:t>Библи та нарыг улс төрийн хүрээний баруун эсвэл зүүн талын хөдөлгөөнт хэмжүүрээр бус, харин тэдний үр жимсээр танина гэж тодорхойлдог. Гитлерийн түүхэн дэх хэт үндсэрхэг үзэл нь MAGA хөдөлгөөний эх оронч үзлийг тодорхойлдоггүй. Гитлерийн хэт үндсэрхэг үзэл нь ноёрхогч үндэстэн гэж ялган тодорхойлсноороо онцлог байсан бөгөөд энэ нь АНУ болон дэлхий даяар хоёр шатлалт ангийн тогтолцоо тогтоох гэсэн глобалистуудын оролдлогыг илтгэнэ. Мэдээж, глобалистууд өөрсдийгөө тэрхүү тогтолцооны дээд шатанд, Гитлерийн ноёрхогч үндэстнээр төлөөлөгдөх байр сууринд хардаг.</w:t>
      </w:r>
    </w:p>
    <w:p>
      <w:pPr>
        <w:pStyle w:val="ArticleBody"/>
        <w:jc w:val="left"/>
      </w:pPr>
      <w:r>
        <w:rPr>
          <w:rFonts w:ascii="Times New Roman" w:hAnsi="Times New Roman" w:eastAsia="Times New Roman" w:cs="Times New Roman"/>
        </w:rPr>
        <w:t>Худал хэлэх, бусдад өөрийнхөө зүйлсийг тулгах, буруутгах ур чадвар нь луугийн шинж чанар бөгөөд энэ аргын сонгодог жишээ нь өөрөө баримталж, хэрэгжүүлдэг үйлдэл эсвэл байр суурийг өөр нэгэнд тохон буруутгах явдал юм. Энэ нь өнөөгийн Америкт, түүнчлэн өнөөгийн дэлхийд өдөр тутам тохиолдож байдаг бөгөөд энэ нь диаволын шинж мөн. Учир нь тэр бол “ах дүүсийг буруутгагч” юм.</w:t>
      </w:r>
    </w:p>
    <w:p>
      <w:pPr>
        <w:pStyle w:val="ArticleScripture"/>
        <w:jc w:val="left"/>
      </w:pPr>
      <w:r>
        <w:rPr>
          <w:rFonts w:ascii="Times New Roman" w:hAnsi="Times New Roman" w:eastAsia="Times New Roman" w:cs="Times New Roman"/>
        </w:rPr>
        <w:t>Агуу луу—чөтгөр, Сатан хэмээн нэрлэгддэг, бүх дэлхийг мэхлэгч тэр эртний могой—хаягдан унагав. Тэр газар дэлхий рүү хаягдан, түүний тэнгэрэлч нар ч түүнтэй хамт хаягдан унав. Тэгээд би тэнгэрт чанга дуугаар ийн хэлэхийг сонсов: «Одоо аврал, хүч чадал, манай Бурханы хаанчлал, Түүний Христийн эрх мэдэл ирлээ. Учир нь ах дүүсийг маань өдөр шөнөгүй манай Бурханы өмнө буруутгадаг буруутгагч хаягдан унав». Илчлэлт 12:9, 10.</w:t>
      </w:r>
    </w:p>
    <w:p>
      <w:pPr>
        <w:pStyle w:val="ArticleBody"/>
        <w:jc w:val="left"/>
      </w:pPr>
      <w:r>
        <w:rPr>
          <w:rFonts w:ascii="Times New Roman" w:hAnsi="Times New Roman" w:eastAsia="Times New Roman" w:cs="Times New Roman"/>
        </w:rPr>
        <w:t>Өнөөгийн эрин үеийн дэвшилтэт даяаршигчдын эш үзүүллэгийн зэрэгцүүлэл болох Гитлерийн Герман нь зорилготой суртал ухуулгын машинтай байсан бөгөөд өнөөгийн дэвшилтэт либералууд ч мөн тийм юм. Тэнд л нацист Германы Суртал ухуулгын сайд Иозеф Геббельсийн тодорхойлсон “том худал”-ыг давтан хэлэх явдал өнөөдөр дэлхий даяарх харилцаа холбооны төрөл бүрийн сувгуудаар компьютерийн алгоритмын математик нарийвчлалтайгаар дахин давтагдаж байна. (CNN, MSNBC, BBC, NPR, Google, Facebook гэх мэтээр үргэлжилнэ).</w:t>
      </w:r>
    </w:p>
    <w:p>
      <w:pPr>
        <w:pStyle w:val="ArticleBody"/>
        <w:jc w:val="left"/>
      </w:pPr>
      <w:r>
        <w:rPr>
          <w:rFonts w:ascii="Times New Roman" w:hAnsi="Times New Roman" w:eastAsia="Times New Roman" w:cs="Times New Roman"/>
        </w:rPr>
        <w:t>Рейхстагийн түймэр нь Дэлхийн II дайны өмнөх Германы түүхэн дэх онцгой чухал үйл явдал байв. Энэ нь нэг дэлхийн засгийн газар тогтоох оролдлогоо хэрэгжүүлэхдээ дэвшилтэт либерал глобалистууд ямар худал хуурмагийг үйлддэгийн сонгодог дүрслэлийг өгдөг. Энэ явдал 1933 оны 2 дугаар сарын 27-ны шөнө болсон бөгөөд Берлин хот дахь, Германы парламент байрлаж байсан Рейхстагийн барилга (2020 оны 1 дүгээр сарын 6-ны АНУ-ын Капитолын барилгуудтай зэрэгцүүлэн үзэж болох) галд өртсөн юм.</w:t>
      </w:r>
    </w:p>
    <w:p>
      <w:pPr>
        <w:pStyle w:val="ArticleBody"/>
        <w:jc w:val="left"/>
      </w:pPr>
      <w:r>
        <w:rPr>
          <w:rFonts w:ascii="Times New Roman" w:hAnsi="Times New Roman" w:eastAsia="Times New Roman" w:cs="Times New Roman"/>
        </w:rPr>
        <w:t>Галыг санаатайгаар тавьсан галдан шатаалт гэж үзсэн бөгөөд энэ нь Адольф Хитлер, Херманн Гөринг нарын удирдлага дор байсан нацист засгийн газарт Рейхстагийн галын тухай зарлигийг шахан гаргуулах шалтаг болж өгсөн. Германы Ерөнхийлөгч Пауль фон Хинденбургийн гарын үсэг зурсан энэхүү зарлиг нь иргэний эрх, эрх чөлөөг түдгэлзүүлж, улс төрийн өрсөлдөгчдийг баривчлах, хорих боломжийг олгосон. Энэ нь нацист эрх мэдлийг нэгтгэн төвлөрүүлэх үйл явц болон Германд ардчилсан институцууд доройтон мөхөхөд чиглэсэн томоохон алхам болсон юм.</w:t>
      </w:r>
    </w:p>
    <w:p>
      <w:pPr>
        <w:pStyle w:val="ArticleBody"/>
        <w:jc w:val="left"/>
      </w:pPr>
      <w:r>
        <w:rPr>
          <w:rFonts w:ascii="Times New Roman" w:hAnsi="Times New Roman" w:eastAsia="Times New Roman" w:cs="Times New Roman"/>
        </w:rPr>
        <w:t>Ихэнх шударга түүхчдийн хүлээн зөвшөөрдөгөөр Гитлерийн хүмүүсийн тавьсан тэр гал нь 2020 оны 1 дүгээр сарын 6-ны үйл явдлыг, мөн Үндсэн хуулинд агуулагдсан зарчмуудын хүрээнд бүрэн зөвшөөрөгдсөнөөс өөр юу ч хийгээгүй байсан хүмүүсийн Үндсэн хуулиар олгогдсон эрхүүдийг дараа нь устгасан явдлыг, ялангуяа дэвшилтэт либералуудын магтан дэмждэг Black Life Matters болон Antifa хэмээх хөдөлгөөнүүдийн бий болгосон эмх замбараагүй байдал, сүйтгэлтэй харьцуулахад, бэлгэдэн төлөөлсөн юм. 1 дүгээр сарын 6 бол луугийн үр жимс мөн бөгөөд үүнийг Гитлерийн Германы нацистууд урьдчилан бэлгэдэн үзүүлсэн юм.</w:t>
      </w:r>
    </w:p>
    <w:p>
      <w:pPr>
        <w:pStyle w:val="ArticleBody"/>
        <w:jc w:val="left"/>
      </w:pPr>
      <w:r>
        <w:rPr>
          <w:rFonts w:ascii="Times New Roman" w:hAnsi="Times New Roman" w:eastAsia="Times New Roman" w:cs="Times New Roman"/>
        </w:rPr>
        <w:t>Америкийн Нэгдсэн Улс дахь социалист Ардчилсан намынхан Трампыг Гитлерийн бэлгэ тэмдэг хэмээн дахин дахин тодорхойлдог; учир нь тэдний үйл ажиллагааны тулгуур зарчим нь, хэрэв та хангалттай том худал хэлж, түүнийгээ хэвлэл мэдээллийн суртал ухуулгын машинаараа тасралтгүй давтан өгүүлбэл, Мари Антуанеттын зарц нар эцэст нь түүнд итгэнэ гэсэнд оршдог.</w:t>
      </w:r>
    </w:p>
    <w:p>
      <w:pPr>
        <w:pStyle w:val="ArticleBody"/>
        <w:jc w:val="left"/>
      </w:pPr>
      <w:r>
        <w:rPr>
          <w:rFonts w:ascii="Times New Roman" w:hAnsi="Times New Roman" w:eastAsia="Times New Roman" w:cs="Times New Roman"/>
        </w:rPr>
        <w:t>Бид энэхүү судалгааг дараагийн өгүүлэлд үргэлжлүүлнэ.</w:t>
      </w:r>
    </w:p>
    <w:p>
      <w:pPr>
        <w:pStyle w:val="ArticleScripture"/>
        <w:jc w:val="left"/>
      </w:pPr>
      <w:r>
        <w:rPr>
          <w:rFonts w:ascii="Times New Roman" w:hAnsi="Times New Roman" w:eastAsia="Times New Roman" w:cs="Times New Roman"/>
        </w:rPr>
        <w:t>Ард түмнүүд ээ, эвлэлдэн нэгдэгтүн; гэвч та нар бут ниргэгдэх болно. Алс холын бүх орны хүмүүс ээ, анхааран сонсогтун: бүсээ чангалцгаа; гэвч та нар бут ниргэгдэх болно; бүсээ чангалцгаа; гэвч та нар бут ниргэгдэх болно. Хамтран зөвлөлдөгтүн, гэвч тэр нь талаар өнгөрнө; үг хэлэгтүн, гэвч тэр нь тогтохгүй. Учир нь Бурхан бидэнтэй хамт байна. ЭЗЭН хүчирхэг мутраараа надад ийнхүү айлдаж, намайг энэ ард түмний замаар явахгүй байхыг сургамжилж, ийн хэлсэн нь: Энэ ард түмэн “Хуйвалдаан” хэмээн нэрлэх бүхнийг та нар “Хуйвалдаан” гэж бүү нэрлэгтүн; тэдний эмээдэг зүйлээс бүү эмээ, бүү ай. Түмэн цэргийн ЭЗЭНийг Өөрийг нь ариунаар өргөмжлөгтүн; Тэр л та нарын айдас байг, Тэр л та нарын сүрдэлт байг. Тэр ариун газар байх болно; харин Израилийн хоёр гэрийн хувьд бүдрэх чулуу, тээглэх хад, Иерусалимын оршин суугчдын хувьд урхи, занга байх болно. Тэдний дундаас олон нь бүдэрч, унаж, бут ниргэгдэж, урхидагдан, баригдах болно. Гэрчлэлийг боон хадгалж, хуулийг Миний шавь нарын дунд лацдан битүүмжил. Исаиа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хорин зургаа дахь нь</dc:title>
  <dc:subject>Зөгнөлийн өгүүлэмжийг нээн илрүүлэх нь: Даниелын арван нэгдүгээр бүлэг болон орчин үеийн үйл явдлуудын судалгаа</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