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Хорин Долоо</w:t>
      </w:r>
    </w:p>
    <w:p>
      <w:pPr>
        <w:pStyle w:val="ArticleSubtitle"/>
        <w:jc w:val="left"/>
      </w:pPr>
      <w:r>
        <w:rPr>
          <w:rFonts w:ascii="Arial" w:hAnsi="Arial" w:eastAsia="Arial" w:cs="Arial"/>
        </w:rPr>
        <w:t>Исаиагаас авсан ойлголтууд: Хорон холбоотны эш үзүүллэгийн шинж чанаруудыг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Луугийн эш үзүүллэгийн шинж чанар нь Исаиагийн тодорхойлсноор холбоотон болох явдал юм.</w:t>
      </w:r>
    </w:p>
    <w:p>
      <w:pPr>
        <w:pStyle w:val="ArticleScripture"/>
        <w:jc w:val="left"/>
      </w:pPr>
      <w:r>
        <w:rPr>
          <w:rFonts w:ascii="Times New Roman" w:hAnsi="Times New Roman" w:eastAsia="Times New Roman" w:cs="Times New Roman"/>
        </w:rPr>
        <w:t>Ай ард түмнүүд ээ, нэгдэн холбоцгоо, тэгвэл та нар бут цохигдох болно; алс холын орнуудын бүх хүмүүс ээ, анхааран сонсогтун: бүсээ чангалцгаа, тэгвэл та нар бут цохигдох болно; бүсээ чангалцгаа, тэгвэл та нар бут цохигдох болно. Зөвлөлдөн хуйвалдагтун, гэвч тэр нь талаар өнгөрнө; үг хэлэгтун, гэвч тэр нь тогтохгүй: учир нь Бурхан бидэнтэй хамт байна. Учир нь ЭЗЭН надад хүчирхэг мутраараа ийн айлдаж, намайг энэ ард түмний замаар явах ёсгүй хэмээн сургасан нь, “Энэ ард түмэн ‘Холбоо’ гэж нэрлэдэг бүхэнд та нар ‘Холбоо’ гэж бүү хэл; тэдний айдсаас бүү эмээгтүн, бүү айн сүрд. Түмэн цэргийн ЭЗЭНийг Өөрийг нь ариунаар өргөмжил; Тэр Өөрөө та нарын айдас байг, Тэр Өөрөө та нарын сүрдэл байг. Тэгвэл Тэр ариун газар байх болно; харин Израилийн хоёр гэрт бүдрэлийн чулуу, тээглэлийн хад болж, Иерусалимын оршин суугчдад урхи, занга болно. Тэдний дундаас олон нь бүдэрч, унаж, бут цохигдож, урхидуулж, баригдах болно. Гэрчлэлийг боож, хуулийг миний шавь нарын дунд битүүмжил.” Исаиа 8:9–16.</w:t>
      </w:r>
    </w:p>
    <w:p>
      <w:pPr>
        <w:pStyle w:val="ArticleBody"/>
        <w:jc w:val="left"/>
      </w:pPr>
      <w:r>
        <w:rPr>
          <w:rFonts w:ascii="Times New Roman" w:hAnsi="Times New Roman" w:eastAsia="Times New Roman" w:cs="Times New Roman"/>
        </w:rPr>
        <w:t>Эцсийн өдрүүдэд, нэг зуун дөчин дөрвөн мянгыг тамгалах үед, Исаиа: “Гэрчлэлийг боож, хуулийг Миний шавь нарын дунд битүүмжил” гэж хэлэхэд, дэлхий дээр “хорон холбоо” оршин байна. Ням гаргийн хуулинд хүргэх Америкийн Нэгдсэн Улсын түүх нь дэлхий нийтийн түвшинд өрнөх тэрхүү адил үйл явдлуудын урьдач дүрслэл болж байгааг ойлгох нь чухал юм.</w:t>
      </w:r>
    </w:p>
    <w:p>
      <w:pPr>
        <w:pStyle w:val="ArticleScripture"/>
        <w:jc w:val="left"/>
      </w:pPr>
      <w:r>
        <w:rPr>
          <w:rFonts w:ascii="Times New Roman" w:hAnsi="Times New Roman" w:eastAsia="Times New Roman" w:cs="Times New Roman"/>
        </w:rPr>
        <w:t>“Гадаадын үндэстнүүд Америкийн Нэгдсэн Улсын жишээг дагана. Тэрээр тэргүүлэн эхлүүлнэ, гэвч мөнөөх адил хямрал манай ард түмэн дээр дэлхийн бүх хэсэгт ирэх болно.” Testimonies, volume 6, 395.</w:t>
      </w:r>
    </w:p>
    <w:p>
      <w:pPr>
        <w:pStyle w:val="ArticleBody"/>
        <w:jc w:val="left"/>
      </w:pPr>
      <w:r>
        <w:rPr>
          <w:rFonts w:ascii="Times New Roman" w:hAnsi="Times New Roman" w:eastAsia="Times New Roman" w:cs="Times New Roman"/>
        </w:rPr>
        <w:t>Уайт эгч “хорон холбоо” гэж хэн болохыг нягтлан тодорхойлсон бөгөөд энэ нь орчин үеийн даяарч үзэлтнүүдийн дэвшилтэт либерализмыг төлөөлдөг. Тэр үүнийг ийнхүү тодорхойлохдоо Исаиагийн өмнөх эшлэлүүдийг дахин дахин иш татдаг бөгөөд тэдгээр нь зуун дөчин дөрвөн мянгын лацдах цаг үед буй хорон холбоог тодорхойлдог.</w:t>
      </w:r>
    </w:p>
    <w:p>
      <w:pPr>
        <w:pStyle w:val="ArticleScripture"/>
        <w:jc w:val="left"/>
      </w:pPr>
      <w:r>
        <w:rPr>
          <w:rFonts w:ascii="Times New Roman" w:hAnsi="Times New Roman" w:eastAsia="Times New Roman" w:cs="Times New Roman"/>
        </w:rPr>
        <w:t>“Эзэн эш үзүүлэгч Исаиагаар дамжуулан тунхаглаж байна: Исаиа 8:9–13-ыг эш татав.”</w:t>
      </w:r>
    </w:p>
    <w:p>
      <w:pPr>
        <w:pStyle w:val="ArticleScripture"/>
        <w:jc w:val="left"/>
      </w:pPr>
      <w:r>
        <w:rPr>
          <w:rFonts w:ascii="Times New Roman" w:hAnsi="Times New Roman" w:eastAsia="Times New Roman" w:cs="Times New Roman"/>
        </w:rPr>
        <w:t>“Христэд итгэгчид Чөлөөт Масонууд болон бусад нууц нийгэмлэгүүдэд харьяалагдах нь зөв эсэхэд эргэлзэн асуудаг хүмүүс байдаг. Ийм бүх хүн саяхан иш татсан Судруудыг тунгаан бодог. Хэрэв бид ер нь Христэд итгэгчид мөн юм бол, хаана ч байсан Христэд итгэгчид байх ёстой бөгөөд Бурханы Үгийн жишгийн дагуу биднийг Христэд итгэгч болгохын тулд өгөгдсөн зөвлөгөөг анхааран дагаж мөрдөх учиртай.” Evangelism, 617, 618.</w:t>
      </w:r>
    </w:p>
    <w:p>
      <w:pPr>
        <w:pStyle w:val="ArticleBody"/>
        <w:jc w:val="left"/>
      </w:pPr>
      <w:r>
        <w:rPr>
          <w:rFonts w:ascii="Times New Roman" w:hAnsi="Times New Roman" w:eastAsia="Times New Roman" w:cs="Times New Roman"/>
        </w:rPr>
        <w:t>Эцсийн өдрүүдийн хорон муу холбоотон бүлэглэл нь Чөлөөт өрлөгчид болон бусад нууц нийгэмлэгүүдтэй холбоотой. Түүний шашин нь сүнслэг үзэл бөгөөд энэ нь дэлхийн банкны эздээс болон “дэлхийн баялаг ба эрх мэдлийг төвлөрүүлдэг” газрын тэрбумтан худалдаачдаас бүрддэг; мөн тэд “Францын хувьсгал”-ын эмх замбараагүй байдлыг дахин бий болгох оролдлогоор, “дэлхий даяарх” цар хүрээнд “тайван бус байдал, үймээн самуун, цус урсгалын сүнс”-ийг дэвэргэхийн тулд Antifa болон Black Lives Matter зэрэг хөдөлгөөнүүдийг дэмжин урагшлуулдаг.</w:t>
      </w:r>
    </w:p>
    <w:p>
      <w:pPr>
        <w:pStyle w:val="ArticleScripture"/>
        <w:jc w:val="left"/>
      </w:pPr>
      <w:r>
        <w:rPr>
          <w:rFonts w:ascii="Times New Roman" w:hAnsi="Times New Roman" w:eastAsia="Times New Roman" w:cs="Times New Roman"/>
        </w:rPr>
        <w:t>“Сүнслэг үзэл нь хүмүүс уналтад ороогүй хагас бурхад мөн; ‘оюун ухаан бүр өөрөө өөрийгөө шүүнэ’; ‘жинхэнэ мэдлэг хүмүүсийг аливаа хуулиас дээгүүр тавьдаг’; ‘үйлдсэн бүх нүгэл гэмгүй’; учир нь ‘юу байгаа тэр нь зөв,’ бөгөөд ‘Бурхан яллан буруушаадаггүй’ хэмээн нотолдог. Хүний дундах хамгийн адгийн нэгнийг ч энэ нь тэнгэрт байгаа, тэндээ үлэмж өндөрт өргөмжлөгдсөн мэтээр дүрсэлдэг. Ийнхүү энэ нь бүх хүнд, ‘Та нар юу хийх нь огт хамаагүй; хүссэнээрээ амьдар, тэнгэр бол чиний гэр’ хэмээн тунхагладаг. Иймээс асар олон хүн хүсэл тачаалыг хамгийн дээд хууль мөн, задгайдлыг эрх чөлөө мөн, хүн зөвхөн өөрийнхөө өмнө л хариуцлага хүлээнэ гэж итгэхэд хөтлөгддөг.”</w:t>
      </w:r>
    </w:p>
    <w:p>
      <w:pPr>
        <w:pStyle w:val="ArticleScripture"/>
        <w:jc w:val="left"/>
      </w:pPr>
      <w:r>
        <w:rPr>
          <w:rFonts w:ascii="Times New Roman" w:hAnsi="Times New Roman" w:eastAsia="Times New Roman" w:cs="Times New Roman"/>
        </w:rPr>
        <w:t>“Амьдралын яг эхэнд, өдөөлт хамгийн хүчтэй байж, өөрийгөө хорих ба ариун байдлын шаардлага хамгийн яаралтай тулгардаг тэр үед ийм сургаал өгөгдөж байгаа нөхцөлд, ариун журамт байдлыг хамгаалах баталгаа хаана байна вэ? ертөнц хоёр дахь Содом болохоос юун саатуулах вэ? Үүний зэрэгцээ эмх замбараагүй байдал бүх хуулийг, зөвхөн тэнгэрлэг хуулийг ч биш, хүний хуулийг ч мөн адил арчин зайлуулахыг эрмэлзэж байна. Эд баялаг ба эрх мэдлийг төвлөрүүлэх явдал; олонхийн хохирлоор цөөнхийг баяжуулахын төлөөх асар том нэгдлүүд; өөрсдийн ашиг сонирхол ба шаардлагыг хамгаалахын төлөө ядуу давхаргынхны байгуулж буй нэгдлүүд; тайван бус байдал, үймээн самуун, цус урсгалтын сүнс; Францын хувьсгалд хүргэсэн тэрхүү ижил сургаалуудын дэлхий даяарх түгээлт—эдгээр нь бүгд Францыг донсолгосон тэр тэмцэлтэй адил тэмцэлд бүх дэлхийг татан оруулах хандлагатай байна.” Education, 227, 228.</w:t>
      </w:r>
    </w:p>
    <w:p>
      <w:pPr>
        <w:pStyle w:val="ArticleBody"/>
        <w:jc w:val="left"/>
      </w:pPr>
      <w:r>
        <w:rPr>
          <w:rFonts w:ascii="Times New Roman" w:hAnsi="Times New Roman" w:eastAsia="Times New Roman" w:cs="Times New Roman"/>
        </w:rPr>
        <w:t>Ухаалаг бодолтой хэн боловч, саяхан Давост болсон, тэнд цөөн хэдэн эрчүүд дэлхийн бусад хүн амыг огтхон ч харгалзан үзэлгүйгээр дэлхий гаргийн талаархи төлөвлөгөөгөө илэрхийлсэн ийм уулзалтуудад юу өрнөдөг вэ гэж өөрөөсөө асуух ёстой. Тэнд ямар нууцууд хэлэлцэгдсэн бэ? Мэдээж, Давос бол дэлхийн тэрбумтнууд, банкирууд, завхарсан улс төрчид, ёс суртахууны хувьд гажууд эрчүүд дэлхий гаргийн төлөө өөрсдийн өргөмжлөгдсөн төлөвлөгөөг боловсруулдаг хэд хэдэн нууц, хязгаарлагдмал уулзалтын ердөө нэг нь юм.</w:t>
      </w:r>
    </w:p>
    <w:p>
      <w:pPr>
        <w:pStyle w:val="ArticleScripture"/>
        <w:jc w:val="left"/>
      </w:pPr>
      <w:r>
        <w:rPr>
          <w:rFonts w:ascii="Times New Roman" w:hAnsi="Times New Roman" w:eastAsia="Times New Roman" w:cs="Times New Roman"/>
        </w:rPr>
        <w:t>“Эдгээр эцсийн өдрүүдэд Бурхан бут цохигдоно хэмээн тунхагласан хачин төөрөгдөл, хүний зохиосон онолууд гарч ирж байна. Шуналын сүнс хүмүүсийг ертөнцийн ашиг хонжоо эрэлхийлэхэд хүргэсэн бөгөөд, тэд зорилгодоо хүрэхийн тулд үйлдсэн өөрсдийн бузар хэргүүдийг тансаглал, сүр үзүүлэлтээр нуухыг оролдсон юм. Өндөр итгэл хүлээсэн албан тушаал хашиж буй хүмүүс энэхүү хууль бус ашиг хонжоо олох хүслийг илчилсэн; тэд мөлжлөг, дээрэм тонуул үйлдэж, зүрх сэтгэлийнхээ хорон тачаалыг хангаж ирсэн бөгөөд, үүний улмаас манай хотууд тэдний бузар муугаар ялзарчээ. Бурхан эдгээр мэхлэл, дээрэм тонуулын үйлсийг өөрсдийнх нь үйлдлээр илчлэн гаргана гэж тунхагласан. Зарим тохиолдолд Бурханы шүүлт эдгээр хотууд дээр аль хэдийн хүндээр буусан байна.”</w:t>
      </w:r>
    </w:p>
    <w:p>
      <w:pPr>
        <w:pStyle w:val="ArticleScripture"/>
        <w:jc w:val="left"/>
      </w:pPr>
      <w:r>
        <w:rPr>
          <w:rFonts w:ascii="Times New Roman" w:hAnsi="Times New Roman" w:eastAsia="Times New Roman" w:cs="Times New Roman"/>
        </w:rPr>
        <w:t>“Исаиа 8:8–12 эшлэл.” Review and Herald, 1907 оны 7 дугаар сарын 18.</w:t>
      </w:r>
    </w:p>
    <w:p>
      <w:pPr>
        <w:pStyle w:val="ArticleBody"/>
        <w:jc w:val="left"/>
      </w:pPr>
      <w:r>
        <w:rPr>
          <w:rFonts w:ascii="Times New Roman" w:hAnsi="Times New Roman" w:eastAsia="Times New Roman" w:cs="Times New Roman"/>
        </w:rPr>
        <w:t>Өмнөх эшлэлд зөгнөн хэлсэнчлэн хотууд ялзарч, тэрхүү ялзрал нь Исаиа номын наймдугаар бүлэгт өгүүлсэн хорон нэгдлээс үүдэн бий болж байна. Тэд “итгэл хүлээлгэсэн өндөр албан тушаал хашиж буй хүмүүс”-ээр дамжин ялзарсан бөгөөд тэд “хууль бус ашиг хонжоо олох хүсэл”-ээ “илчилсэн” юм. Ялзарсан хотууд нь ерөнхий прокурорууд нь Жорж Сорос мэтийн коммунистуудын санхүүжилтээр сонгогдсон муж улсуудаас амархан харагдана. Энэ нь Вашингтон, Колумбийн тойрогт ялзарсан улс төрчдийн улмаас тогтоогдсон хуулиуд хэрэгжихгүй орхигдох үед харагдана. Мөн Нэнси Пелоси, Адам Шифф зэрэг хүмүүсээр жишээлэгдэн, хуулиудыг улс төрийн хүрээний нөгөө талынхны эсрэг л хэрэглэж байгаагаар харагдана.</w:t>
      </w:r>
    </w:p>
    <w:p>
      <w:pPr>
        <w:pStyle w:val="ArticleScripture"/>
        <w:jc w:val="left"/>
      </w:pPr>
      <w:r>
        <w:rPr>
          <w:rFonts w:ascii="Times New Roman" w:hAnsi="Times New Roman" w:eastAsia="Times New Roman" w:cs="Times New Roman"/>
        </w:rPr>
        <w:t>ЭЗЭНий эсрэг гэмт хэрэг үйлдэж, худал хэлэн, өөрсдийн Бурханаас зайлан одож, дарлал ба тэрслүүгийн үгсийг хэлж, зүрх сэтгэлээсээ худал хуурмагийн үгсийг сэдэн гаргаж, айлдан байна. Шударга шүүлт хойш түлхэгдэж, зөвт байдал алсад зогсож байна. Учир нь үнэн гудамжинд унасан бөгөөд тэгш шударга ёс дотогш орж чадахгүй байна. Тийм ээ, үнэн үгүй болжээ; мөн муугаас холддог хүн өөрийгөө олз болгодог. ЭЗЭН үүнийг харж, шударга шүүлт үгүй байсанд нь тааламжгүй байв. Исаиа 59:13–15.</w:t>
      </w:r>
    </w:p>
    <w:p>
      <w:pPr>
        <w:pStyle w:val="ArticleBody"/>
        <w:jc w:val="left"/>
      </w:pPr>
      <w:r>
        <w:rPr>
          <w:rFonts w:ascii="Times New Roman" w:hAnsi="Times New Roman" w:eastAsia="Times New Roman" w:cs="Times New Roman"/>
        </w:rPr>
        <w:t>Review and Herald-оос авсан өмнөх эшлэлд, өндөр хариуцлага, итгэл хүлээсэн албан тушаал эрхэлдэг эрчүүдийг, өөрсдөдөө зориулан “дотоод мэдээлэлд тулгуурласан арилжаа”-г хуульчлах хууль тогтоох үйл ажиллагааныхаа улмаас Уолл-стрит дэх багц хөрөнгө нь боломжит хамгийн сайн өгөөжөөс ч үргэлж давж гардаг, өөр хэнд ч биш, ялзарсан улс төрчид хэмээн тодорхойлж байна. Марта Стюартын түүхийг эргэн хар. Эшлэл дэх хотууд өөрсдийн ёс бусын улмаас ялзарсан бөгөөд энэ нь ялангуяа даяарчлалыг дэмжигч Ардчилсан намын захирдаг хотууд, муж улсуудад онцгой тод харагддаг.</w:t>
      </w:r>
    </w:p>
    <w:p>
      <w:pPr>
        <w:pStyle w:val="ArticleBody"/>
        <w:jc w:val="left"/>
      </w:pPr>
      <w:r>
        <w:rPr>
          <w:rFonts w:ascii="Times New Roman" w:hAnsi="Times New Roman" w:eastAsia="Times New Roman" w:cs="Times New Roman"/>
        </w:rPr>
        <w:t>Эцсийн өдрүүд дэх хорон эвсэл нь луу, араатан, хуурамч эш үзүүлэгчээс бүрддэг бөгөөд араатан ба хуурамч эш үзүүлэгч нь өөр өөрсдийн бузар эш үзүүллэгийн шинж чанартай байдаг; харин либерал глобализмд илт тод харагддаг шинжүүд нь луугийн шинжүүд мөн.</w:t>
      </w:r>
    </w:p>
    <w:p>
      <w:pPr>
        <w:pStyle w:val="ArticleScripture"/>
        <w:jc w:val="left"/>
      </w:pPr>
      <w:r>
        <w:rPr>
          <w:rFonts w:ascii="Times New Roman" w:hAnsi="Times New Roman" w:eastAsia="Times New Roman" w:cs="Times New Roman"/>
        </w:rPr>
        <w:t>“Илчлэлт 17:13–14-ийг эш татав. ‘Эдгээр нь нэг санаатай.’ Нийтлэг нэгдлийн холбоо, нэгэн агуу зохицол, Сатаны хүчний эвсэл бий болно. ‘Мөн өөрсдийн хүч чадал ба эрх мэдлээ араатанд өгнө.’ Ийнхүү шашны эрх чөлөө, мөс чанарын шаардлагын дагуу Бурханд мөргөх эрх чөлөөний эсрэг чиглэсэн мөнөөх дур зоргын, дарлангуй хүч илэрхийлэгддэг бөгөөд энэ нь урьд цагт Ромын шашны зан үйл, ёслолд нийцэхээс татгалзаж зүрхэлсэн хүмүүсийг папын засаг хавчин мөрдөж байхдаа илэрхийлж байсан тэрхүү хүч мөн юм.</w:t>
      </w:r>
    </w:p>
    <w:p>
      <w:pPr>
        <w:pStyle w:val="ArticleScripture"/>
        <w:jc w:val="left"/>
      </w:pPr>
      <w:r>
        <w:rPr>
          <w:rFonts w:ascii="Times New Roman" w:hAnsi="Times New Roman" w:eastAsia="Times New Roman" w:cs="Times New Roman"/>
        </w:rPr>
        <w:t>“Эцсийн өдрүүдэд өрнөх дайнд, Еховагийн хуулинд үнэнч байх байдлаас тэрсэлсэн бүх ялзарсан хүчнүүд Бурханы ард түмний эсрэг нэгдэн босох болно. Энэ дайнд дөрөвдүгээр тушаалын Амралтын өдөр нь маргааны агуу гол асуудал байх болно; учир нь Амралтын өдрийн тушаал дотор агуу Хууль Өгөгч Өөрийгөө тэнгэр ба газрын Бүтээгч хэмээн илэрхийлдэг.” The Seventh-day Adventist Bible Commentary, 983.</w:t>
      </w:r>
    </w:p>
    <w:p>
      <w:pPr>
        <w:pStyle w:val="ArticleBody"/>
        <w:jc w:val="left"/>
      </w:pPr>
      <w:r>
        <w:rPr>
          <w:rFonts w:ascii="Times New Roman" w:hAnsi="Times New Roman" w:eastAsia="Times New Roman" w:cs="Times New Roman"/>
        </w:rPr>
        <w:t>Дараах өгүүллүүдэд бид араатан болон урвасан протестантизмын эш үзүүллэгийн шинж чанаруудыг авч үзэх болно. Ням гаргийн хууль тогтоомжийг хэрэгжүүлэх явцад аль улс төрийн нам манлайлан удирдаж, бүхнийг ардаас нь хөдөлгөж буй талаар илчлэгдсэн зүйлийг таньж мэдэх нь чухал юм. Мэдээж, хоёр нам (Ардчилсан ба Бүгд Найрамдах) хоёулаа Ням гаргийн хуулийн асуудал дээр, загалмайн өмнө фарисайчууд ба садукайчууд нэгдэн нийлсэнтэй адил, нэгэн зэрэг нийлдэг; гэвч Ардчилсан намтай протестант буюу урвасан протестант гэсэн нэршлийг холбон үзэх ямар ч үндэслэлтэй шалтгаан үгүй, учир нь тэр нь луугийн хүч мөн нь тодорхой билээ.</w:t>
      </w:r>
    </w:p>
    <w:p>
      <w:pPr>
        <w:pStyle w:val="ArticleBody"/>
        <w:jc w:val="left"/>
      </w:pPr>
      <w:r>
        <w:rPr>
          <w:rFonts w:ascii="Times New Roman" w:hAnsi="Times New Roman" w:eastAsia="Times New Roman" w:cs="Times New Roman"/>
        </w:rPr>
        <w:t>Нэг зуун дөчин дөрвөн мянгыг тамгалах түүх бол Исаиагийн наймдугаар бүлэгт гардаг бузар эвслийг танин тогтоодог түүх мөн. Тэрхүү түүх 2001 оны есдүгээр сарын 11-нд, дөрөвдэх ерөнхийлөгч болох хоёр дахь Буш засгийн эрхэнд байх үед эхэлсэн. Тэр түүхэнд зургаа дахь ерөнхийлөгч 2016 онд гарч ирэх бөгөөд тэрээр Грекийн бүх хаант улсыг сэрээх (өдөөх) байв. Учир нь тэр луугийн хүч ба урвасан протестантизмын хоорондын тэмцэлд ертөнцийг сэрээж, улмаар араатныг газрын хаан ширээнд дахин залруулах ажлыг гүйцэлдүүлнэ.</w:t>
      </w:r>
    </w:p>
    <w:p>
      <w:pPr>
        <w:pStyle w:val="ArticleBody"/>
        <w:jc w:val="left"/>
      </w:pPr>
      <w:r>
        <w:rPr>
          <w:rFonts w:ascii="Times New Roman" w:hAnsi="Times New Roman" w:eastAsia="Times New Roman" w:cs="Times New Roman"/>
        </w:rPr>
        <w:t>Трампын эсрэг чиглэсэн сохор, ухаангүй үзэн ядалтыг олон хүн нэгэн төрлийн солиорол хэмээн тодорхойлдог. Учир нь энэ нь шударга бус байдал болон эрүүл бус логик дээр үндэслэдэг. Дэлхий ертөнц Трампад хандсан энэхүү ямар ч үндэслэлгүй үзэн ядалтыг тодорхойлохыг оролддог. Гэвч бодит байдал дээр энэ нь глобалистуудын талаарх хүний энгийн солиорол бус, харин нэг зуун дөчин дөрвөн мянгыг тамгалах түүхийн явц дахь эш үзүүллэгийн биеллийн ер бусын илрэл мөн.</w:t>
      </w:r>
    </w:p>
    <w:p>
      <w:pPr>
        <w:pStyle w:val="ArticleScripture"/>
        <w:jc w:val="left"/>
      </w:pPr>
      <w:r>
        <w:rPr>
          <w:rFonts w:ascii="Times New Roman" w:hAnsi="Times New Roman" w:eastAsia="Times New Roman" w:cs="Times New Roman"/>
        </w:rPr>
        <w:t>“Бурханы ард түмэн өдгөө бараг шүтээн шүтлэгт автагдсан олон мянган хотуудын дээр айсуй сүйрлийг мэдрэх ухааралтай байсан ч болоосой! Гэвч үнэнийг тунхаглах учиртай олон хүн ахан дүүсээ буруутгаж, яллан шийтгэж байна. Бурханы хөрвүүлэгч хүч оюун санаанд нөлөөлөхөд тодорхой өөрчлөлт гарна. Хүмүүс шүүмжилж, нураан унагаах хандлагагүй болно. Тэд дэлхийд гэрэл гэрэлтэхэд саад болдог байр сууринд зогсохгүй. Тэдний шүүмжлэл, тэдний буруутгал зогсоно. Дайсны хүчнүүд тулалдаанд зориулан цугларч байна. Хатуу ширүүн мөргөлдөөнүүд бидний өмнө байна. Ах дүү нар аа, эгч дүү нар аа, нягт нийл; нягт нийл. Христтэй нэгдэн холбогд. ‘Холбоо’ гэж бүү хэлэгтүн, ... тэдний айдсаас бүү эмээгтүн, бүү айгтун. Түмэн цэргийн ЭЗЭНийг Өөрийг нь ариунаар хүндэтгэгтүн; Тэр Өөрөө та нарын айдас, та нарын сүрдэлт байг. Тэр ариун газар байх боловч, Израилийн хоёр гэрт хоёуланд нь бүдрүүлэх чулуу, тээглэх хад, Иерусалимын оршин суугчдад урхи, занга болно. Тэдний дунд олон хүн бүдэрч, унана, хэмхрэн эвдэрнэ, урхидагдан баригдана.’</w:t>
      </w:r>
    </w:p>
    <w:p>
      <w:pPr>
        <w:pStyle w:val="ArticleScripture"/>
        <w:jc w:val="left"/>
      </w:pPr>
      <w:r>
        <w:rPr>
          <w:rFonts w:ascii="Times New Roman" w:hAnsi="Times New Roman" w:eastAsia="Times New Roman" w:cs="Times New Roman"/>
        </w:rPr>
        <w:t>“Дэлхий бол тайз юм. Түүний оршин суугчид болох жүжигчид агуу эцсийн жүжигт өөрсдийн дүрээ бүтээхээр бэлтгэж байна. Бурханыг нүднээс алдсан байна. Хүн төрөлхтний ихэнх олонд хүмүүс аминч зорилгоо биелүүлэхээр холбоотон болохоос өөр нэгдэл үгүй. Бурхан ажиглан харж байна. Түүний тэрслүү харьяат хүмүүсийнхээ талаар тогтоосон зорилгууд биелэгдэх болно. Дэлхий ертөнцийг хүмүүсийн гарт өгөөгүй, гэвч Бурхан эмх замбараагүй байдал, самууны хүчин зүйлсийг хэсэг хугацаанд ноёрхохыг зөвшөөрч байна. Доороос ирэх нэгэн хүч энэ жүжгийн агуу эцсийн үзэгдлүүдийг авчрахын тулд ажиллаж байна, —Сатан Христ мэт ирж, нууц нийгэмлэгүүдэд өөрсдийгөө холбон нэгтгэж буй хүмүүсийн дунд зөвт бусын бүх мэхлэлтээр үйлдэж байна. Холбоо сүлбээ байгуулах хүсэл тачаалд бууж өгч буй хүмүүс дайсны төлөвлөгөөг хэрэгжүүлж байна. Шалтгааныг үр дагавар дагах болно.”</w:t>
      </w:r>
    </w:p>
    <w:p>
      <w:pPr>
        <w:pStyle w:val="ArticleScripture"/>
        <w:jc w:val="left"/>
      </w:pPr>
      <w:r>
        <w:rPr>
          <w:rFonts w:ascii="Times New Roman" w:hAnsi="Times New Roman" w:eastAsia="Times New Roman" w:cs="Times New Roman"/>
        </w:rPr>
        <w:t>“Гэм нүгэл бараг дээд хязгаартaa хүрээд байна. Дэлхий ертөнц самуун будлианаар дүүрч, хүн төрөлхтөн дээр агуу айдас удалгүй ирэх гэж байна. Төгсгөл маш ойрхон байна. Үнэнийг мэддэг бид дэлхий дээр асар их гэнэтийн гайхамшиг мэт нөмрөн ирэх зүйлд бэлтгэж байх ёстой.” Review and Herald, 1903 оны 9 дүгээр сарын 10.</w:t>
      </w:r>
    </w:p>
    <w:p>
      <w:pPr>
        <w:pStyle w:val="ArticleBody"/>
        <w:jc w:val="left"/>
      </w:pPr>
      <w:r>
        <w:rPr>
          <w:rFonts w:ascii="Times New Roman" w:hAnsi="Times New Roman" w:eastAsia="Times New Roman" w:cs="Times New Roman"/>
        </w:rPr>
        <w:t>Гурав дахь гаслангийн Ислам “мянга мянган хотууд”-ыг цохих гэж байгаа бөгөөд Лаодикеийн Адвентизмд удахгүй тохиох сүйрлийн талаар ямар ч мэдрэмж алга. Исаиагийн дүрсэлсэн хорон эвсэл ажлаа гүйцэтгэж буй цаг үед, “драмын сүүлчийн агуу үзэгдлүүдийг бий болгохоор ажиллаж” буй сатанлаг “доороос гарч ирэх хүч” байдаг бөгөөд эдгээр зүйлс “даван гарахын аргагүй гэнэтийн явдал” мэт ирдэг. Трампын эсрэг үйлдэгдэж буй галзуурал нь доороос гарч ирэх хүчнээс үүдэлтэй. Энэ нь дэлхийн түүхийн төгсгөлийн үзэгдлүүдийн нэг бүрэлдэхүүн хэсэг мөн.</w:t>
      </w:r>
    </w:p>
    <w:p>
      <w:pPr>
        <w:pStyle w:val="ArticleBody"/>
        <w:jc w:val="left"/>
      </w:pPr>
      <w:r>
        <w:rPr>
          <w:rFonts w:ascii="Times New Roman" w:hAnsi="Times New Roman" w:eastAsia="Times New Roman" w:cs="Times New Roman"/>
        </w:rPr>
        <w:t>Үүнийг Трампыг дэмжсэн хэрэг хэмээн ойлгож болохгүй; энэ нь зүгээр л хэзээ ч няцдаггүй Бурханы Үг юм. Зуун дөчин дөрвөн мянгыг тамгалах үеэр Бурхан Өөрийн хүчийг дээрээс асган буулгаж байхад, Сатан доороос өөрийн хүчийг хэрэгжүүлж байдаг.</w:t>
      </w:r>
    </w:p>
    <w:p>
      <w:pPr>
        <w:pStyle w:val="ArticleScripture"/>
        <w:jc w:val="left"/>
      </w:pPr>
      <w:r>
        <w:rPr>
          <w:rFonts w:ascii="Times New Roman" w:hAnsi="Times New Roman" w:eastAsia="Times New Roman" w:cs="Times New Roman"/>
        </w:rPr>
        <w:t>“Хэрэв бид гурав дахь тэнгэрэлчийн мэдээний сүнс ба хүчийг эзэмшихийг хүсвэл, хуулийг болон сайн мэдээг хамтад нь тунхаглах ёстой; учир нь тэд гар гараасаа хөтлөн явдаг. Доороос ирэх нэгэн хүч Бурханы хуулийг хүчингүй болгох, мөн Христ бол бидний зөвт байдал мөн гэсэн үнэнийг гишгэлэн доромжлуулахын тулд дуулгаваргүйчүүдийн хүүхдүүдийг өдөөн турхирч байхад, дээрээс ирэх нэгэн хүч үнэнч хүмүүсийн зүрх сэтгэлд үйлчлэн, хуулийг өргөмжилж, Есүсийг төгс Аврагч хэмээн өргөж байна. Хэрэв бурханлаг хүч Бурханы ард түмний амьдралын туршлагад авчрагдахгүй бол, хуурамч онолууд ба үзэл санаанууд оюун санааг олзлон эзэмдэж, Христ ба Түүний зөвт байдал олон хүний туршлагаас хасагдан, тэдний итгэл хүч чадалгүй, амьгүй болно.” Gospel Workers, 161.</w:t>
      </w:r>
    </w:p>
    <w:p>
      <w:pPr>
        <w:pStyle w:val="ArticleBody"/>
        <w:jc w:val="left"/>
      </w:pPr>
      <w:r>
        <w:rPr>
          <w:rFonts w:ascii="Times New Roman" w:hAnsi="Times New Roman" w:eastAsia="Times New Roman" w:cs="Times New Roman"/>
        </w:rPr>
        <w:t>Удалгүй хэрэгжих Ням гаргийн хуулиас өмнө, түүнд хүргэх явцад илрэх Сатаны хүчний илрэл нь удахгүй хэрэгжих Ням гаргийн хуулийн үед тохиолдох Сатаны хүчний оргил үйлдлийг бэлгэдэн дүрсэлдэг.</w:t>
      </w:r>
    </w:p>
    <w:p>
      <w:pPr>
        <w:pStyle w:val="ArticleScripture"/>
        <w:jc w:val="left"/>
      </w:pPr>
      <w:r>
        <w:rPr>
          <w:rFonts w:ascii="Times New Roman" w:hAnsi="Times New Roman" w:eastAsia="Times New Roman" w:cs="Times New Roman"/>
        </w:rPr>
        <w:t>“Бурханы хуулийг зөрчин Папын засаглалыг тогтоохыг албадсан зарлигаар манай үндэстэн өөрийгөө зөвт байдлаас бүрмөсөн таслан салгах болно. Протестантизм ангал дээгүүр гараа сунган Ромын эрх мэдлийн гарыг атгах үед, тэрээр ёроолгүй ангал дээгүүр тэмүүлэн Спиритизмтэй гар барих үед, энэхүү гурвалсан нэгдлийн нөлөөн дор манай улс Протестант бөгөөд бүгд найрамдах засаглалынхаа хувьд Үндсэн хуулийнхаа аливаа зарчмыг үгүйсгэж, папын худал сургаал ба төөрөгдлийг дэлгэрүүлэхэд зориулсан арга хэмжээг авах үед, тэгвэл Сатаны гайхамшигт ажиллагааны цаг ирснийг, мөн төгсгөл ойрхон байгааг бид мэдэж болно.” Testimonies, volume 5, 451.</w:t>
      </w:r>
    </w:p>
    <w:p>
      <w:pPr>
        <w:pStyle w:val="ArticleBody"/>
        <w:jc w:val="left"/>
      </w:pPr>
      <w:r>
        <w:rPr>
          <w:rFonts w:ascii="Times New Roman" w:hAnsi="Times New Roman" w:eastAsia="Times New Roman" w:cs="Times New Roman"/>
        </w:rPr>
        <w:t>Одоогоор доороос гарч ирж, АНУ дахь лууны глобалист төлөөлөгчдөөр үйл ажиллагаагаа илрүүлж буй тэрхүү сэдэл нь Ням гаргийн хууль хэрэгжсэний дараа дэлхийн улс үндэстнүүдэд дахин давтагдан илрэх болно. Бүр одоо ч дэлхийн улс үндэстнүүд Трампын талаар мөн адил ер бусын солиорлыг илэрхийлж байна.</w:t>
      </w:r>
    </w:p>
    <w:p>
      <w:pPr>
        <w:pStyle w:val="ArticleScripture"/>
        <w:jc w:val="left"/>
      </w:pPr>
      <w:r>
        <w:rPr>
          <w:rFonts w:ascii="Times New Roman" w:hAnsi="Times New Roman" w:eastAsia="Times New Roman" w:cs="Times New Roman"/>
        </w:rPr>
        <w:t>“Харь үндэстнүүд Америкийн Нэгдсэн Улсын жишээг дагана. Хэдийгээр тэргүүлэн алхах боловч, дэлхийн бүх хэсэгт буй манай ард түмэн дээр мөнөөх адил хямрал ирэх болно.” Testimonies, volume 6, 395.</w:t>
      </w:r>
    </w:p>
    <w:p>
      <w:pPr>
        <w:pStyle w:val="ArticleBody"/>
        <w:jc w:val="left"/>
      </w:pPr>
      <w:r>
        <w:rPr>
          <w:rFonts w:ascii="Times New Roman" w:hAnsi="Times New Roman" w:eastAsia="Times New Roman" w:cs="Times New Roman"/>
        </w:rPr>
        <w:t>АНУ-ын Бүгд Найрамдах намынхан Ардчилсан намынхны Трампыг логик үндэсгүйгээр эсэргүүцэж буйг галзуурал хэмээн тодорхойлдог боловч, үнэн хэрэгтээ энэ нь Даниел 11:2-ын биелэл болж буй сатаны хүчний ер бусын илрэл мөн. 1989 онд эхэлсэн төгсгөлийн цаг үеэс хойших зургаа дахь ерөнхийлөгч болох Трамп нь бүх дэлхийн социалист даяаршигчдыг “өдөөх” (сэрээх) ёстой байсан. Түүний эсрэг буй үзэн ядалт нь ер бусын шинжтэй бөгөөд энэ нь тун удахгүй гарах Ням гаргийн хуулийн үед илүү их хэмжээгээр ирэх сатаны хүчний илрэлийг урьдчилан дүрсэлж байна.</w:t>
      </w:r>
    </w:p>
    <w:p>
      <w:pPr>
        <w:pStyle w:val="ArticleBody"/>
        <w:jc w:val="left"/>
      </w:pPr>
      <w:r>
        <w:rPr>
          <w:rFonts w:ascii="Times New Roman" w:hAnsi="Times New Roman" w:eastAsia="Times New Roman" w:cs="Times New Roman"/>
        </w:rPr>
        <w:t>Доороос гарах хүчний илрэл нь, Систер Уайтын иш татсанаар, Исаиа наймдугаар бүлэгт анхааруулсан тэрхүү хорон нэгдлийн үеэр явагддаг бөгөөд тэр үед Бурханы ард түмнийг тамгалах үйл явц өрнөж байдаг.</w:t>
      </w:r>
    </w:p>
    <w:p>
      <w:pPr>
        <w:pStyle w:val="ArticleScripture"/>
        <w:jc w:val="left"/>
      </w:pPr>
      <w:r>
        <w:rPr>
          <w:rFonts w:ascii="Times New Roman" w:hAnsi="Times New Roman" w:eastAsia="Times New Roman" w:cs="Times New Roman"/>
        </w:rPr>
        <w:t>Гэрчлэлийг боож, хуулийг Миний шавь нарын дунд лацдан битүүмжил. Исаиа 8:16.</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“Ер бусын шинж чанартай аймшигт үзэгдлүүд тэнгэрт удахгүй илчлэгдэнэ; энэ нь гайхамшиг үйлдэгч чөтгөрүүдийн хүчний тэмдэг байх болно. Чөтгөрүүдийн сүнснүүд газрын хаад уруу болон бүх дэлхий уруу очиж, тэднийг мэхлэлд бат хүлж, тэнгэрийн захиргааны эсрэг хийх Сатаны эцсийн тэмцэлд нэгдэхэд нь түлхэнэ. Эдгээр хэрэгслээр эрх баригчид ч, харьяат ард ч адилхан мэхлэгдэх болно. Христ Өөрөө мөн хэмээн дүр эсгэж, дэлхийн Аврагчид хамаарах цол хэргэм болон мөргөлийг өөртөө нэхэмжлэх хүмүүс гарч ирнэ. Тэд эдгэрүүлэх гайхамшигт үйлсийг үйлдэж, мөн Судрын гэрчлэлтэй зөрчилдөх тэнгэрээс ирсэн илчлэлүүдийг хүлээн авсан хэмээн мэдүүлэх болно.”</w:t>
      </w:r>
    </w:p>
    <w:p>
      <w:pPr>
        <w:pStyle w:val="ArticleScripture"/>
        <w:jc w:val="left"/>
      </w:pPr>
      <w:r>
        <w:rPr>
          <w:rFonts w:ascii="Times New Roman" w:hAnsi="Times New Roman" w:eastAsia="Times New Roman" w:cs="Times New Roman"/>
        </w:rPr>
        <w:t>“Мэхлэлтийн агуу драмын титэмлэх үйл хэрэг болгон Сатан өөрөө Христийн дүрийг эсгэнэ. Чуулган удаан хугацааны турш Аврагчийн ирэлтийг өөрийн найдварын төгс биелэл хэмээн хүсэн хүлээж ирсэн. Одоо агуу мэхлэгч Христ ирчихсэн мэтээр үзүүлэх болно. Дэлхийн янз бүрийн хэсэгт Сатан хүмүүсийн дунд Илчлэлт номд Иоханы өгүүлсэн Бурханы Хүүгийн дүрслэлтэй адил, нүд гялбам хурц гэрэл цацруулсан сүр жавхлант нэгэн оршихуй болон өөрийгөө илчлэн харуулна. Илчлэлт 1:13–15. Түүнийг хүрээлэх алдар сууг үхэлт хүний нүд урьд өмнө хэзээ ч харж байгаагүй юутай ч зүйрлэшгүй. Ялалтын уухай агаарт цуурайтна: ‘Христ ирлээ! Христ ирлээ!’ Тэрээр газар дээр байхдаа шавь нараа ерөөж байсанчлан, хүмүүс түүний өмнө мөргөн сөхөрч байхад тэр гараа өргөн тэднийг ерөөнө. Түүний дуу хоолой намуухан, дөлгөөн атлаа аялгуутай. Тэрээр уужим зөөлөн, энэрэнгүй өнгөөр Аврагчийн айлдаж байсан нигүүлсэл дүүрэн тэнгэрлэг үнэнүүдийн заримыг нь тунхаглаж; хүмүүсийн өвчнийг эдгээж, дараа нь Христийн дүрийг эсгэсэн тэр чанартаа Амралтын өдрийг Ням гараг болгож өөрчилсөн хэмээн мэдэгдэж, өөрийн ерөөсөн тэр өдрийг ариунаар сахихыг бүгдэд тушаана. Долоо дахь өдрийг ариунаар сахисаар байгаа хүмүүсийг өөрт нь гэрэл ба үнэний хамт илгээгдсэн тэнгэрэлчдийнх нь үгийг сонсохоос татгалзсанаар түүний нэрийг доромжилж байна хэмээн тэр зарлана. Энэ бол бараг дийлдэхийн аргагүй хүчтэй төөрөгдөл мөн. Симон Магийн мэхэнд хууртагдсан самаричуудын адил, багаас их хүртэлх олон түмэн ‘Энэ бол “Бурханы агуу хүч” мөн’ хэмээн өгүүлж, эдгээр илбэд анхаарлаа хандуулна. Үйлс 8:10.”</w:t>
      </w:r>
    </w:p>
    <w:p>
      <w:pPr>
        <w:pStyle w:val="ArticleScripture"/>
        <w:jc w:val="left"/>
      </w:pPr>
      <w:r>
        <w:rPr>
          <w:rFonts w:ascii="Times New Roman" w:hAnsi="Times New Roman" w:eastAsia="Times New Roman" w:cs="Times New Roman"/>
        </w:rPr>
        <w:t>“Харин Бурханы ард түмэн төөрөгдөхгүй. Энэхүү хуурамч христийн сургаал нь Судруудтай нийцэхгүй. Түүний ерөөл нь араатан болон түүний хөрөгт мөргөгчдөд тунхаглагддаг бөгөөд Библид Бурханы цэвэр хилэн тэдний дээр асгагдана хэмээн зарлагдсан яг тэр бүлэг хүмүүст юм.”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Хорин Долоо</dc:title>
  <dc:subject>Исаиагаас авсан ойлголтууд: Хорон холбоотны эш үзүүллэгийн шинж чанаруудыг илчлэх нь</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