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хорин есдүгээр хэсэг</w:t>
      </w:r>
    </w:p>
    <w:p>
      <w:pPr>
        <w:pStyle w:val="ArticleSubtitle"/>
        <w:jc w:val="left"/>
      </w:pPr>
      <w:r>
        <w:rPr>
          <w:rFonts w:ascii="Arial" w:hAnsi="Arial" w:eastAsia="Arial" w:cs="Arial"/>
        </w:rPr>
        <w:t>Зөгнөлийн ач холбогдлыг нээн илчлэхүй: Бүгд Найрамдахчуудын эвэр ба төгсгөлийн эцсийн хөдөлгөөнүүд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Бид Даниел номын арван нэгдүгээр бүлгийн дөчдүгээр эшлэлийг авч үзэж байгаа бөгөөд Бүгд Найрамдах үзлийн эвэртэй холбогдох тэрхүү дөчдүгээр эшлэлийн эш үзүүллэгийн шугамыг авч хэлэлцэж байна. Бид энэхүү хэрэглээг 1989 онд ирсэн эцсийн цаг дээр үндэслэж байна. Тэр шугам нь 1989 оноос эхлэн удахгүй ирэх Ням гаргийн хууль хүртэлх түүхийг төлөөлдөг бөгөөд папын засаг анх эрх мэдэлтэй болж, Орлеаны зөвлөл дээр Ням гаргийн хуулийг хэрэгжүүлсэн 508-аас 538 он хүртэлх эш үзүүллэгийн үеээр хэв шинжлэгддэг. Түүнчлэн энэ нь Христийн төрөлтөөс Түүний баптисм хүртэлх шугамаар мөн хэв шинжлэгддэг.</w:t>
      </w:r>
    </w:p>
    <w:p>
      <w:pPr>
        <w:pStyle w:val="ArticleBody"/>
        <w:jc w:val="left"/>
      </w:pPr>
      <w:r>
        <w:rPr>
          <w:rFonts w:ascii="Times New Roman" w:hAnsi="Times New Roman" w:eastAsia="Times New Roman" w:cs="Times New Roman"/>
        </w:rPr>
        <w:t>Бид мөн тэр шугамуудад Даниел 11-ийн хоёрдугаар ишлэлд буй эш үзүүллэгийн түүхийн шугамыг нэмж байна. Тэндээс бид 1989 онд болсон төгсгөлийн цагийн дараах АНУ-ын зургаа дахь ерөнхийлөгч нь Дональд Трамп бөгөөд тэрээр уг ишлэлийн дагуу 2016 оны сонгуулиар Грекийн бүх хаанчлалыг (даяарчлал) “өдөөн хөдөлгөдөг” (сэрээдэг) гэдгийг олж хардаг.</w:t>
      </w:r>
    </w:p>
    <w:p>
      <w:pPr>
        <w:pStyle w:val="ArticleBody"/>
        <w:jc w:val="left"/>
      </w:pPr>
      <w:r>
        <w:rPr>
          <w:rFonts w:ascii="Times New Roman" w:hAnsi="Times New Roman" w:eastAsia="Times New Roman" w:cs="Times New Roman"/>
        </w:rPr>
        <w:t>Дараа нь бид 1989 оноос хойш хамтаараа дэлхийг сорилтын хугацааны хаалт руу, Төгс Хүчит Бурханы агуу өдрийн тулалдаан болох Армагеддон руу хөтөлж буй луу, араатан, хуурамч эш үзүүлэгчийн гурвалсан холбоог бүрдүүлдэг гурван хүчтэй холбоотой эш үзүүллэгийн шинжүүдийг авч үзэж эхэлсэн. Бид Илчлэл номын арван гуравдугаар бүлгийн газрын араатны Бүгд Найрамдах эвэрийн улс төрийн шинж чанаруудыг таньж тогтоохын тулд эдгээр эш үзүүллэгийн шинжүүдийг авч үзэж байна. Бүгд Найрамдах үзэл ба Протестант үзлийн хоёр эвэр нь Даниел номын наймдугаар бүлэгт Мидо-Персийн хуцан дээрх хоёр эвэртэйгээр төлөөлөгдсөн юм.</w:t>
      </w:r>
    </w:p>
    <w:p>
      <w:pPr>
        <w:pStyle w:val="ArticleScripture"/>
        <w:jc w:val="left"/>
      </w:pPr>
      <w:r>
        <w:rPr>
          <w:rFonts w:ascii="Times New Roman" w:hAnsi="Times New Roman" w:eastAsia="Times New Roman" w:cs="Times New Roman"/>
        </w:rPr>
        <w:t>Тэгээд би нүдээ өргөн харвал, үзтэл, голын өмнө хоёр эвэртэй нэгэн хуц зогсож байв. Тэр хоёр эвэр нь өндөр ажээ; харин нэг нь нөгөөгөөсөө өндөр бөгөөд, өндөр нь хожим урган гарчээ. Даниел 8:3.</w:t>
      </w:r>
    </w:p>
    <w:p>
      <w:pPr>
        <w:pStyle w:val="ArticleBody"/>
        <w:jc w:val="left"/>
      </w:pPr>
      <w:r>
        <w:rPr>
          <w:rFonts w:ascii="Times New Roman" w:hAnsi="Times New Roman" w:eastAsia="Times New Roman" w:cs="Times New Roman"/>
        </w:rPr>
        <w:t>Медо-Перс нь Францын хувьсгалын үеийн Францын адил, мөн Америкийн Нэгдсэн Улсын адил хоёр талт хүч байв. Америкийн Нэгдсэн Улсын хоёр эвэр нь Бүгд Найрамдах үзэл ба Протестантизм мөн; харин хоёр эвэртэй газрын араатан эхэндээ хурганы адил араатан байснаа, эцэстээ луу мэт ярьдаг араатан болон хувирдаг. Эврийн хоёр эш үзүүллэгийн шугам Даниелын арван нэгдүгээр бүлгийн дөчдүгээр зүйлд нэгэн зэрэг зэрэгцэн явдаг бөгөөд тэдгээрийг хамтад нь авч үзвэл хоёулаа 1798 онд, төгсгөлийн цагт, эхэлдэг. Эврүүдийг тус тусад нь судлахад, Протестантизмын эвэр эш үзүүллэгийн хувьд 1798 оны төгсгөлийн цагтай холбогддог, харин Бүгд Найрамдах үзлийн эвэр 1989 оны төгсгөлийн цагтай холбогддог.</w:t>
      </w:r>
    </w:p>
    <w:p>
      <w:pPr>
        <w:pStyle w:val="ArticleBody"/>
        <w:jc w:val="left"/>
      </w:pPr>
      <w:r>
        <w:rPr>
          <w:rFonts w:ascii="Times New Roman" w:hAnsi="Times New Roman" w:eastAsia="Times New Roman" w:cs="Times New Roman"/>
        </w:rPr>
        <w:t>Хоёр эвэр хоёулаа Христийн үед Синедрион нь садукайчууд болон фарисайчуудаас бүрдэж байсан жишээгээр дүрслэгдсэнчлэн хоёрдмол шинжтэй. Садукайчууд нь либералууд, харин фарисайчууд нь консервативууд байсан бөгөөд, өөрсдийгөө ил тод дайснууд хэмээн зарлаж байсан боловч, тэд Христийн эсрэг загалмай дээр нэгдэн нийлсэн юм. Удахгүй гарах Ням гаргийн хуулийн үед урвагч протестантизмын болон урвагч Бүгд Найрамдах үзлийн хоёр эвэр хоёулаа Христийн үнэнч долоо дахь өдрийн Амралтын өдрийг сахигчдын эсрэг сүм-төрийн харилцаа холбоог бүрдүүлэх болно. Гэвч газрын араатны түүхийн явцад тэр хоёр эвэр урагшлахын хэрээр, эвэр тус бүр дотроо садукайчуудын либерализм болон фарисайчуудын консерватизмаар дүрслэгдсэн дотоод маргаантай байдаг.</w:t>
      </w:r>
    </w:p>
    <w:p>
      <w:pPr>
        <w:pStyle w:val="ArticleBody"/>
        <w:jc w:val="left"/>
      </w:pPr>
      <w:r>
        <w:rPr>
          <w:rFonts w:ascii="Times New Roman" w:hAnsi="Times New Roman" w:eastAsia="Times New Roman" w:cs="Times New Roman"/>
        </w:rPr>
        <w:t>Бид одоо Бүгд Найрамдах үзлийн эврийг авч үзэж байгаа бөгөөд Ардчилсан нам нь АНУ-ын түүхийн хамгийн эхэн үе рүү гарал үүслээ хөтөлдөг гэдгийг анхаарах хэрэгтэй. Энэ нам 1828 онд байгуулагдсан боловч түүний улс төрийн гарал үүсэл нь Томас Жефферсон болон Жэймс Мэдисон нартай холбоотой байв. Мидо-Персийн хоёр эврийн гэрчлэлийн дагуу, Бүгд Найрамдах нам нь Ардчилсан намын боолчлолыг дэмжсэн байр суурийг эсэргүүцэн 1854 онд байгуулагдсан. Иймээс энэ нь Даниелын наймдугаар бүлгийн “илүү өндөр” эвэр байсан, учир нь хамгийн сүүлд гарч ирсэн эвэр нь тэр байв.</w:t>
      </w:r>
    </w:p>
    <w:p>
      <w:pPr>
        <w:pStyle w:val="ArticleBody"/>
        <w:jc w:val="left"/>
      </w:pPr>
      <w:r>
        <w:rPr>
          <w:rFonts w:ascii="Times New Roman" w:hAnsi="Times New Roman" w:eastAsia="Times New Roman" w:cs="Times New Roman"/>
        </w:rPr>
        <w:t>Бүгд Найрамдах эвэрний хоёрдмол шинж чанарын хувьд, Ардчилсан нам эхэнд гарч ирсэн бөгөөд Бүгд Найрамдах нам сүүлд гарч ирсэн. Бүгд Найрамдах намыг бий болгосон асуудал нь боолчлолыг дэмждэг Ардчилсан намын байр суурийн эсрэг, боолчлолын эсрэг түүний байр суурь байсан юм. Хоёр эвэрт хоёуланд нь хамаарах сэдэв нь улс төрийн эсвэл сүнслэг боолчлол юм. Тийм учраас 1863 он хоёр эвэрт хоёуланд нь эргэлтийн цэг болсон билээ. 1863 онд Бүгд Найрамдах эвэр боолуудад эрх чөлөөг тунхагласан бөгөөд тэрхүү эрх чөлөөнд Ардчилсан намын үзүүлсэн эсэргүүцэл нь зөвхөн албан ёсны Бүгд Найрамдах намыг төдийгүй, мөн АНУ-ын Иргэний дайныг ч төрүүлсэн юм. 1776 онд Америкийн Нэгдсэн Улс дуугарч, Европын хаадын (Төрийн засаглал) болон папын (Сүмийн засаглал) боолчлолыг хоёуланг нь няцаасан. Дараа нь 1789 онд Үндсэн хууль хүчин төгөлдөр болох үед Америкийн Нэгдсэн Улс дуугарсан. Газрын араатан папын болон хаант Европын хавчлагын “үерийг залгисан” билээ.</w:t>
      </w:r>
    </w:p>
    <w:p>
      <w:pPr>
        <w:pStyle w:val="ArticleScripture"/>
        <w:jc w:val="left"/>
      </w:pPr>
      <w:r>
        <w:rPr>
          <w:rFonts w:ascii="Times New Roman" w:hAnsi="Times New Roman" w:eastAsia="Times New Roman" w:cs="Times New Roman"/>
        </w:rPr>
        <w:t>Тэгээд могой эмэгтэйн араас түүнийг үерт автуулан урсгахын тулд амнаасаа үер мэт ус асгав. Харин газар эмэгтэйд тусалж, газар амаа ангайн, луугийн амнаасаа асгасан үерийг залгив. Тэгэхэд луу эмэгтэйд хилэгнэж, Бурханы тушаалуудыг сахидаг бөгөөд Есүс Христийн гэрчлэлийг эзэмшдэг түүний үрийн үлдэгдэлтэй дайтахаар одов. Илчлэлт 12:15–17.</w:t>
      </w:r>
    </w:p>
    <w:p>
      <w:pPr>
        <w:pStyle w:val="ArticleBody"/>
        <w:jc w:val="left"/>
      </w:pPr>
      <w:r>
        <w:rPr>
          <w:rFonts w:ascii="Times New Roman" w:hAnsi="Times New Roman" w:eastAsia="Times New Roman" w:cs="Times New Roman"/>
        </w:rPr>
        <w:t>Тэгээд 1798 онд Библийн эш үзүүллэгийн зургаа дахь хаант улс болох Америкийн Нэгдсэн Улс мэндлэх үед Америкийн Нэгдсэн Улс дахин ярьсан бөгөөд ингэснээрээ төгсгөлд Америкийн Нэгдсэн Улсын хэлэх зүйлийг тэмдэглэлд үлдээсэн; учир нь Есүс төгсгөлийг үргэлж эхлэлээр дүрслэн үзүүлдэг. Газрын араатан удахгүй гарах Ням гаргийн хуулийн үед луу мэт ярих ёстой бөгөөд тийнхүү ярих үедээ Библийн эш үзүүллэгийн зургаа дахь хаант улс байхаа больдог. Эш үзүүллэгийн хаант улсын хувьд 1798 онд эхлэлдээ түүний хэлсэн зүйл нь, луу мэт ярих үедээ дахин юу хэлэхийг нь төлөөлдөг.</w:t>
      </w:r>
    </w:p>
    <w:p>
      <w:pPr>
        <w:pStyle w:val="ArticleBody"/>
        <w:jc w:val="left"/>
      </w:pPr>
      <w:r>
        <w:rPr>
          <w:rFonts w:ascii="Times New Roman" w:hAnsi="Times New Roman" w:eastAsia="Times New Roman" w:cs="Times New Roman"/>
        </w:rPr>
        <w:t>1798 оны цагаачлалын тухай хуулиудыг “Харь иргэд ба өдөөн турхиралтын тухай хуулиуд” хэмээн нэрлэдэг бөгөөд эдгээр нь 1798 онд Америкийн Нэгдсэн Улсын Конгрессоор батлагдаж, Ерөнхийлөгч Жон Адамс гарын үсэг зурж хүчин төгөлдөр болгосон дөрвөн цуврал хууль байв. Эдгээр хууль нь голчлон Америкийн Нэгдсэн Улсад оршин сууж байсан харь иргэдтэй (гадаадынхантай) холбоотой асуудлуудыг зохицуулж байсан бөгөөд тухайн үеийн цагаачлалд мэдэгдэхүйц нөлөө үзүүлсэн юм. Тэрхүү дөрвөн хууль нь дараах байв:</w:t>
      </w:r>
    </w:p>
    <w:p>
      <w:pPr>
        <w:pStyle w:val="ArticleBody"/>
        <w:jc w:val="left"/>
      </w:pPr>
      <w:r>
        <w:rPr>
          <w:rFonts w:ascii="Times New Roman" w:hAnsi="Times New Roman" w:eastAsia="Times New Roman" w:cs="Times New Roman"/>
        </w:rPr>
        <w:t>1798 оны Иргэншүүлэх тухай хууль: Энэхүү хууль нь цагаачид АНУ-ын иргэн болохын тулд оршин суух шаардлагатай хугацааг таван жилээс арван дөрвөн жил болгон сунгасан. Энэ нь цагаачдад иргэн болох, улс төрийн үйл явцад оролцохыг илүү хүндрүүлсэн.</w:t>
      </w:r>
    </w:p>
    <w:p>
      <w:pPr>
        <w:pStyle w:val="ArticleBody"/>
        <w:jc w:val="left"/>
      </w:pPr>
      <w:r>
        <w:rPr>
          <w:rFonts w:ascii="Times New Roman" w:hAnsi="Times New Roman" w:eastAsia="Times New Roman" w:cs="Times New Roman"/>
        </w:rPr>
        <w:t>Гадаадын анд нөхдийн тухай хууль: Энэхүү хууль нь энхийн цагт “Америкийн Нэгдсэн Улсын амгалан тайван байдал ба аюулгүй байдалд аюултай” гэж үзэгдсэн иргэн бус аливаа этгээдийг Ерөнхийлөгч албадан гаргахыг зөвшөөрч байв. Энэ нь гадаадын иргэдийг албадан гаргах асуудалд Ерөнхийлөгчид үлэмж хэмжээний үзэмжийн эрх олгож байв.</w:t>
      </w:r>
    </w:p>
    <w:p>
      <w:pPr>
        <w:pStyle w:val="ArticleBody"/>
        <w:jc w:val="left"/>
      </w:pPr>
      <w:r>
        <w:rPr>
          <w:rFonts w:ascii="Times New Roman" w:hAnsi="Times New Roman" w:eastAsia="Times New Roman" w:cs="Times New Roman"/>
        </w:rPr>
        <w:t>Харийн дайснуудын тухай хууль: Энэ хууль нь дайны үед дайсагнагч улсын аливаа эрэгтэй иргэнийг баривчлах, саатуулах, албадан гаргах эрх мэдлийг Ерөнхийлөгчид олгосон. Энэ нь гол төлөв дайсан орнуудын болзошгүй тагнуулчид буюу хорлон сүйтгэгчдэд чиглэж байв.</w:t>
      </w:r>
    </w:p>
    <w:p>
      <w:pPr>
        <w:pStyle w:val="ArticleBody"/>
        <w:jc w:val="left"/>
      </w:pPr>
      <w:r>
        <w:rPr>
          <w:rFonts w:ascii="Times New Roman" w:hAnsi="Times New Roman" w:eastAsia="Times New Roman" w:cs="Times New Roman"/>
        </w:rPr>
        <w:t>Үймээн самуун өдөөх тухай хууль: Цагаачлалтай шууд холбоогүй боловч, энэхүү хууль нь АНУ-ын Засгийн газар, Конгресс, эсхүл Ерөнхийлөгчийн эсрэг худал, нэр төр гутаасан, эсхүл хорлонтой мэдэгдэл нийтэлж, тэднийг гүтгэн доромжлох буюу нэр хүндийг нь унагах зорилготой байхыг гэмт хэрэгт тооцсон. Энэ нь улс төрийн эсэргүүцэл, шүүмжлэлийг дарахад хэрэглэгдэж байв.</w:t>
      </w:r>
    </w:p>
    <w:p>
      <w:pPr>
        <w:pStyle w:val="ArticleBody"/>
        <w:jc w:val="left"/>
      </w:pPr>
      <w:r>
        <w:rPr>
          <w:rFonts w:ascii="Times New Roman" w:hAnsi="Times New Roman" w:eastAsia="Times New Roman" w:cs="Times New Roman"/>
        </w:rPr>
        <w:t>1798 онд зургаа дахь хаант улс болох Америкийн Нэгдсэн Улсын эхэнд гарсан Гадаадынхан ба Урвалтын тухай хуулиудын мөн чанар нь Дональд Трамп болон түүний MAGA дэмжигчдийн зорилгыг тодорхой илтгэн харуулж байна. Тэрхүү хууль нь “эхний” ярилт байсан бөгөөд газрын араатан “эцэстээ” луу мэт ярих үед хуулиуд нь тун төстэй байх болно. Өнөөгийн түүхэн орчин эдгээр хуулиуд дахин давтагдах ёстой гэсэн логикийг төгс тусган харуулж буй явдал нь Христийн Альфа ба Омега болох гарын үсэг мөн. 1863 онд газрын араатны “ярилтын” дунд үед Бүгд Найрамдах намын анхны ерөнхийлөгчийн Чөлөөлөх тунхаглал байсан юм.</w:t>
      </w:r>
    </w:p>
    <w:p>
      <w:pPr>
        <w:pStyle w:val="ArticleBody"/>
        <w:jc w:val="left"/>
      </w:pPr>
      <w:r>
        <w:rPr>
          <w:rFonts w:ascii="Times New Roman" w:hAnsi="Times New Roman" w:eastAsia="Times New Roman" w:cs="Times New Roman"/>
        </w:rPr>
        <w:t>Чөлөөлөлтийн тунхаглал нь Иргэний дайны яг гол төвийг тэмдэглэсэн бөгөөд иймээс еврей хэлний “үнэн” хэмээх үгийн тодорхойлолт нь газрын араатны ярианы гурван замын тэмдэгтэд олддог. Еврей цагаан толгойн эхний үсэг нь эцсийн үсэгтэй адил бөгөөд арван гурав дахь үсэг нь бослогын бэлгэдэл юм.</w:t>
      </w:r>
    </w:p>
    <w:p>
      <w:pPr>
        <w:pStyle w:val="ArticleBody"/>
        <w:jc w:val="left"/>
      </w:pPr>
      <w:r>
        <w:rPr>
          <w:rFonts w:ascii="Times New Roman" w:hAnsi="Times New Roman" w:eastAsia="Times New Roman" w:cs="Times New Roman"/>
        </w:rPr>
        <w:t>Энэ цаг үед 1863 он болон тэнд тодорхойлогдсон бослого нь Бүгд Найрамдах эвэр улс төрийн бослогыг илэрхийлж байсан яг тэр үед Протестант эвэрээр төлөөлөгдсөн Лаодикеийн Адвентист сүмд мөн биелсэн гэдгийг авч үзэх шаардлагатай. Протестант эврийн хоёрдмол шинж нь Филаделфийн Адвентист хөдөлгөөн Лаодикеийн Адвентист сүм рүү шилжсэнээр илэрхийлэгдсэн бөгөөд Бүгд Найрамдах эврийн хоёрдмол шинж нь Ардчилсан намын боолчлолыг дэмжсэн байр сууринаас үүдэн боолчлолын эсрэг Бүгд Найрамдах нам болон Бүгд Найрамдах намаас төрсөн анхны ерөнхийлөгчийг бий болгосон маргаанаар тодорхойлогдсон юм.</w:t>
      </w:r>
    </w:p>
    <w:p>
      <w:pPr>
        <w:pStyle w:val="ArticleBody"/>
        <w:jc w:val="left"/>
      </w:pPr>
      <w:r>
        <w:rPr>
          <w:rFonts w:ascii="Times New Roman" w:hAnsi="Times New Roman" w:eastAsia="Times New Roman" w:cs="Times New Roman"/>
        </w:rPr>
        <w:t>Бүгд Найрамдах намын анхны ерөнхийлөгч нь “үнэн”-ий эш үзүүллэгийн гурван шатат гарын үсгийн дунд байрладаг. Иймээс тэрээр эхний үеийн төгсгөл бөгөөд хоёр дахь үеийн эхлэл юм. Үүнчлэн загалмай нь Христийн биечлэн үйлчилсэн гурван жил хагасын төгсгөл байснаас гадна, Түүний шавь нарын биеэр явагдсан Түүний гурван жил хагасын үйлчлэлийн эхлэл байсан билээ. Түүний биечлэн үйлчлэх ажлын эхлэл нь Түүний баптисм дээр байсан бөгөөд энэ нь бэлгэдлийн хувьд Түүний үхлийг төлөөлж байв; тэр үе нь Түүний үхлээр төгссөн. Түүний үхэл нь Түүний шавь нарын үйлчлэлийг эхлүүлсэн бөгөөд энэ нь Түүний шавь Стефаны үхлээр төгссөн юм.</w:t>
      </w:r>
    </w:p>
    <w:p>
      <w:pPr>
        <w:pStyle w:val="ArticleBody"/>
        <w:jc w:val="left"/>
      </w:pPr>
      <w:r>
        <w:rPr>
          <w:rFonts w:ascii="Times New Roman" w:hAnsi="Times New Roman" w:eastAsia="Times New Roman" w:cs="Times New Roman"/>
        </w:rPr>
        <w:t>1798 онд Харь гадаадынхан ба Үймээн самууны тухай хуулиудын “ярих” нь Чөлөөлөх Тунхаглалын “ярих”-аар төгссөн нэгэн үеийн эхлэл байсан юм. Чөлөөлөх Тунхаглал нь АНУ луу мэт “ярих” үед төгсөх хоёр дахь үеийн эхлэлийг тэмдэглэсэн. 1863 онд “ярьсан” ерөнхийлөгч нь Бүгд Найрамдах намын анхны ерөнхийлөгч байсан тул сүүлчийн ерөнхийлөгч мөн Бүгд Найрамдах намынх байх болно.</w:t>
      </w:r>
    </w:p>
    <w:p>
      <w:pPr>
        <w:pStyle w:val="ArticleBody"/>
        <w:jc w:val="left"/>
      </w:pPr>
      <w:r>
        <w:rPr>
          <w:rFonts w:ascii="Times New Roman" w:hAnsi="Times New Roman" w:eastAsia="Times New Roman" w:cs="Times New Roman"/>
        </w:rPr>
        <w:t>Илчлэлт номын арван дөрөвдүгээр бүлгийн гурван тэнгэрээс үүдэн гарсан хоёр хөдөлгөөн байдаг. Эхний болон хоёр дахь тэнгэрийн мэдээг 1863 онд тэрслэн босож албан ёсны Сүм болсон Миллерийн хөдөлгөөн тунхагласан юм. Есүс аливаа зүйлийн төгсгөлийг үргэлж тухайн зүйлийн эхлэлээр дүрслэн харуулдаг. Илчлэлт номын арван наймдугаар бүлгийн хүчирхэг тэнгэр мөн болох гурав дахь тэнгэрийн хөдөлгөөн нь гурван тэнгэрийн хоёр хөдөлгөөний сүүлчийнх нь юм. 1798 онд жинхэнэ Протестант эвэрний хөдөлгөөн болон эхэлсэн зүйл 1863 оны тэрслэлээр Сүм болон шилжсэн бөгөөд газрын араатны түүх удахгүй ирэх ням гаргийн хуулиар төгсөхөд, 1863 оны тэрслүү Сүм дахин албан ёсны бус хөдөлгөөн болон шилжинэ. Учир нь хөдөлгөөнөөр эхэлсэн зүйл хөдөлгөөнөөр төгсөнө.</w:t>
      </w:r>
    </w:p>
    <w:p>
      <w:pPr>
        <w:pStyle w:val="ArticleBody"/>
        <w:jc w:val="left"/>
      </w:pPr>
      <w:r>
        <w:rPr>
          <w:rFonts w:ascii="Times New Roman" w:hAnsi="Times New Roman" w:eastAsia="Times New Roman" w:cs="Times New Roman"/>
        </w:rPr>
        <w:t>Эхлэл ба төгсгөлийн үе дэх Протестантын эвэрний шилжилтүүдэд нэгэн хөдөлгөөн Сүм болон өөрчлөгдөж, эцэстээ дахин хөдөлгөөн болон хувирдаг. Эхний шилжилтийн цэг дээр, эхэндээ, Филадельфи Лаодикея болж өөрчлөгдсөн бөгөөд төгсгөлийн үеийн шилжилтийн цэг дээр Лаодикея дахин Филадельфи болон өөрчлөгдөнө.</w:t>
      </w:r>
    </w:p>
    <w:p>
      <w:pPr>
        <w:pStyle w:val="ArticleBody"/>
        <w:jc w:val="left"/>
      </w:pPr>
      <w:r>
        <w:rPr>
          <w:rFonts w:ascii="Times New Roman" w:hAnsi="Times New Roman" w:eastAsia="Times New Roman" w:cs="Times New Roman"/>
        </w:rPr>
        <w:t>Бүгд Найрамдах эвэрний хувьд шилжилтийн цэг нь Бүгд Найрамдах намыг бий болгосон Иргэний дайны өмнөх түүх байв. Протестант эвэрний хувьд шилжилтийн цэг нь 1856–1863 онууд байсан бөгөөд энэ нь Бүгд Найрамдах эвэрний шилжилтийн яг адил түүх мөн байв. 1854 онд байгуулагдсан боолчлолын эсрэг Бүгд Найрамдах намын анхны үндэсний их хурал 1856 онд болсон. Протестант эвэрний хувьд бослогын бэлгэ тэмдэг нь Сүмийг хуулийн дагуу зохион байгуулсан явдал юм. Бүгд Найрамдах эвэрний хувьд боолчлолыг дэмжигч Ардчилсан нам нь бослогын бэлгэ тэмдэг мөн.</w:t>
      </w:r>
    </w:p>
    <w:p>
      <w:pPr>
        <w:pStyle w:val="ArticleBody"/>
        <w:jc w:val="left"/>
      </w:pPr>
      <w:r>
        <w:rPr>
          <w:rFonts w:ascii="Times New Roman" w:hAnsi="Times New Roman" w:eastAsia="Times New Roman" w:cs="Times New Roman"/>
        </w:rPr>
        <w:t>Гурав дахь тэнгэрэлч 2001 оны 9 дүгээр сарын 11-нд Кадешид хоёр дахь удаагаа эргэн ирсэн бөгөөд арван онгоны тухай сургаалт зүйрлэлийн эш үзүүллэгийн бүтцэд Чуулганаас хөдөлгөөн рүү шилжилт эхэлсэн. Анхны урам хугаралт 2020 оны 7 дугаар сарын 18-нд арван онгоны тухай сургаалт зүйрлэлийн эцсийн бөгөөд төгс биелэлтийн үед тохиосон бөгөөд мөн тэр жил 1989 оны төгсгөлийн цаг үеэс хойших зургаа дахь ерөнхийлөгч, Грекийн хүрээг “өдөөх” ёстой байсан ерөнхийлөгч, улс төрийн хувьд “үхлийн шарх” авсан нь Бүгд Найрамдах намын анхны ерөнхийлөгч бодит утгаараа үхлийн шарх авсантай адил байв.</w:t>
      </w:r>
    </w:p>
    <w:p>
      <w:pPr>
        <w:pStyle w:val="ArticleBody"/>
        <w:jc w:val="left"/>
      </w:pPr>
      <w:r>
        <w:rPr>
          <w:rFonts w:ascii="Times New Roman" w:hAnsi="Times New Roman" w:eastAsia="Times New Roman" w:cs="Times New Roman"/>
        </w:rPr>
        <w:t>Хожмын борооны хэмжиж өгөгдсөн асгаралт 2001 оны 9 дүгээр сарын 11-нд эхэлсэн бөгөөд энэ нь тун удахгүй ирэх ням гаргийн хууль хүртэл үргэлжилнэ; тэндээс хожмын бороо хэмжээгүйгээр асгаруулагдана. Хожмын бороо нь дээрээс ирэх хүч мөн бөгөөд Эгч Уайт дээрээс нэгэн хүч бууж ирж буй цаг үед, доороос сатаны хүч мөн өгсөн гарч ирнэ хэмээн дахин дахин тодорхойлдог. Илчлэл номд Сатаны ёроолгүй ангалнаас өгсөн гарч ирдэг сатаны гурван хүч бий. Ислам 2001 оны 9 дүгээр сарын 11-нд ёроолгүй ангалнаас өгсөн гарч ирсэн бөгөөд энэ нь есдүгээр бүлгийн эхний Гайгийн ёроолгүй ангалнаас гарсан утаатай нийцэж байна.</w:t>
      </w:r>
    </w:p>
    <w:p>
      <w:pPr>
        <w:pStyle w:val="ArticleScripture"/>
        <w:jc w:val="left"/>
      </w:pPr>
      <w:r>
        <w:rPr>
          <w:rFonts w:ascii="Times New Roman" w:hAnsi="Times New Roman" w:eastAsia="Times New Roman" w:cs="Times New Roman"/>
        </w:rPr>
        <w:t>Тэгээд тав дахь тэнгэрэлч бүрээ үлээхэд, би тэнгэрээс газарт унасан нэгэн одыг харлаа; түүнд ёроолгүй ангалын түлхүүр өгөгдсөн байв. Тэр ёроолгүй ангалыг нээтэл, ангал дотроос асар их зуухны утаа мэт утаа гарч ирэв; ангалын утаанаас болж нар болон агаар харанхуйлав. Тэгээд тэрхүү утаанаас царцаанууд газар дээр гарч ирсэн бөгөөд тэдэнд газрын хилэнцэт хорхойнуудын эрх мэдэлтэй адил эрх мэдэл өгөгдөв. Мөн тэдэнд газрын өвсийг ч, ямар нэгэн ногоон зүйлийг ч, ямар нэгэн модыг ч гэмтээж болохгүй, харин духан дээрээ Бурханы тамгатай бус хүмүүсийг л гэмтээхийг тушаав. Илчлэлт 9:1–4.</w:t>
      </w:r>
    </w:p>
    <w:p>
      <w:pPr>
        <w:pStyle w:val="ArticleBody"/>
        <w:jc w:val="left"/>
      </w:pPr>
      <w:r>
        <w:rPr>
          <w:rFonts w:ascii="Times New Roman" w:hAnsi="Times New Roman" w:eastAsia="Times New Roman" w:cs="Times New Roman"/>
        </w:rPr>
        <w:t>2001 оны 9 дүгээр сарын 11-нд гурав дахь гайгийн Ислам эхний гайгаар төлөөлөгдөн ирэхэд, Бурханы тамгатай хүмүүсийг гэмтээж чадсангүй; ийнхүү нэг зуун дөчин дөрвөн мянгыг тамгалах үйл явцын эхлэлийг тодорхойлсон юм. Тамгалах үйл явцын төгсгөл нь АНУ-д тун удахгүй гарах Ням гаргийн хууль дээр тохионо. Тэнд үхлийн шарх авсан, мөн мартагдсан байсан тэнгисийн араатан ёроолгүй ангалын ёроолоос өгсөн гарч, долоон улсын нэгэн болох найм дахь хаанчлал болж гарч ирдэг.</w:t>
      </w:r>
    </w:p>
    <w:p>
      <w:pPr>
        <w:pStyle w:val="ArticleScripture"/>
        <w:jc w:val="left"/>
      </w:pPr>
      <w:r>
        <w:rPr>
          <w:rFonts w:ascii="Times New Roman" w:hAnsi="Times New Roman" w:eastAsia="Times New Roman" w:cs="Times New Roman"/>
        </w:rPr>
        <w:t>Чиний харсан тэр араатан нэгэн цагт байсан, одоо үгүй; мөн ёроолгүй ангалын дотроос гарч ирээд мөхөл рүү явна. Газар дээр оршин суугчид, дэлхийн сууриас хойш амийн номд нэрс нь бичигдээгүй хүмүүс, байсан, одоо үгүй, атлаа дахин буй болох тэр араатныг хараад гайхан алмайрах болно. Илчлэл 17:8.</w:t>
      </w:r>
    </w:p>
    <w:p>
      <w:pPr>
        <w:pStyle w:val="ArticleBody"/>
        <w:jc w:val="left"/>
      </w:pPr>
      <w:r>
        <w:rPr>
          <w:rFonts w:ascii="Times New Roman" w:hAnsi="Times New Roman" w:eastAsia="Times New Roman" w:cs="Times New Roman"/>
        </w:rPr>
        <w:t>Нэг зуун дөчин дөрвөн мянгыг тамгалах эш үзүүллэгийн үе нь ёроолгүй ангалын гүнээс гарч ирэх нэгэн хүчээр эхэлсэн бөгөөд мөн ёроолгүй ангалын гүнээс гарч ирэх нэгэн хүчээр төгсөнө. Тэр түүхийн дунд атеизмын араатан, “woke” луугийн хүч ч мөн ёроолгүй ангалын гүнээс гарч ирэн хоёр гэрчийг алахаар ирдэг. Альфа ба Омега энэ түүхэн дээр Өөрийн мутрыг дарсан билээ.</w:t>
      </w:r>
    </w:p>
    <w:p>
      <w:pPr>
        <w:pStyle w:val="ArticleScripture"/>
        <w:jc w:val="left"/>
      </w:pPr>
      <w:r>
        <w:rPr>
          <w:rFonts w:ascii="Times New Roman" w:hAnsi="Times New Roman" w:eastAsia="Times New Roman" w:cs="Times New Roman"/>
        </w:rPr>
        <w:t>Тэд гэрчлэлээ гүйцээсний дараа ёроолгүй ангалын гүнээс гарч ирэх араатан тэдний эсрэг дайн өдөөн, тэднийг дийлж, ална. Тэдний цогцос агуу хотын гудамжинд хэвтэх бөгөөд тэр хотыг сүнслэг утгаар Содом, Египет гэж нэрлэдэг, мөн тэнд бидний Эзэн цовдлогдсон билээ. Овог аймаг, төрөл садан, хэл, үндэстнүүдээс бүрдсэн хүмүүс тэдний цогцсыг гурав хагас өдөр харж, тэдний цогцсыг булшинд тавихыг зөвшөөрөхгүй. Газар дээр оршин суугчид тэдний дээр баярлан хөөрч, цэнгэлдэн, бие бие рүүгээ бэлэг илгээх болно. Учир нь энэ хоёр эш үзүүлэгч газар дээр оршин суугчдыг тарчилгасан юм. Харин гурав хагас өдрийн дараа Бурханаас ирэх амийн Сүнс тэдний дотор орж, тэд хөл дээрээ босов. Тэднийг харсан хүмүүсийн дээр их айдас буув. Илчлэлт 11:7–11.</w:t>
      </w:r>
    </w:p>
    <w:p>
      <w:pPr>
        <w:pStyle w:val="ArticleBody"/>
        <w:jc w:val="left"/>
      </w:pPr>
      <w:r>
        <w:rPr>
          <w:rFonts w:ascii="Times New Roman" w:hAnsi="Times New Roman" w:eastAsia="Times New Roman" w:cs="Times New Roman"/>
        </w:rPr>
        <w:t>2020 онд Бүгд Найрамдах болон жинхэнэ Протестант хоёр эвэр алагдав. Нэг нь атейзмын улс төрийн луугийн хүчээр, нөгөө нь атейзмын сүнслэг луугийн хүчээр алагдсан юм. Дараа нь тэд гурав хагас өдрөөр дүрслэгдсэн хугацаанд үхмэл байж, үүний дараа хөл дээрээ босон зогссон бөгөөд луугийн хүчээр дүрслэгдсэн хүмүүсийн дээр асар их айдас буув. Одоогоор Дональд Трампын улс төрийн хүч чадал дахин сэргэж буйтай холбогдон дэвшилтэт Ардчилсан намынхны илэрхийлж буй “айдас” нь эш үзүүллэгийн биелэлт мөн. Future for America-гийн үйлчлэлийг дагасан хүмүүсийн илэрхийлж буй “айдас” нь өөр төрлийн айдсыг төлөөлдөг.</w:t>
      </w:r>
    </w:p>
    <w:p>
      <w:pPr>
        <w:pStyle w:val="ArticleBody"/>
        <w:jc w:val="left"/>
      </w:pPr>
      <w:r>
        <w:rPr>
          <w:rFonts w:ascii="Times New Roman" w:hAnsi="Times New Roman" w:eastAsia="Times New Roman" w:cs="Times New Roman"/>
        </w:rPr>
        <w:t>Future for America-гийн мэдээнээс эмээх ёстой хүмүүс бол нэг зуун дөчин дөрвөн мянгатын дунд байхаар бүгд дуудагдсан Лаодикийн Адвентистууд мөн. Гэвч хорт могойн үр, завхайрагчдын үе болох дөрөв дэх үед амьдарч буй батлагдсан Лаодикийн хүмүүсийн хувьд тэдэнд ямар ч айдас үгүй. Тэдний өөртөө авах ёстой айдас нь хүмүүсийг “Бурханаас эмээгтүн, Түүнд алдрыг өргөгтүн. Учир нь Түүний шүүлтийн цаг ирсэн” хэмээн тушаадаг мөнхийн сайн мэдээ мөн.</w:t>
      </w:r>
    </w:p>
    <w:p>
      <w:pPr>
        <w:pStyle w:val="ArticleBody"/>
        <w:jc w:val="left"/>
      </w:pPr>
      <w:r>
        <w:rPr>
          <w:rFonts w:ascii="Times New Roman" w:hAnsi="Times New Roman" w:eastAsia="Times New Roman" w:cs="Times New Roman"/>
        </w:rPr>
        <w:t>Тэр цаг нь агуу газар хөдлөлтийн цаг бөгөөд, Лаодикийн сүм Эзэний амнаас бөөлжигдөн гаргах яг тэр үед нэг зуун дөчин дөрвөн мянгын хоёр гэрч туг тэмдэг болгон өргөгдөхөд тохиолдох юм.</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“‘Тэд гэрчлэлээ дуусгасныхаа дараа ёроолгүй гүнээс гарч ирдэг араатан тэдний эсрэг дайн өдөөн, тэднийг дийлж, ална. Мөн тэдний цогцос агуу хотын гудамжинд хэвтэнэ. Тэр хотыг сүнслэг утгаар Содом, Египет гэж нэрлэдэг бөгөөд мөн тэнд бидний Эзэн цовдлогдсон билээ.’ [Илчлэл 11:7, 8.]”</w:t>
      </w:r>
    </w:p>
    <w:p>
      <w:pPr>
        <w:pStyle w:val="ArticleScripture"/>
        <w:jc w:val="left"/>
      </w:pPr>
      <w:r>
        <w:rPr>
          <w:rFonts w:ascii="Times New Roman" w:hAnsi="Times New Roman" w:eastAsia="Times New Roman" w:cs="Times New Roman"/>
        </w:rPr>
        <w:t>“Эдгээр үйл явдлууд нь гэрчүүд тааран хувцас өмсөн гэрчилж байсан хугацааны төгсгөл үеийн ойролцоо тохиолдох ёстой байв. Папын эрх мэдлийн зуучлалаар дамжин Сатан Сүм ба Төрд ноёрхож байсан эрх мэдлүүдийг удаан хугацааны турш захирч байлаа. Аймшигт үр дагавар нь ялангуяа Шинэчлэлийн гэрлийг няцаасан улс орнуудад тод илэрсэн юм. Тэнд устгалынхаа өмнөхөн байсан Содомын байдлыг санагдуулам ёс суртахууны доройтол ба завхрал, мөн Мосегийн өдрүүдэд Египетэд ноёрхож байсан шүтээн шүтлэг ба сүнслэг харанхуйтай адил байдал оршиж байв.” Зөгнөлийн Сүнс, 4-р боть,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хорин есдүгээр хэсэг</dc:title>
  <dc:subject>Зөгнөлийн ач холбогдлыг нээн илчлэхүй: Бүгд Найрамдахчуудын эвэр ба төгсгөлийн эцсийн хөдөлгөөнүүд</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