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Хоёрдугаар Хэсэг</w:t>
      </w:r>
    </w:p>
    <w:p>
      <w:pPr>
        <w:pStyle w:val="ArticleSubtitle"/>
        <w:jc w:val="left"/>
      </w:pPr>
      <w:r>
        <w:rPr>
          <w:rFonts w:ascii="Arial" w:hAnsi="Arial" w:eastAsia="Arial" w:cs="Arial"/>
        </w:rPr>
        <w:t>Харанхуй байдал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Сүнслэгээр өдөөгдсөн Үг дотор давтагдсан нэг үг буюу хэллэг нь хоёр дахь тэнгэрэлчийн мэдээний бэлгэдэл юм.</w:t>
      </w:r>
    </w:p>
    <w:p>
      <w:pPr>
        <w:pStyle w:val="ArticleScripture"/>
        <w:jc w:val="left"/>
      </w:pPr>
      <w:r>
        <w:rPr>
          <w:rFonts w:ascii="Times New Roman" w:hAnsi="Times New Roman" w:eastAsia="Times New Roman" w:cs="Times New Roman"/>
        </w:rPr>
        <w:t>Небухаднезарын хаанчлалын хоёр дахь жилд Небухаднезар зүүд зүүдэлсэн бөгөөд үүнээс болж түүний сүнс нь түгшиж, нойр нь түүнийг орхив. Тэгэхэд хаан мэргэн төлөгчид, одон шинжээчид, шидтэнүүд, Халдейчуудыг дуудаж, хаанд түүний зүүдийг тайлбарлуул хэмээн тушаав. Тэгээд тэд ирж, хааны өмнө зогсов. Хаан тэдэнд, Би зүүд зүүдэлсэн бөгөөд тэр зүүдийг мэдэхийн тулд миний сүнс түгшиж байна, гэв. Даниел 2:1–3.</w:t>
      </w:r>
    </w:p>
    <w:p>
      <w:pPr>
        <w:pStyle w:val="ArticleBody"/>
        <w:jc w:val="left"/>
      </w:pPr>
      <w:r>
        <w:rPr>
          <w:rFonts w:ascii="Times New Roman" w:hAnsi="Times New Roman" w:eastAsia="Times New Roman" w:cs="Times New Roman"/>
        </w:rPr>
        <w:t>Шөнийн “харанхуй” дунд Небухаднезар нэгэн дүрсийн тухай зүүдэлсэн боловч тэр зүүдээ эргэн санаж чадсангүй. Шөнийн зүүдэнд тэр нэгэн дүрсийг зүүдэлсэн боловч тэрхүү дүрсний зүүд нь, түүнийг зүүдэлсэн шөнө ямархан харанхуй байсанчлан, түүний ойлголтод мөн адил харанхуй байв.</w:t>
      </w:r>
    </w:p>
    <w:p>
      <w:pPr>
        <w:pStyle w:val="ArticleScripture"/>
        <w:jc w:val="left"/>
      </w:pPr>
      <w:r>
        <w:rPr>
          <w:rFonts w:ascii="Times New Roman" w:hAnsi="Times New Roman" w:eastAsia="Times New Roman" w:cs="Times New Roman"/>
        </w:rPr>
        <w:t>Халдейчууд сирий хэлээр хаанд өгүүлрүүн: «Хаан мөнхөд оршиг. Зүүдийг боолууддаа айлтга, тэгвэл бид тайллыг нь үзүүлье» гэв. Хаан хариулж халдейчуудад хэлрүүн: «Энэ хэрэг надаас холдсон. Хэрэв та нар надад зүүдийг, мөн түүний тайллыг мэдүүлэхгүй бол та нарыг хэсэг хэсгээр чинь цавчин, гэрүүдийг чинь бууцны овоо болгоно. Харин хэрэв та нар зүүдийг, мөн түүний тайллыг үзүүлбэл, та нар надаас бэлэг, шагнал, их хүндэтгэл хүлээн авна. Иймийн тул надад зүүдийг, мөн түүний тайллыг үзүүлэгтүн». Даниел 2:4–7.</w:t>
      </w:r>
    </w:p>
    <w:p>
      <w:pPr>
        <w:pStyle w:val="ArticleBody"/>
        <w:jc w:val="left"/>
      </w:pPr>
      <w:r>
        <w:rPr>
          <w:rFonts w:ascii="Times New Roman" w:hAnsi="Times New Roman" w:eastAsia="Times New Roman" w:cs="Times New Roman"/>
        </w:rPr>
        <w:t>Небухаднезарын дүрсний тухай зүүдний шалгалт нь харанхуйгаар хучигдсан нэгэн дүрсний эш үзүүллэгийн зөв тодорхойлолтыг, мөн зүүдний агуулгын тайллын хамт, хэн зөв өгч чадахыг тогтоохоор төлөвлөгдсөн сорилт байв. Миллеритүүдийн түүхэнд Шөнө дундын Хашхирааны мэдээтэй нэгдсэн хоёр дахь тэнгэрэлчийн мэдээ нь Кармел уулан дээрх сорилтоор Елиагаар урьдчилан хэв шинжлэгдсэн байлаа. Энэ нь мөн зөвхөн жинхэнэ Бурхан хэн болохыг төдийгүй, жинхэнэ эш үзүүлэгч хэн болохыг ч илрүүлэх сорилт байв. Эгч Уайт Елиагаар хэв шинжлэгдсэн хэмээн шууд хэлдэг Уильям Миллер нь Кармел уулан дээрх Елиаг төлөөлж байв. Гэвч төлөөлөгдөж байсан зүйл нь Уильям Миллер өөрөө гэхээсээ илүүтэйгээр, түүний ойлгохоор удирдуулсан эш үзүүллэгийг тайлбарлах дүрмүүд байлаа. Кармел уулан дээр эрэгтэй бурхан Баалын эш үзүүлэгчид болон эмэгтэй бурхан Астаротын эш үзүүлэгчид хуурамч эш үзүүлэгчид болох нь илчлэгдсэн. Миллеритүүдийн түүхэнд Кармел уулын хэв шинжээр Протестант сүмүүд хуурамч эш үзүүлэгчид болох нь илчлэгдсэн юм.</w:t>
      </w:r>
    </w:p>
    <w:p>
      <w:pPr>
        <w:pStyle w:val="ArticleBody"/>
        <w:jc w:val="left"/>
      </w:pPr>
      <w:r>
        <w:rPr>
          <w:rFonts w:ascii="Times New Roman" w:hAnsi="Times New Roman" w:eastAsia="Times New Roman" w:cs="Times New Roman"/>
        </w:rPr>
        <w:t>Протестант сүмүүд Уильям Миллерийн эш үзүүллэгийг тайлбарлах дүрмүүдийг няцааснаа илэрхийлэх үедээ тэд Ромын охид болсон. Эш үзүүллэгийн утгаар охин гэдэг нь эхийнхээ дүр төрх юм. Миллерит түүхэнд протестантуудын бүдэрсэн сорилт нь араатны дүрийг (охиныг) тодорхойлон гаргаж ирсэн сорилт байсан. Яг тэнд жинхэнэ протестантизмын эвэр нь урвагч протестантизмын эвэрт эсрэгээр илэрхийлэгдсэн юм. Небухаднезар тайлбар нэхэж байсан бөгөөд тийнхүү үйлдэхдээ худал эш үзүүлэгчид болон жинхэнэ эш үзүүлэгчдийн аль алиных нь илрэлтийг гарган үзүүлэхэд эрхэмжит удирдлагаар оролцож байсан юм.</w:t>
      </w:r>
    </w:p>
    <w:p>
      <w:pPr>
        <w:pStyle w:val="ArticleScripture"/>
        <w:jc w:val="left"/>
      </w:pPr>
      <w:r>
        <w:rPr>
          <w:rFonts w:ascii="Times New Roman" w:hAnsi="Times New Roman" w:eastAsia="Times New Roman" w:cs="Times New Roman"/>
        </w:rPr>
        <w:t>Тэд дахин хариулж: Хаан боолууддаа тэр зүүдийг айлдан хэлэг; тэгвэл бид түүний тайллыг үзүүлнэ гэв. Хаан хариулж: Та нар цаг хожихыг эрмэлзэж байгааг чинь би лавтай мэдэж байна; учир нь энэ зүйл надаас гарч одсоныг та нар харж байна. Харин хэрэв та нар надад тэр зүүдийг мэдүүлэхгүй бол, та нарт зориулсан ганцхан зарлиг байна. Учир нь та нар цаг өөрчлөгдөх хүртэл миний өмнө хэлэхийн тулд худал, завхарсан үгсийг бэлтгэсэн билээ. Иймээс надад тэр зүүдийг хэл; тэгвэл та нар түүний тайллыг үзүүлж чадна гэдгийг би мэдэх болно. Даниел 2:7–9.</w:t>
      </w:r>
    </w:p>
    <w:p>
      <w:pPr>
        <w:pStyle w:val="ArticleBody"/>
        <w:jc w:val="left"/>
      </w:pPr>
      <w:r>
        <w:rPr>
          <w:rFonts w:ascii="Times New Roman" w:hAnsi="Times New Roman" w:eastAsia="Times New Roman" w:cs="Times New Roman"/>
        </w:rPr>
        <w:t>Туршилтын үеүүдийн төгсгөлд, Кармел уулан дээр болон 1844 оны 10 дугаар сарын 22-нд илэрхийлэгдсэн байсан ялгаа нь мөн Даниел номын хоёрдугаар бүлэгт дүрслэгдсэн байдаг. Кармел уулын, Миллерит түүхийн, мөн Небухаднезарын хөргийн зүүдний гэсэн эш үзүүллэгийн гурван дүрслэлд онцлон тэмдэглэгдэж буй зүйл нь Елиа, Миллер, Даниел нараар төлөөлөгдөх эш үзүүллэгийн зөв тайлал юм. Зүүдний тайлал нь хоёр ангиллын эш үзүүлэгчид илчлэгдэн гарч ирдэг түүхэн дэх лац нь тайлагдсан мэдээ мөн.</w:t>
      </w:r>
    </w:p>
    <w:p>
      <w:pPr>
        <w:pStyle w:val="ArticleScripture"/>
        <w:jc w:val="left"/>
      </w:pPr>
      <w:r>
        <w:rPr>
          <w:rFonts w:ascii="Times New Roman" w:hAnsi="Times New Roman" w:eastAsia="Times New Roman" w:cs="Times New Roman"/>
        </w:rPr>
        <w:t>Халдейчууд хааны өмнө хариулан өгүүлрүүн: Хааны энэ хэргийг тайлж өгч чадах хүн газар дэлхий дээр нэгээхэн ч үгүй. Иймээс ямар ч хаан, ноён, захирагч шидтэн, мэргэч, эсвэл халдей хүнээс ийм зүйлийг асууж байсангүй. Хааны шаардаж буй зүйл нь ховорхон хэрэг бөгөөд хаанд үүнийг илчилж чадах өөр хэн ч үгүй, зөвхөн оршихуй нь махан биетэй хамт бус бурхад л чадна. Үүний улмаас хаан уурлаж, ихэд хилэгнэн, Вавилоны бүх мэргэдийг устгахыг тушаав. Даниел 2:10–12.</w:t>
      </w:r>
    </w:p>
    <w:p>
      <w:pPr>
        <w:pStyle w:val="ArticleBody"/>
        <w:jc w:val="left"/>
      </w:pPr>
      <w:r>
        <w:rPr>
          <w:rFonts w:ascii="Times New Roman" w:hAnsi="Times New Roman" w:eastAsia="Times New Roman" w:cs="Times New Roman"/>
        </w:rPr>
        <w:t>Кармел уулан дээр Елиа уг сорилтыг дэвшүүлсэн бөгөөд түүний дэвшүүлсэн сорилт нь зөвхөн хэн нь жинхэнэ Бурхан болохыг илчлэхийн тулд биш, мөн хэн нь жинхэнэ эш үзүүлэгч болохыг ч илчлэхийн тулд байсан юм. Даниелын хоёрдугаар бүлэгт жинхэнэ ба хуурамчийн хоорондын ялгааг ил болгосон сорилтыг халдеичууд өөрсдөө тодорхойлдог. Тэд Небухаднезарын эрж буй тайлбарыг зөвхөн Бурхан л, харин хүн биш, илчилж чадна гэж тайлбарладаг. Мөн тэд “хааны шаарддаг зүйл ховор” хэмээн өгүүлэхдээ Небухаднезар ба түүний шашны мэргэн хүмүүсийн хоорондын харилцаа буруу харилцаа байсан хэмээн гомдоллодог. Тэд төрийг төлөөлж буй хаан өөрсдийг нь эрх мэдэлтнүүд гэж ойлгогдож ирсэн шашны хүрээнээс ангид байхыг хүсэж байв. Тэд сүм ба төрийн нэгдлийн зарчмуудын эсрэг эсэргүүцэж байсангүй; харин төрийг төлөөлж буй Небухаднезар сүмийг захирахыг шаардаж байгааг эсэргүүцэж байв. Хэрэв шашны удирдагчид төрийг захирч байвал тэд сүм-төрийн харилцаанд сэтгэл хангалуун байх байсан. Араатны дүрийн сорилт бол бид мөнхийн хувь заяагаа шийддэг мөч бөгөөд Небухаднезарын дүрийн зүүдний адил энэ нь амь эсвэл үхлийн сорилт юм.</w:t>
      </w:r>
    </w:p>
    <w:p>
      <w:pPr>
        <w:pStyle w:val="ArticleScripture"/>
        <w:jc w:val="left"/>
      </w:pPr>
      <w:r>
        <w:rPr>
          <w:rFonts w:ascii="Times New Roman" w:hAnsi="Times New Roman" w:eastAsia="Times New Roman" w:cs="Times New Roman"/>
        </w:rPr>
        <w:t>Тэгээд мэргэдийг хороох зарлиг гарч, Даниел болон түүний нөхдийг ч бас алахаар эрэв. Тэгэхэд Даниел Вавилоны мэргэдийг алахаар гарсан хааны харуулын ахлагч Ариохт ухаалаг бөгөөд мэргэн үгээр хариулав. Тэрээр хааны түшмэл Ариохт хандан: Хаанаас гарсан энэ зарлиг юунд ийм яаруу байна вэ? гэж асуув. Тэгэхэд Ариох энэ хэргийг Даниелд мэдүүлэв. Даниел 2:13–15.</w:t>
      </w:r>
    </w:p>
    <w:p>
      <w:pPr>
        <w:pStyle w:val="ArticleBody"/>
        <w:jc w:val="left"/>
      </w:pPr>
      <w:r>
        <w:rPr>
          <w:rFonts w:ascii="Times New Roman" w:hAnsi="Times New Roman" w:eastAsia="Times New Roman" w:cs="Times New Roman"/>
        </w:rPr>
        <w:t>Даниелд хараахан үл мэдэгдэх хөргийн зүүдний амьдрал ба үхлийн нөхцөл байдлын ойлголтын талаар гэрэл тусах үед, тэрээр нэг зуун дөчин дөрвөн мянган хүнийг гурван шаттай шалгалтын үйл явцын хоёр дахь, нүдэнд үзэгдэх шалгалтын түүхэн үед байгаагийн баримтад гэгээрч буйг төлөөлж байна. Гэвч Даниел нь зөвхөн зөв хоол хүнсийг идэхээр сонгосон бөгөөд үүгээрээ эхний шалгалтыг давсан хүмүүсийг төлөөлөөд зогсохгүй, мөн Бурхан Библийн эш үзүүллэгт онцгой ойлголт өгсөн хүний төлөөлөгчийг ч төлөөлж байна.</w:t>
      </w:r>
    </w:p>
    <w:p>
      <w:pPr>
        <w:pStyle w:val="ArticleScripture"/>
        <w:jc w:val="left"/>
      </w:pPr>
      <w:r>
        <w:rPr>
          <w:rFonts w:ascii="Times New Roman" w:hAnsi="Times New Roman" w:eastAsia="Times New Roman" w:cs="Times New Roman"/>
        </w:rPr>
        <w:t>Харин энэ дөрвөн хөвгүүнд Бурхан аливаа эрдэм мэдлэг ба мэргэн ухаанд мэдлэг болон чадварыг өгсөн бөгөөд Даниел бүх үзэгдэл ба зүүдийг ойлгодог байв. Даниел 1:17.</w:t>
      </w:r>
    </w:p>
    <w:p>
      <w:pPr>
        <w:pStyle w:val="ArticleBody"/>
        <w:jc w:val="left"/>
      </w:pPr>
      <w:r>
        <w:rPr>
          <w:rFonts w:ascii="Times New Roman" w:hAnsi="Times New Roman" w:eastAsia="Times New Roman" w:cs="Times New Roman"/>
        </w:rPr>
        <w:t>Хэдийгээр итгэлтэй дөрвөн еврей залуу хоолны шалгалтыг бүгд давсан боловч үзэгдэл ба зүүдний элчээр Даниел сонгогдсон юм. Даниел нь Елиа, Баптист Иохан, Илчлэгч Иохан, Вильям Миллер, мөн Future for America-гаар төлөөлөгдсөн эш үзүүллэгийн элчийг төлөөлж байна. Эш үзүүллэгийн элч нь эш үзүүллэгийн шалгалтаас хэзээ ч салангид байдаггүй.</w:t>
      </w:r>
    </w:p>
    <w:p>
      <w:pPr>
        <w:pStyle w:val="ArticleBody"/>
        <w:jc w:val="left"/>
      </w:pPr>
      <w:r>
        <w:rPr>
          <w:rFonts w:ascii="Times New Roman" w:hAnsi="Times New Roman" w:eastAsia="Times New Roman" w:cs="Times New Roman"/>
        </w:rPr>
        <w:t>Христийн цаг үед Иоханы гэрчлэлийг няцаасан хүмүүс Есүсээс ашиг хүртэж чадсангүй. Миллерийн хөдөлгөөний түүхэнд эхний мэдээг (Уильям Миллерээр төлөөлүүлсэн) няцаасан хүмүүс хоёр дахь мэдээнээс ашиг хүртэж чадсангүй. Аль аль түүхэнд үнэнч хүмүүс сорилтын үйл явц юунд хүргэж байгааг таньж мэдээгүй. Шавь нар энэ нь болох ёстой хэмээн тэдэнд тодорхой хэлэгдсэн байсаар атал загалмайг харахаас татгалзсан. Миллерчүүд агуу урам хугарлыг харж чадсангүй. Даниел, Небухаднезарын хөрөг зүүдтэй холбогдсон амь нас, үхлийн нөхцөл байдлын талаар Ариохоос мэдэгдэхэд, зүүдний агуулга юу болохыг ч, хөргийн сорилт юунд хүргэж байгааг ч мэдээгүй байв. Түүний мэдэж байсан бүхэн нь энэ нь амь нас, үхлийн асуудал мөн гэдэг явдал байлаа. Иймээс Даниел тайлбарыг ойлгохын тулд хугацаа хэрэгтэй байв.</w:t>
      </w:r>
    </w:p>
    <w:p>
      <w:pPr>
        <w:pStyle w:val="ArticleScripture"/>
        <w:jc w:val="left"/>
      </w:pPr>
      <w:r>
        <w:rPr>
          <w:rFonts w:ascii="Times New Roman" w:hAnsi="Times New Roman" w:eastAsia="Times New Roman" w:cs="Times New Roman"/>
        </w:rPr>
        <w:t>Тэгэхэд Даниел дотогш орж, хаанаас өөрт нь хугацаа өгөөч хэмээн хүсээд, тэр тайлбарыг хаанд үзүүлэх болно гэв. Даниел 2:16.</w:t>
      </w:r>
    </w:p>
    <w:p>
      <w:pPr>
        <w:pStyle w:val="ArticleBody"/>
        <w:jc w:val="left"/>
      </w:pPr>
      <w:r>
        <w:rPr>
          <w:rFonts w:ascii="Times New Roman" w:hAnsi="Times New Roman" w:eastAsia="Times New Roman" w:cs="Times New Roman"/>
        </w:rPr>
        <w:t>Даниел эхний сорилтод өөрийн сонгон идэхээр шийдсэн хоол хүнсэндээ (арга зүйдээ) итгэлийг илэрхийлсэн байв. Тиймээс түүнд цаг хугацаа өгөгдсөн бөгөөд энэ нь Христийн үед байсан шавь нарт өгөгдсөнтэй адил байлаа. Шавь нарт өгөгдсөн тэр хугацаа нь Христийн үхэл, оршуулга, амилалт, мөн Түүний Эммаус хүрэх замд шавь нартай уулзахаас өмнөх анхны тэнгэрт хальсан үеийг хамарсан хугацаа байсан бөгөөд дараа нь Тэр дээд өрөөнд дахин тэдэнтэй уулзсан. Тэгээд тэр хугацааны эцэст Тэр тэдэн дээр Ариун Сүнсийг үлээв.</w:t>
      </w:r>
    </w:p>
    <w:p>
      <w:pPr>
        <w:pStyle w:val="ArticleScripture"/>
        <w:jc w:val="left"/>
      </w:pPr>
      <w:r>
        <w:rPr>
          <w:rFonts w:ascii="Times New Roman" w:hAnsi="Times New Roman" w:eastAsia="Times New Roman" w:cs="Times New Roman"/>
        </w:rPr>
        <w:t>Ингэж айлдсаны дараа Тэр тэдэн дээр амьсгалж, тэдэнд, «Ариун Сүнсийг хүлээн ав» гэж айлдав. Иохан 20:22.</w:t>
      </w:r>
    </w:p>
    <w:p>
      <w:pPr>
        <w:pStyle w:val="ArticleBody"/>
        <w:jc w:val="left"/>
      </w:pPr>
      <w:r>
        <w:rPr>
          <w:rFonts w:ascii="Times New Roman" w:hAnsi="Times New Roman" w:eastAsia="Times New Roman" w:cs="Times New Roman"/>
        </w:rPr>
        <w:t>Езекиел эш үзүүлж, үхэгсдийн яснууд нийлүүлэгдэв. Дараа нь Езекиел дахин эш үзүүлэхэд, шинээр бүрэлдсэн биеүүд дээр Ариун Сүнс амьсгалуулагдаж, тэд хүчирхэг их цэрэг мэт босон зогсов. Христ шавь нарынхаа дээр амьсгалах үед Тэр тэдний ойлголтыг нээв.</w:t>
      </w:r>
    </w:p>
    <w:p>
      <w:pPr>
        <w:pStyle w:val="ArticleScripture"/>
        <w:jc w:val="left"/>
      </w:pPr>
      <w:r>
        <w:rPr>
          <w:rFonts w:ascii="Times New Roman" w:hAnsi="Times New Roman" w:eastAsia="Times New Roman" w:cs="Times New Roman"/>
        </w:rPr>
        <w:t>Тэгээд Тэр тэдний оюун ухааныг Судруудыг ойлгохын тулд нээв. Лук 24:25.</w:t>
      </w:r>
    </w:p>
    <w:p>
      <w:pPr>
        <w:pStyle w:val="ArticleBody"/>
        <w:jc w:val="left"/>
      </w:pPr>
      <w:r>
        <w:rPr>
          <w:rFonts w:ascii="Times New Roman" w:hAnsi="Times New Roman" w:eastAsia="Times New Roman" w:cs="Times New Roman"/>
        </w:rPr>
        <w:t>Бүх эш үзүүлэгчид ертөнцийн төгсгөлийн тухай өгүүлж байгаа бөгөөд Даниел ч үүнд онцгойрохгүй. Түүний хүссэн хугацаа нь гэгээрэл хүлээн авч болох хугацаа байв. Миллерчүүдийн хүлээлтийн хугацаа нь анхны урам хугарлаас эхлэн, Матай хорин тавдугаар бүлэг болон Хабаккук хоёрдугаар бүлгийн эш үзүүлгүүдтэй холбоотойгоор өөрсдийгөө саатлын цаг үед байгааг таньж мэдэх хүртэлх үе байлаа. Миллерчүүдийн түүхэн дэх саатлын цаг үеийн түүх нь хоёр дахь тэнгэрэлчийн мэдээний үед биелсэн юм. Даниелын хоёрдугаар бүлэг мөн тэрхүү ижил түүхийг төлөөлж байгаа тул түүний хугацаа хүссэн явдал нь эш үзүүлгийн утгаараа Миллерчүүдийн саатлын цаг үетэй нийцдэг. Иймээс Даниелын хугацаа хүссэн явдал болон Миллерчүүдийн саатлын цаг үе нь 2020 оны 7 дугаар сарын 18-нд эхэлсэн нэг зуун дөчин дөрвөн мянгын саатлын цаг үеийг төлөөлдөг.</w:t>
      </w:r>
    </w:p>
    <w:p>
      <w:pPr>
        <w:pStyle w:val="ArticleBody"/>
        <w:jc w:val="left"/>
      </w:pPr>
      <w:r>
        <w:rPr>
          <w:rFonts w:ascii="Times New Roman" w:hAnsi="Times New Roman" w:eastAsia="Times New Roman" w:cs="Times New Roman"/>
        </w:rPr>
        <w:t>Небухаднезарын хөрөг дүрсний зүүдийг ойлгохын тулд Даниел хугацаа хүссэн нь Илчлэлт номын арван нэгдүгээр бүлэгт хоёр гэрч гудамжинд үхсэнээр хэвтсэн гурван өдөр хагасын дүрслэлээр төлөөлөгддөг. Илчлэлт арван нэгдүгээр бүлгийн гурван өдөр хагасын түүхэнд, эш үзүүллэгийн цөлийг бэлгэдэн илэрхийлдэг тэрхүү гурван өдөр хагасын дотор, хашхирах нэгэн дуу хоолой байдаг. Үхэгсэд болсон хуурай ясыг сэрээж амилуулахын тулд Тайтгаруулагчийн хэрэглэдэг хүний дуу хоолой нь зүүд юу байсан болон юуг төлөөлж байсны эш үзүүллэгийн илчлэлийг хүлээн авсан Даниелаар төлөөлөгдөнө. Цөлд хашхирах дуу хоолой нь Даниелаар төлөөлөгдсөнчлөн, зүүд ба үзэгдлүүдийн эш үзүүллэгийн ойлголтыг хүлээн авсан. Тэрхүү дуу хоолой хашхирч байна; ингэснээр түүнд Шөнө дундын Хашхирааны мэдээ өгөгдсөнийг илтгэж байна. Мөн тэрхүү хашхираа нь шөнө дунд өгөгддөг бөгөөд энэ нь харанхуйг төлөөлдөг.</w:t>
      </w:r>
    </w:p>
    <w:p>
      <w:pPr>
        <w:pStyle w:val="ArticleBody"/>
        <w:jc w:val="left"/>
      </w:pPr>
      <w:r>
        <w:rPr>
          <w:rFonts w:ascii="Times New Roman" w:hAnsi="Times New Roman" w:eastAsia="Times New Roman" w:cs="Times New Roman"/>
        </w:rPr>
        <w:t>Шөнийн дундах хамгийн гүн харанхуйд, дуу хоолойд (Даниел) харанхуйгаар бүрхэгдсэн нэгэн мэдээний утгыг ойлгохуй өгөгдсөн. Дуу хоолойд (Езекиел) өгөгдсөн тушаал нь үхсэн хуурай ястнуудад эш үзүүлэх явдал юм. Тэрээр үүнийг үйлдэх үед, Тайтгаруулагч гудамжинд буй үхэгсдийн дээр үлээгдэж, тэд “амилуулагдана.” Гэвч энэ сэргэлт зөвхөн залбирлаар л биелдэг. Залбирал бол гудамжинд алагдсан үхсэн хуурай ястнуудын сэргэлийн түүхэн дэх нэгэн замын тэмдэг мөн. Даниел тэрхүү замын тэмдгийг, яг тэр замын тэмдэг тодорхойлогдсон зохих байршил дээр нь, эш үзүүллэгийн утгаар төлөөлдөг.</w:t>
      </w:r>
    </w:p>
    <w:p>
      <w:pPr>
        <w:pStyle w:val="ArticleScripture"/>
        <w:jc w:val="left"/>
      </w:pPr>
      <w:r>
        <w:rPr>
          <w:rFonts w:ascii="Times New Roman" w:hAnsi="Times New Roman" w:eastAsia="Times New Roman" w:cs="Times New Roman"/>
        </w:rPr>
        <w:t>“Бидний дунд жинхэнэ сүсэг бишрэлийн сэргэлт бий болох нь бидний бүх хэрэгцээнээс хамгийн агуу бөгөөд хамгийн яаралтай нь мөн. Үүнийг эрэлхийлэх нь бидний хамгийн түрүүн хийх ажил байх ёстой. Эзэний ерөөлийг хүлээн авахын тулд чин үнэнч хүчин чармайлт байх ёстой. Энэ нь Бурхан Өөрийн ерөөлийг бидэнд хайрлах хүсэлгүйдээ бус, харин бид түүнийг хүлээн авахад бэлтгэгдээгүйд оршино. Тэнгэрлэг Эцэг маань Өөрөөс нь гуйгчдад Ариун Сүнсээ өгөхдөө, газрын эцэг эхчүүд үр хүүхдүүддээ сайн бэлгүүд өгөхөөс ч илүү бэлэн байдаг. Харин Бурхан Өөрийн ерөөлийг бидэнд соёрхоно хэмээн амласан нөхцлүүдийг биелүүлэх нь бидний ажил бөгөөд үүнийг гэм нүглээ хүлээн зөвшөөрөх, өөрсдийгөө даруу болгох, гэмших, чин сэтгэлийн залбирал өргөх замаар хийх ёстой. Сэргэлтийг зөвхөн залбирлын хариу болгон л хүлээж болно. Хүмүүс Бурханы Ариун Сүнсээр ийнхүү дутмаг байсаар байгаа цагт тэд Үгийн тунхаглалыг үнэлж чаддаггүй; харин Сүнсний хүч тэдний зүрх сэтгэлд хүрэх үед өгөгдсөн номлолууд үр нөлөөгүй үлдэхгүй. Бурханы Үгийн сургаалаар удирдуулж, Түүний Сүнсний илрэл дор, саруул ухаалаг ялган таних чадварыг хэрэгжүүлэх аваас, бидний цуглаанд оролцогсод эрхэм нандин туршлага олж авч, гэртээ буцан очоод эрүүл сайн нөлөө үзүүлэхэд бэлтгэгдэх болно.”</w:t>
      </w:r>
    </w:p>
    <w:p>
      <w:pPr>
        <w:pStyle w:val="ArticleScripture"/>
        <w:jc w:val="left"/>
      </w:pPr>
      <w:r>
        <w:rPr>
          <w:rFonts w:ascii="Times New Roman" w:hAnsi="Times New Roman" w:eastAsia="Times New Roman" w:cs="Times New Roman"/>
        </w:rPr>
        <w:t>“Хуучны туг баригчид залбирлаар Бурхантай тэмцэн барилдах гэж юу болохыг, мөн Түүний Сүнсний элбэг дэлбэг асгаралтыг эдлэх гэж юу болохыг мэддэг байсан. Харин эдүгээ тэд үйл ажиллагааны тайзнаас бууж байна; тэдний орон зайг нөхөхөөр хэн гарч ирж байна вэ? Өсөж буй үеийн байдал ямар байна вэ? Тэд Бурханд хөрвөсөн үү? Бид тэнгэрийн ариун сүмд явагдаж буй ажлыг сэрэмжтэйгээр ухаарч байна уу, эсвэл сүмийг хөдөлгөх ямар нэгэн албадсан хүч ирэхийг хүлээсээр байж сая сэрэх гэж байна уу? Бүхэл сүм бүхэлдээ сэргээгдэхийг бид найдан харж байна уу? Тэр цаг хэзээ ч ирэхгүй.</w:t>
      </w:r>
    </w:p>
    <w:p>
      <w:pPr>
        <w:pStyle w:val="ArticleScripture"/>
        <w:jc w:val="left"/>
      </w:pPr>
      <w:r>
        <w:rPr>
          <w:rFonts w:ascii="Times New Roman" w:hAnsi="Times New Roman" w:eastAsia="Times New Roman" w:cs="Times New Roman"/>
        </w:rPr>
        <w:t>“Чуулганы дотор хөрвөөгүй хүмүүс байдаг бөгөөд тэд чин сэтгэлийн, хүчтэй нөлөө бүхий залбиралд нэгдэхгүй. Бид ажилд хүн нэг бүрээрээ оролцох ёстой. Бид илүү их залбирч, бага ярих ёстой. Ёс бус байдал элбэгшиж байгаа тул хүмүүсийг сүнс ба хүч чадалгүй зөвхөн бурханлаг байдлын хэлбэрт сэтгэл ханахгүй байхаар сургах ёстой. Хэрэв бид өөрсдийн зүрх сэтгэлийг шинжиж, нүглүүдээ зайлуулан, бузар хандлагуудаа засахад чин зориулах аваас, бидний сэтгэл хоосон юманд өргөгдөхгүй; харин бидний хүрэлцээ Бурханаас гэдгийг үргэлж мэдэрч, өөрсдөдөө үл итгэгч байх болно.” Selected Messages, book 1, 121, 122.</w:t>
      </w:r>
    </w:p>
    <w:p>
      <w:pPr>
        <w:pStyle w:val="ArticleBody"/>
        <w:jc w:val="left"/>
      </w:pPr>
      <w:r>
        <w:rPr>
          <w:rFonts w:ascii="Times New Roman" w:hAnsi="Times New Roman" w:eastAsia="Times New Roman" w:cs="Times New Roman"/>
        </w:rPr>
        <w:t>Даниелын сонгон хэрэглэсэн хооллолтод итгэсэн итгэл дээр үндэслэн, тэрээр дараа нь өөрийн хооллолтоор төлөөлөгдөж байсан аргачлалыг хэрэглэхийг шаардсан, харагдахуйц шалгалтын үйл явцад орсон бөгөөд эхлээд өөрийн Бурхан зүүдийг илчилж, тайлбарлана хэмээн амлаж, үүний дараа тэрхүү зүүдийг хаанд танилцуулах ёстой болсон. Тэр зөв хооллолттой, өөрөөр хэлбэл зөв аргачлалтай байсан бөгөөд дараа нь тэр үнэмлэхүй “харанхуй” дотор байсан Небухаднезарын хөргийн зүүдний мэдээг танилцуулснаар итгэлээ харагдахуйц байдлаар илэрхийлэх ёстой байв. Түүний дараагийн үйлдэл нь итгэлийнх нь харагдахуйц илэрхийлэл байсан, учир нь тэрээр Бурханы ард түмэн харанхуйд орсон үедээ хэрэгжүүлэх ёстой тэнгэрлэг томьёог тэр үед хэрэгжүүлсэн юм.</w:t>
      </w:r>
    </w:p>
    <w:p>
      <w:pPr>
        <w:pStyle w:val="ArticleScripture"/>
        <w:jc w:val="left"/>
      </w:pPr>
      <w:r>
        <w:rPr>
          <w:rFonts w:ascii="Times New Roman" w:hAnsi="Times New Roman" w:eastAsia="Times New Roman" w:cs="Times New Roman"/>
        </w:rPr>
        <w:t>“Хорон муу нэгний харанхуй нь залбирахыг үл хайхардаг хүмүүсийг бүрхэнэ. Дайсны шивнэсэн уруу таталтууд тэднийг нүгэл үйлдэхэд татан оруулдаг; энэ бүхэн нь Бурхан тэдэнд залбирлын тэнгэрлэг тогтоолоор өгсөн онцгой эрхийг тэд хэрэглэдэггүйгээс болдог. Итгэл гэдэг гар дахь түлхүүрээр тэнгэрийн агуулахыг нээдэг түлхүүр нь залбирал байхад, Төгс Хүчит Нэгэний хязгааргүй нөөц баялаг тэнд хадгалагдаж байхад, Бурханы хөвгүүд охид яагаад залбирахдаа хойрго байх ёстой гэж? Тасралтгүй залбирал болон хичээнгүй сэргэмжгүйгээр бид хайхрамжгүй болж, зөв замаас хазайх аюулд ордог. Эсэргүүцэгч нь биднийг чин сэтгэлийн гуйлт болон итгэлээр уруу таталтыг эсэргүүцэх нигүүлсэл ба хүчийг олж авахуулахгүйн тулд нигүүлслийн ширээ рүү хүрэх замыг байнга хаахыг эрмэлздэг.” Христэд хүрэх алхмууд, 94.</w:t>
      </w:r>
    </w:p>
    <w:p>
      <w:pPr>
        <w:pStyle w:val="ArticleBody"/>
        <w:jc w:val="left"/>
      </w:pPr>
      <w:r>
        <w:rPr>
          <w:rFonts w:ascii="Times New Roman" w:hAnsi="Times New Roman" w:eastAsia="Times New Roman" w:cs="Times New Roman"/>
        </w:rPr>
        <w:t>Небухаднезарын шөнийн зүүдний агуулгын харанхуй байдал дунд Даниел гурван нөхдийнхөө хамт нягтран залбирав.</w:t>
      </w:r>
    </w:p>
    <w:p>
      <w:pPr>
        <w:pStyle w:val="ArticleScripture"/>
        <w:jc w:val="left"/>
      </w:pPr>
      <w:r>
        <w:rPr>
          <w:rFonts w:ascii="Times New Roman" w:hAnsi="Times New Roman" w:eastAsia="Times New Roman" w:cs="Times New Roman"/>
        </w:rPr>
        <w:t>Тэгээд Даниел өөрийн гэртээ очиж, энэ хэргийг өөрийн нөхөд болох Хананиа, Мишаел, Азариа нарт мэдэгдэв. Ингэснээр тэд энэ нууцын талаар тэнгэрийн Бурханаас өршөөл гуйж, Даниел болон түүний нөхөд Вавилоны бусад мэргэдтэй хамт сүйрэхгүй байхын тулд байлаа. Тэгээд энэ нууц Даниелд шөнийн үзэгдлээр илчлэгдэв. Тэгээд Даниел тэнгэрийн Бурханыг магтав. Даниел хариулан өгүүлрүүн: Бурханы нэр үүрд мөнхөд магтагдаг. Учир нь мэргэн ухаан ба хүч чадал Түүнийх мөн. Тэр цаг үе ба улирлуудыг өөрчилдөг. Тэр хаадыг буулгаж, хаадыг өргөмжилдөг. Тэр мэргэдэд мэргэн ухааныг, ухаарлыг мэддэг хүмүүст мэдлэгийг өгдөг. Тэр гүн ба нууцлаг зүйлсийг илчилдэг. Тэр харанхуйд юу байгааг мэддэг бөгөөд гэрэл Түүнтэй оршдог. Эцгүүдийн минь Бурхан аа, надад мэргэн ухаан ба хүч чадлыг өгч, Танаас бидний гуйсан зүйлийг эдүгээ надад мэдүүлсэн Танд би талархаж, Таныг магтан дуулж байна. Учир нь Та одоо хааны хэргийг бидэнд мэдүүллээ. Даниел 2:17–23.</w:t>
      </w:r>
    </w:p>
    <w:p>
      <w:pPr>
        <w:pStyle w:val="ArticleBody"/>
        <w:jc w:val="left"/>
      </w:pPr>
      <w:r>
        <w:rPr>
          <w:rFonts w:ascii="Times New Roman" w:hAnsi="Times New Roman" w:eastAsia="Times New Roman" w:cs="Times New Roman"/>
        </w:rPr>
        <w:t>Тэгэхэд Даниел “харанхуйд юу байдгийг мэддэг” Нэгэнээс шагнагдсан юм. Ням гаргийн хууль тогтоох хөдөлгөөн харанхуй дунд өрнөж байгаа бөгөөд тэнгэрлэг хоолыг хүртэж байна хэмээн өөрсдийгөө илэрхийлсэн хүмүүс папын эрх мэдлийн тэмдгийг албадан тулгахын тулд шашин, улс төрийн тавцанг бэлтгэдэг араатны дүрийн бүрэлдэн тогтож буйг танин мэдэх үүрэгтэй.</w:t>
      </w:r>
    </w:p>
    <w:p>
      <w:pPr>
        <w:pStyle w:val="ArticleBody"/>
        <w:jc w:val="left"/>
      </w:pPr>
      <w:r>
        <w:rPr>
          <w:rFonts w:ascii="Times New Roman" w:hAnsi="Times New Roman" w:eastAsia="Times New Roman" w:cs="Times New Roman"/>
        </w:rPr>
        <w:t>Даниелын хоёрдугаар бүлэг нь зөвхөн Миллерийн хөдөлгөөний түүхэн дэх хоёр дахь тэнгэрэлчийн түүхийг заагаад зогсохгүй, харин бүр илүү шууд утгаар гурав дахь тэнгэрэлчийн хөдөлгөөний доторх хоёр дахь тэнгэрэлчийн түүхийг дүрслэн харуулж байна. Небухаднезарын хөргийн зүүдний шалгалтад араатны хөргийн шалгалт төлөөлөгдөн үзүүлэгдэж байна. Ням гаргийн хуулийн ойртож буйтай холбоотой амь ба үхлийн нөхцөл байдалд Бурханы ард түмэн сэрэн босох эш үзүүллэгийн алхмууд Даниел ба Илчлэлт номуудад маш тодорхойгоор заагдан байна.</w:t>
      </w:r>
    </w:p>
    <w:p>
      <w:pPr>
        <w:pStyle w:val="ArticleBody"/>
        <w:jc w:val="left"/>
      </w:pPr>
      <w:r>
        <w:rPr>
          <w:rFonts w:ascii="Times New Roman" w:hAnsi="Times New Roman" w:eastAsia="Times New Roman" w:cs="Times New Roman"/>
        </w:rPr>
        <w:t>Даниел бол дүрслэлтэй зүүдний амь эсвэл үхлийн тухай мэдээ урагшлан түгэх түүхэн дэх элчийг төлөөлдөг. Тэрээр ойлгон мэдсэн хоолны дэглэм дээрээ бат зогсож, Бурхан үзэгдлийг мэдүүлж чадна хэмээн итгэлээр тунхагладаг, гэвч хугацаа хүсдэг. Тэрхүү хугацаа нь саатлын цаг мөн. Саатлын цагийн төгсгөлд түүнд Небухаднезарын харанхуй зүүдэнд юу байсныг мэдэх мэдлэг өгөгддөг, гэвч зөвхөн тэр төдийгөөр хязгаарлагдахгүй. Тэрээр араатны дүр болон түүнтэй холбоотой сорилтыг бэлгэддэг дүрслэлтэй зүүдийг ойлгох ухааныг хүлээн аваад зогсохгүй, саатлын цагийн төгсгөлд мөн Бурханыг магтан алдаршуулдаг. Учир нь Бурхан “мэргэдэд мэргэн ухааныг, ухаарлыг мэдэгчдэд мэдлэгийг өгдөг; Тэр гүн бөгөөд нууц зүйлсийг илчилдэг; Тэр харанхуйд юу байгааг мэддэг, мөн гэрэл Түүнтэй оршдог.”</w:t>
      </w:r>
    </w:p>
    <w:p>
      <w:pPr>
        <w:pStyle w:val="ArticleBody"/>
        <w:jc w:val="left"/>
      </w:pPr>
      <w:r>
        <w:rPr>
          <w:rFonts w:ascii="Times New Roman" w:hAnsi="Times New Roman" w:eastAsia="Times New Roman" w:cs="Times New Roman"/>
        </w:rPr>
        <w:t>Даниел энд өөрийн магтаалыг “мэдлэгийн өсөлт” болсон гэсэн нөхцөл байдалд байрлуулж байна. Учир нь тэрээр арван хоёрдугаар бүлэгт “мэргэд” “мэдлэгийн өсөлт”-ийг ойлгоно гэж тодорхойлдог бөгөөд мөн Бурхан “мэргэдэд” “мэргэн ухаан” болон “мэдлэг” өгсөнд Түүнийг магтаж байна. Тэрээр мэргэн онгон бүсгүйчүүдийг шууд эш татаж, өөрийн цаг үеийг саатлын үетэй холбон байна. Тэрээр хоёрдугаар бүлэгт буй дүрслэлийг гурав дахь тэнгэрэлчийн хөдөлгөөн дотор Матай хорин тавын саатлын үеийн төгс биелэлттэй шууд холбон байрлуулж байна. Үүнээс ч илүү ач холбогдолтой нь, Илчлэл номд сорилтын хугацаа хаагдахын яг өмнөхөн, Даниел ба Илчлэл номуудын эш үзүүллэгийн үгсийг битгий лацад гэж Иоханд хэлсэн явдал юм. Учир нь тэд нэг ном мөн.</w:t>
      </w:r>
    </w:p>
    <w:p>
      <w:pPr>
        <w:pStyle w:val="ArticleScripture"/>
        <w:jc w:val="left"/>
      </w:pPr>
      <w:r>
        <w:rPr>
          <w:rFonts w:ascii="Times New Roman" w:hAnsi="Times New Roman" w:eastAsia="Times New Roman" w:cs="Times New Roman"/>
        </w:rPr>
        <w:t>Тэр надад ийнхүү айлдав: “Энэ номын эш үзүүллийн үгсийг бүү битүүмжил; учир нь цаг нь ойрхон байна. Зүй бус нэгэн нь зүй бус хэвээр байг; бузар нэгэн нь бузар хэвээр байг; зөвт нэгэн нь зөвт хэвээр байг; ариун нэгэн нь ариун хэвээр байг.” Илчлэлт 22:10, 11.</w:t>
      </w:r>
    </w:p>
    <w:p>
      <w:pPr>
        <w:pStyle w:val="ArticleBody"/>
        <w:jc w:val="left"/>
      </w:pPr>
      <w:r>
        <w:rPr>
          <w:rFonts w:ascii="Times New Roman" w:hAnsi="Times New Roman" w:eastAsia="Times New Roman" w:cs="Times New Roman"/>
        </w:rPr>
        <w:t>Даниел болон Илчлэлт номын эш үзүүллэгүүдийн лац тайлагдах цаг нь арван охины сургаалт зүйрлэлийн саатлын цагт байдаг бөгөөд тэр цагийг Даниелын хугацаа хүссэн хүсэлтээр дүрсэлсэн байдаг. Түүний хугацаа хүссэн хүсэлтийн дараа залбирал дагалдсан бөгөөд энэ нь үхэгсдийн хуурай ясууд амилан босохоос өмнө заавал болох ёстой. Мэдлэгийн өсөлт болон харанхуйгаар хучигдсан зүүдний дүр төрхийн ойлголт илчлэгдсэн тэр хугацаанд Бурхан Даниелд өөр нэгэн зүйлийг үйлдсэн. “Тэр гүн ба нууц зүйлсийг илчилдэг.” Шөнө дундын Хашхирааны түүхийн нууц зүйл нь нигүүлслийн хугацаа хаагдахын яг өмнө лац нь тайлагддаг Илчлэлт дэх эш үзүүллэг юм. Тэрхүү “гүн ба нууц” зүйл бол “үнэн” юм.</w:t>
      </w:r>
    </w:p>
    <w:p>
      <w:pPr>
        <w:pStyle w:val="ArticleBody"/>
        <w:jc w:val="left"/>
      </w:pPr>
      <w:r>
        <w:rPr>
          <w:rFonts w:ascii="Times New Roman" w:hAnsi="Times New Roman" w:eastAsia="Times New Roman" w:cs="Times New Roman"/>
        </w:rPr>
        <w:t>Үнэн нь Даниелаар төлөөлөгдсөн элчид нээгддэг эш үзүүллэгийн түлхүүр болж, үүгээр “долоон аянга”-ын нууцлаг түүхийг танин мэдэх боломж бүрддэг. Тэр нууцлаг түүх нь гурван тэмдэгт үеийн түүх мөн. Эхнийх нь урам хугаралт бөгөөд, сүүлийнх нь ч Миллерийн хөдөлгөөний түүхэнд дүрслэгдсэнчлэн урам хугаралт мөн. “Үнэн” хэмээн орчуулагддаг еврей үгийг “Гайхамшигт Хэл Шинжээч” еврей цагаан толгойн эхний, арван гурав дахь, сүүлчийн үсгийг хослуулан бүтээсэн юм. Есүс бол эхлэл ба төгсгөл мөн бөгөөд Тэр бол “үнэн” юм. “Гайхамшигт Хэл Шинжээч”-ийн бүтээсэн тэр үгийн бүтэц нь Даниел “цаг”-ийг гуйж, залбиралд орсон хүртэл тамгалуулагдсан байх ёстой байсан “долоон аянга”-ын нууцлаг түүх болох эш үзүүллэгийн гурван тэмдэгт үеийг тодорхойлон харуулдаг.</w:t>
      </w:r>
    </w:p>
    <w:p>
      <w:pPr>
        <w:pStyle w:val="ArticleBody"/>
        <w:jc w:val="left"/>
      </w:pPr>
      <w:r>
        <w:rPr>
          <w:rFonts w:ascii="Times New Roman" w:hAnsi="Times New Roman" w:eastAsia="Times New Roman" w:cs="Times New Roman"/>
        </w:rPr>
        <w:t>2020 оны 7 дугаар сарын 18-ны урам хугаралт нь эхний замын тэмдэг байсан бөгөөд энэ нь гурван замын тэмдгийн сүүлчийнх болох Ням гаргийн хуулийнтай холбоотой урам хугарлыг дүрслэн харуулдаг. Дундах үсэг, арван гурав дахь үсэг нь эсэргүүцлийн бэлгэ тэмдэг бөгөөд мөн долоон аянгын нуугдмал түүхийн дундах замын тэмдгийн бэлгэ тэмдэг юм. Энэхүү эсэргүүцэл нь Шөнө дундын хашхирааны үе дэх ухаангүй охидоор төлөөлөгддөг. Учир нь Шөнө дундын хашхираа нь 2020 оны 7 дугаар сарын 18, Шөнө дундын хашхираа, мөн удахгүй ирэх Ням гаргийн хууль гэсэн гурван үе шаттай түүхийн дундах замын тэмдэг мөн. Шөнө дунд болмогц цаг хугацаа арван гурав дахь цаг руу шилждэг бөгөөд тэнд ухаангүй охидын ил тод илрэл нь тэд өөрсдөд нь алтан тос байхгүйг ухаарснаар харуулагддаг.</w:t>
      </w:r>
    </w:p>
    <w:p>
      <w:pPr>
        <w:pStyle w:val="ArticleBody"/>
        <w:jc w:val="left"/>
      </w:pPr>
      <w:r>
        <w:rPr>
          <w:rFonts w:ascii="Times New Roman" w:hAnsi="Times New Roman" w:eastAsia="Times New Roman" w:cs="Times New Roman"/>
        </w:rPr>
        <w:t>Илчлэл номын арван нэгдүгээр бүлэг дэх бэлгэдэлт “цөл”-д, “гурван хагас өдөр”-ийн хугацаанд, Бурханы ард түмэн “долоон үе”-ийн хараалын бэлгэдэлт түүхэн дотор байгаа байдлаар дүрслэгддэг. Тэр хугацааны төгсгөлд тэд өөрсөд нь тараагдсан, өөрсөд нь нүгэл үйлдсэн, эцгүүд нь нүгэл үйлдсэн, өөрсөд нь Бурханы эсрэгээр явж ирсэн бөгөөд Бурхан ч тэдний эсрэгээр явж ирснийг ухаарах ёстой. Тэрхүү ухаарал нь тэднийг Левит хорин зургаадугаар бүлгийн залбирлыг үйлдэхэд хүргэх учиртай. Тэд Левитийн хорин зургаадугаар бүлгийн залбирлыг залбирах ёстой гэсэн тэр ухаарал нь эш үзүүллэгийн хувьд Даниелын хоёрдугаар бүлгийн Даниелын залбиралтай нийцдэг бөгөөд есдүгээр бүлэг дэх Даниелын залбирлаар дүрслэн үзүүлэгдсэн байдаг. Даниел есдүгээр бүлэгт Левит хорин зургаадугаар бүлгийн залбирлыг залбирсан шалтгаан нь, Бурханы ард түмний олзлогдлын тухай Иеремиагийн эш үзүүлсэн далан жилийн төгсгөлд өөрөө хүрч ирснээ танин мэдсэн явдалд үндэслэж байв.</w:t>
      </w:r>
    </w:p>
    <w:p>
      <w:pPr>
        <w:pStyle w:val="ArticleBody"/>
        <w:jc w:val="left"/>
      </w:pPr>
      <w:r>
        <w:rPr>
          <w:rFonts w:ascii="Times New Roman" w:hAnsi="Times New Roman" w:eastAsia="Times New Roman" w:cs="Times New Roman"/>
        </w:rPr>
        <w:t>Тэрхүү далан жил нь Бурханы ард түмний тамгалалтын түүхийг төлөөлдөг. Тэр далан жил нь Малахи номын гуравдугаар бүлэгт өгүүлсэн цэвэршүүлэлт болон Христийн сүмийг хоёр удаа цэвэрлэсэн явдлыг төлөөлдөг. Тэд араатны дүрийн сорилтын түүхийг төлөөлдөг. Тэрхүү түүх 2001 оны 9 дүгээр сарын 11-нд эхэлж, удахгүй ирэх Ням гарагийн хуулиар төгсөнө. Тэр бэлгэдэлт далан жилийн хугацааны төгсгөлд Даниел залбирахын тулд “саатлын хугацаа”-г эрэлхийлдэг. Эцсийн эш үзүүллэгийн нууц түүнд илчлэгдсэнээр түүний залбирал хариулагдсан. Тэр илчлэлт 2020 оны 7 дугаар сарын 18-наас хойших “цөлд” тархан сарних үе үргэлжилж байх үед, Бурханы жинхэнэ Протестант ард түмэн хараахан “цөлд” байсаар байх үед ирсэн. Тэр үед “үнэн” нь “цөлд хашхирагч дуу хоолой”-нд илчлэгдсэн юм.</w:t>
      </w:r>
    </w:p>
    <w:p>
      <w:pPr>
        <w:pStyle w:val="ArticleBody"/>
        <w:jc w:val="left"/>
      </w:pPr>
      <w:r>
        <w:rPr>
          <w:rFonts w:ascii="Times New Roman" w:hAnsi="Times New Roman" w:eastAsia="Times New Roman" w:cs="Times New Roman"/>
        </w:rPr>
        <w:t>Бид Даниелын хоёрдугаар бүлгийг дараагийн өгүүлэлд үргэлжлүүлэн авч үзнэ.</w:t>
      </w:r>
    </w:p>
    <w:p>
      <w:pPr>
        <w:pStyle w:val="ArticleScripture"/>
        <w:jc w:val="left"/>
      </w:pPr>
      <w:r>
        <w:rPr>
          <w:rFonts w:ascii="Times New Roman" w:hAnsi="Times New Roman" w:eastAsia="Times New Roman" w:cs="Times New Roman"/>
        </w:rPr>
        <w:t>Тэгээд энэ номд бичигдсэн бүх хараалыг энэ газар дээр авчрахын тулд ЭЗЭНий уур хилэн энэ газрын эсрэг дүрэлзэв. ЭЗЭН тэднийг хилэнгээрээ, догшин уураараа, агуу зэвүүцлээрээ тэдний нутгаас үндсээр нь сугалан авч, өнөөдрийн адил өөр газар уруу хаяжээ. Нууц зүйлс нь бидний Бурхан ЭЗЭНд хамаарна. Харин илчлэгдсэн зүйлс нь энэ хуулийн бүх үгийг бид үйлдэхийн тулд үүрд бидэнд болон бидний хүүхдүүдэд хамаарна. Дэд хууль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Хоёрдугаар Хэсэг</dc:title>
  <dc:subject>Харанхуй байдал</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