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Зуун Гучин Дугаар</w:t>
      </w:r>
    </w:p>
    <w:p>
      <w:pPr>
        <w:pStyle w:val="ArticleSubtitle"/>
        <w:jc w:val="left"/>
      </w:pPr>
      <w:r>
        <w:rPr>
          <w:rFonts w:ascii="Arial" w:hAnsi="Arial" w:eastAsia="Arial" w:cs="Arial"/>
        </w:rPr>
        <w:t>Америкийн Нэгдсэн Улсын эш үзүүллэгт гардаг шилжилт: Зургаа дахь хаанчлалаас гурвалсан нэгдэл рүү</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Америкийн Нэгдсэн Улс удахгүй хэрэгжих Ням гаргийн хуулийг албадан мөрдүүлэх үедээ Библийн эш үзүүллэг дэх зургаа дахь хаант улс байхаа больж, Орчин үеийн Ромын гуравласан холбооны гуравны нэг хэсэгт шилжин орно. Ням гаргийн хуулийг албадан мөрдүүлэх ерөнхийлөгч нь сүүлчийн ерөнхийлөгч байх бөгөөд тэр Бүгд Найрамдах намын ерөнхийлөгч байна. Энэ нь хоёр гэрч дээр тогтоогддог.</w:t>
      </w:r>
    </w:p>
    <w:p>
      <w:pPr>
        <w:pStyle w:val="ArticleBody"/>
        <w:jc w:val="left"/>
      </w:pPr>
      <w:r>
        <w:rPr>
          <w:rFonts w:ascii="Times New Roman" w:hAnsi="Times New Roman" w:eastAsia="Times New Roman" w:cs="Times New Roman"/>
        </w:rPr>
        <w:t>Анхны Бүгд Найрамдах намын ерөнхийлөгч байсан Абрахам Линкольн 1863 онд Чөлөөлөх тухай Тунхгийг “тунхагласан” бөгөөд энэ нь газрын араатны эш үзүүллэгийн түүхэн дэх “ярих”-ын дунд үеийн зааг тэмдэг байв. Линкольн 1863 онд Чөлөөлөх тухай Тунхгийг “тунхаглах” үедээ анхны Бүгд Найрамдах намын ерөнхийлөгч байсан тул эцсийн Бүгд Найрамдах намын ерөнхийлөгчийн бэлгэ тэмдэг болж байна. Абрахам Линкольн нь газрын араатны эхний үеийн сүүлчийн зааг тэмдгийг, мөн газрын араатны хоёр дахь үеийн эхний зааг тэмдгийг төлөөлдөг. Есүс төгсгөлийг үргэлж эхлэлээр дүрслэн үзүүлдэг. Хоёр үеийн сүүлчийнх нь төгсгөлд газрын араатан луу мэт ярих үед ерөнхийлөгч нь Линкольноор бэлгэдэгдсэнчлэн Бүгд Найрамдах намын ерөнхийлөгч байх болно.</w:t>
      </w:r>
    </w:p>
    <w:p>
      <w:pPr>
        <w:pStyle w:val="ArticleBody"/>
        <w:jc w:val="left"/>
      </w:pPr>
      <w:r>
        <w:rPr>
          <w:rFonts w:ascii="Times New Roman" w:hAnsi="Times New Roman" w:eastAsia="Times New Roman" w:cs="Times New Roman"/>
        </w:rPr>
        <w:t>Сүүлчийн ерөнхийлөгч Бүгд Найрамдах намын ерөнхийлөгч байхыг гэрчлэх хоёр дахь нотолгоо нь 1989 онд Рональд Рейганы үеэс төгсгөлийн цагт эхэлсэн хугацаа юм. 1989 оноос удахгүй ирэх Ням гаргийн хууль хүртэлх эш үзүүллэгийн хугацаа нь 508-аас 538 оны түүхэнд папын Ром хаан ширээнд суухад бэлтгэсэн эш үзүүллэгийн хугацаагаар төлөөлөгдөн ирсэн. 538 онд антихрист эрх мэдэлжихийн төлөөх тэрхүү эш үзүүллэгийн бэлтгэлийн хугацаа нь Христийн бэлтгэлийн гучин жилээр, өөрөөр хэлбэл Түүний төрөлтөөс эхлэн баптисм хүртэх хүртэлх хугацаагаар хэв шинжлэгдсэн юм.</w:t>
      </w:r>
    </w:p>
    <w:p>
      <w:pPr>
        <w:pStyle w:val="ArticleBody"/>
        <w:jc w:val="left"/>
      </w:pPr>
      <w:r>
        <w:rPr>
          <w:rFonts w:ascii="Times New Roman" w:hAnsi="Times New Roman" w:eastAsia="Times New Roman" w:cs="Times New Roman"/>
        </w:rPr>
        <w:t>Антихрист Христийн гучин жилийн бэлтгэлийг хуурамчаар дуурайсан гучин жилийн бэлтгэлийн хугацаатай байсан. Христэд зориулсан, мөн түүнчлэн антихристэд зориулсан гучин жилийн бэлтгэлийн хугацаа нь тун удахгүй ирэх Ням гаргийн хуулийн үед үхлийн шарх эдгэхэд чиглэсэн бэлтгэлийн хугацааны тухай хоёр гэрчийг өгдөг. Тэрхүү бэлтгэлийн хугацаа 1989 онд, төгсгөлийн цагт эхэлсэн бөгөөд энэ нь Христийн бэлтгэлийн хугацаа Түүний төрөх үед ирж, улмаар Түүний эш үзүүллэгийн түүхэн дэх төгсгөлийн цагийг тэмдэглэсний адил юм.</w:t>
      </w:r>
    </w:p>
    <w:p>
      <w:pPr>
        <w:pStyle w:val="ArticleBody"/>
        <w:jc w:val="left"/>
      </w:pPr>
      <w:r>
        <w:rPr>
          <w:rFonts w:ascii="Times New Roman" w:hAnsi="Times New Roman" w:eastAsia="Times New Roman" w:cs="Times New Roman"/>
        </w:rPr>
        <w:t>Сүүлчийн ерөнхийлөгчөөс өмнө, Даниел арван нэгдүгээр бүлгийн хоёрдугаар ишлэлд дэлхийг захирагч даяаршигчдын хүрээг “өдөөдөг” баян ерөнхийлөгчид хүрэх зургаан ерөнхийлөгч байхыг заадаг. Тэр зургаан ерөнхийлөгчийн эхнийх нь Бүгд Найрамдах намаас сонгогдсон Рональд Рейган байв. Рональд Рейган ба Абрахам Линкольн хоёр гэрчийг төлөөлдөг. 1863 оны бослогын замын тэмдэг, мөн 1989 онд эхэлсэн ерөнхийлөгчдийн шугам нь АНУ-ын эцсийн ерөнхийлөгчийн шинж чанаруудыг тодорхойлон заадаг.</w:t>
      </w:r>
    </w:p>
    <w:p>
      <w:pPr>
        <w:pStyle w:val="ArticleBody"/>
        <w:jc w:val="left"/>
      </w:pPr>
      <w:r>
        <w:rPr>
          <w:rFonts w:ascii="Times New Roman" w:hAnsi="Times New Roman" w:eastAsia="Times New Roman" w:cs="Times New Roman"/>
        </w:rPr>
        <w:t>Роналд Рейган бол эхнийхийн бэлгэ тэмдэг бөгөөд тиймээс сүүлчийнхийг дүрслэн харуулдаг. Рейган нь урьд нь хэвлэл мэдээллийн од байсан, мөн урьд нь Ардчилсан намын гишүүн байснаа Бүгд Найрамдах намын хүн болсон нэгэн байв. Тэрээр англи хэлийг өдөөн хатгасан байдлаар хэрэглэдгээрээ танигдсан байлаа. Тэрээр хошин мэдрэмжээрээ алдартай байв. Тэрээр өөрийгөө Протестант хэмээн илэрхийлдэг байсан ч Библийн эш үзүүлгийн антихристтэй холбоо байгуулснаараа “Протестант” гэж юу гэсэн утгатайг үнэхээр ойлгодоггүй байсан гэдгээ харуулсан.</w:t>
      </w:r>
    </w:p>
    <w:p>
      <w:pPr>
        <w:pStyle w:val="ArticleBody"/>
        <w:jc w:val="left"/>
      </w:pPr>
      <w:r>
        <w:rPr>
          <w:rFonts w:ascii="Times New Roman" w:hAnsi="Times New Roman" w:eastAsia="Times New Roman" w:cs="Times New Roman"/>
        </w:rPr>
        <w:t>Тэр Америкийг дэмжигч бөгөөд улс төрийн хувьд аймхай бус нэгэн байв. Орчин үеийн улс төрийн тэрхүү эрин үед байсан хамгийн үр нөлөөгүй ерөнхийлөгчийн дараа тэр гарч ирсэн бөгөөд түүнээс өмнөх ерөнхийлөгч нь радикал исламын шаардлагад буулт хийсэн байлаа. Түүний хэлсэн бөгөөд хэрэгжүүлсний төлөө түүнд алдаршил өгдөг хамгийн чухал зүйл нь магадгүй: “Ноён Горбачёв, энэ ханыг нураа.”</w:t>
      </w:r>
    </w:p>
    <w:p>
      <w:pPr>
        <w:pStyle w:val="ArticleBody"/>
        <w:jc w:val="left"/>
      </w:pPr>
      <w:r>
        <w:rPr>
          <w:rFonts w:ascii="Times New Roman" w:hAnsi="Times New Roman" w:eastAsia="Times New Roman" w:cs="Times New Roman"/>
        </w:rPr>
        <w:t>Дональд Трамп бол эцсийн үеийн бэлгэдэл мөн; иймээс түүнийг анхныхаар дүрслэн үзүүлсэн байдаг. Трамп өмнө нь хэвлэл мэдээллийн од байсан, мөн өмнө нь Ардчилсан намын хүн байснаа Бүгд Найрамдах намын хүн болсон нэгэн юм. Тэрээр англи хэлийг өдөөн хатгасан байдлаар хэрэглэдгээрээ танигдсан. Тэрээр хошин мэдрэмжээрээ танигдсан. Тэрээр өөрийгөө Протестант хэмээн илэрхийлдэг боловч, Протестант гэдэг нь юу гэсэн утгатайг үнэн хэрэгтээ ойлгодоггүйгээ харуулсан; мөн удахгүй ирэх Ням гаргийн хууль тогтоогдох үед тэрээр Библийн зөгнөлийн антихристтэй холбоо байгуулна.</w:t>
      </w:r>
    </w:p>
    <w:p>
      <w:pPr>
        <w:pStyle w:val="ArticleBody"/>
        <w:jc w:val="left"/>
      </w:pPr>
      <w:r>
        <w:rPr>
          <w:rFonts w:ascii="Times New Roman" w:hAnsi="Times New Roman" w:eastAsia="Times New Roman" w:cs="Times New Roman"/>
        </w:rPr>
        <w:t>Тэрээр Америкийг дэмжигч бөгөөд улс төрийн хувьд аймшгүй нэгэн юм. Орчин үеийн улс төрийн тэрхүү эрин үед түүний өмнө хамгийн үр нөлөөгүй ерөнхийлөгч байсан бөгөөд, 2024 онд тэрээр дахин сонгогдох үедээ мөн л орчин үеийн улс төрийн эрин дэх шинэ хамгийн үр нөлөөгүй ерөнхийлөгчөөр урьдуулсан байх болно. Аль ч тохиолдолд түүний өмнөх ерөнхийлөгчид нь радикал Исламын шаардлагад бөхийдгөөрөө танигдсан хүмүүс юм. Түүний хэлж байсан бөгөөд хэрэгжүүлснийх нь төлөө түүнд гавьяа ногдох хамгийн чухал зүйл нь гарцаагүй: “Ханыг босго.”</w:t>
      </w:r>
    </w:p>
    <w:p>
      <w:pPr>
        <w:pStyle w:val="ArticleBody"/>
        <w:jc w:val="left"/>
      </w:pPr>
      <w:r>
        <w:rPr>
          <w:rFonts w:ascii="Times New Roman" w:hAnsi="Times New Roman" w:eastAsia="Times New Roman" w:cs="Times New Roman"/>
        </w:rPr>
        <w:t>Энэ нь Жимми Картер, Барак Хуссейн Обама, Жо Байден нар ерөнхийлөгчийнхөө албан тушаалд өндөр үр нөлөөтэй байгаагүй гэж үзэж байгаа хэрэг огт биш; харин тэдний үр нөлөө нь АНУ-ын Үндсэн хуульд тунхаглан баталгаажсан зарчмуудыг устгахын төлөөх үйл ажиллагаанд нь тулгуурлаж байсан бөгөөд уг баримт бичгийг тэд тус бүр хамгаалж, сахин хамгаална хэмээн тангараг өргөсөн билээ. Үүн дээр Картер исламд Рейганы сонгууль хүртэл барьцааны хүмүүсийг саатуулах боломж олгосон бодит байдал, Обама исламын ертөнцөөр уучлал хүссэн айлчлал хийж, радикал исламын үндсэн банкинд наад зах нь нэг тэрбум долларыг бэлнээр өгсөн явдал, мөн исламыг дэмжсэн Байдены үйл ажиллагааны бүртгэл жагсааж барамгүй урт байдаг нь нэмэгдэнэ.</w:t>
      </w:r>
    </w:p>
    <w:p>
      <w:pPr>
        <w:pStyle w:val="ArticleBody"/>
        <w:jc w:val="left"/>
      </w:pPr>
      <w:r>
        <w:rPr>
          <w:rFonts w:ascii="Times New Roman" w:hAnsi="Times New Roman" w:eastAsia="Times New Roman" w:cs="Times New Roman"/>
        </w:rPr>
        <w:t>Рональд Рейган “төмөр хөшиг” хэмээн нэрлэгдэх бэлгэдэлт ханыг нураах ажлыг гүйцэтгэсэн бөгөөд 1989 оны 11 дүгээр сарын 11-нд Берлиний хана нурсан нь тэрхүү сүнслэг ялалтыг бодит тэмдэглэгээгээр тэмдэглэв. Трамп Сүм ба Төрийг тусгаарлах бэлгэдэлт ханыг нураах бөгөөд гурав дахь Гаслан тэр үйл явдлын бодит тэмдэглэгээг хангана. Тэр үйл явдал гурав дахь Гаслангийн Ислам ирснээр эхэлсэн нэг зуун дөчин дөрвөн мянгын тамгалах үеийг өндөрлөнө; тэрхүү ирэлт нь тамгалах хугацааны сүнслэг ажил эхэлснийг тодорхойлох бодит тэмдэглэгээг өгсөн билээ. 2023 оны 10 дугаар сарын 7-ны өдөр нэг зуун дөчин дөрвөн мянгын тамгалах хугацааны түүхэн бодит гурван тэмдэглэгээний дундах цэгийг тогтоов.</w:t>
      </w:r>
    </w:p>
    <w:p>
      <w:pPr>
        <w:pStyle w:val="ArticleBody"/>
        <w:jc w:val="left"/>
      </w:pPr>
      <w:r>
        <w:rPr>
          <w:rFonts w:ascii="Times New Roman" w:hAnsi="Times New Roman" w:eastAsia="Times New Roman" w:cs="Times New Roman"/>
        </w:rPr>
        <w:t>Тэр лацдах түүхийн дунд, Рональд Рейганаас хойших зургаа дахь ерөнхийлөгч нь ёроолгүй ангалын араатнаар бэлгэдлийн, улс төрийн утгаар алагдсан. Лацдах цагийн эхэнд ёроолгүй ангалын араатан нь Ислам байсан бөгөөд Мухаммедыг төлөөлдөг, хуурамч эш үзүүлэгчийн бэлгэдэл юм. Лацдах цагийн төгсгөлд ёроолгүй ангалын араатан нь Католицизмын тэнгисийн араатан бөгөөд түүний үхлийн шарх тэр үед эдгэрдэг. Лацдах цагийн дунд үед өгсөн гарч ирдэг ёроолгүй ангалын араатан нь атейзмын араатан, луу мөн. Лацдах цагийн дунд үед ёроолгүй ангалын луу араатан Илчлэлт номын арван нэгдүгээр бүлэгт гардаг хоёр гэрчийг хөнөөдөг.</w:t>
      </w:r>
    </w:p>
    <w:p>
      <w:pPr>
        <w:pStyle w:val="ArticleBody"/>
        <w:jc w:val="left"/>
      </w:pPr>
      <w:r>
        <w:rPr>
          <w:rFonts w:ascii="Times New Roman" w:hAnsi="Times New Roman" w:eastAsia="Times New Roman" w:cs="Times New Roman"/>
        </w:rPr>
        <w:t>АНУ-ын Иргэний дайны үеийн боолчлолыг дэмжигч Ардчилсан намын лууны жигүүр анхны Бүгд Найрамдах намын ерөнхийлөгчийг үнэхээр хөнөөсөн юм. Иргэний дайн 1865 оны 4 дүгээр сарын 9-нд албан ёсоор төгссөн бөгөөд Линкольн өмнөх өдөр нь буудуулсан боловч долоо хоногийн дараа, 15-ны өдөр нас баржээ. Дайн долоо дахь өдрийн амралтын өдөрт төгссөн бөгөөд Линкольн долоо дахь өдрийн амралтын өдөр нас барсан юм.</w:t>
      </w:r>
    </w:p>
    <w:p>
      <w:pPr>
        <w:pStyle w:val="ArticleBody"/>
        <w:jc w:val="left"/>
      </w:pPr>
      <w:r>
        <w:rPr>
          <w:rFonts w:ascii="Times New Roman" w:hAnsi="Times New Roman" w:eastAsia="Times New Roman" w:cs="Times New Roman"/>
        </w:rPr>
        <w:t>Баян чинээлэг бөгөөд хүчирхэг ерөнхийлөгчийн эсрэг сэргээгдсэн (өдөөгдсөн) даяарчлагчид 2020 оны 11 дүгээр сарын 3-нд улс төрийн аллага үйлдсэн. Ёроолгүй ангалын тэр араатан нь анхны бүгд найрамдах ерөнхийлөгчийн бодит үхлээр урьдчилан дүрслэгдсэнчлэн, бэлгэдлийн утгаар сүүлчийн бүгд найрамдах ерөнхийлөгчийг хөнөөсөн луу араатныг төлөөлж байв. Бурханы Үг түүний үхэлд дэлхий баярласны дараа тэрээр хөл дээрээ босно хэмээн тодорхойлдог. Одоо 2024 он болж, түүний эсрэг чиглүүлэн хэрэглэж буй хуульчлан хавчих ажиллагаа, худал хуурмаг, суртал ухуулга, мөнгө хөрөнгө бүхнийг үл харгалзан Трамп дахин амилсан нь илэрхий байна.</w:t>
      </w:r>
    </w:p>
    <w:p>
      <w:pPr>
        <w:pStyle w:val="ArticleBody"/>
        <w:jc w:val="left"/>
      </w:pPr>
      <w:r>
        <w:rPr>
          <w:rFonts w:ascii="Times New Roman" w:hAnsi="Times New Roman" w:eastAsia="Times New Roman" w:cs="Times New Roman"/>
        </w:rPr>
        <w:t>АНУ-д илэрч, улмаар дэлхий дахинд өрнөх тэрхүү маргааныг урьдчилан дүрслэх энэ зөрчилдөөний үед, хожмын бороогоор төлөөлөгдсөн Бурханы хүч дээрээс бууж ирж байх тэр цагт, доороос сатаны хүч гарч ирэх болно.</w:t>
      </w:r>
    </w:p>
    <w:p>
      <w:pPr>
        <w:pStyle w:val="ArticleBody"/>
        <w:jc w:val="left"/>
      </w:pPr>
      <w:r>
        <w:rPr>
          <w:rFonts w:ascii="Times New Roman" w:hAnsi="Times New Roman" w:eastAsia="Times New Roman" w:cs="Times New Roman"/>
        </w:rPr>
        <w:t>2001 оны 9 дүгээр сарын 11-ний түүхээс эхлэн АНУ-д удахгүй ирэх Ням гаргийн хуулийн үе хүртэл, гурав дахь Гайгийн Ислам ёроолгүй ангал дотроос утаа мэт гарч ирсэн нь тэр түүхийн эхэнд шатаж буй барилгуудын утааг төлөөлж байна. 2016 онд даяарчлагчдын коммунист woke-изм хоёр гэрчийг алахаар дээш гарч ирсэн. Дараа нь удахгүй ирэх Ням гаргийн хуулийн үед, долоон дотроос гарсан найм дахь араатан болох пап ламын засаглал үхлийн шарх нь эдгэрэхэд дэлхийн сэнтийд өгсөн гарч ирнэ.</w:t>
      </w:r>
    </w:p>
    <w:p>
      <w:pPr>
        <w:pStyle w:val="ArticleBody"/>
        <w:jc w:val="left"/>
      </w:pPr>
      <w:r>
        <w:rPr>
          <w:rFonts w:ascii="Times New Roman" w:hAnsi="Times New Roman" w:eastAsia="Times New Roman" w:cs="Times New Roman"/>
        </w:rPr>
        <w:t>Дээрээс ирэх хүч болох хожуугийн бороо асгарч буй цаг үед доороос гарч ирэх хүчийг төлөөлдөг араатнууд нь эш үзүүллэгийн нэгэн “Үнэн”-ийг төлөөлдөг. Утаа мэт дээш гарах ёстой эхнийх нь Илчлэлт номын арван наймдугаар бүлгийн эхний дуу хоолой сонсогдох үед гарч ирэх гурав дахь Гайгийн Ислам бөгөөд, хожуугийн бороо “хэмжигдэж” эхлэх үед тэр дээш гардаг. Хамгийн сүүлд дээш гарах араатан нь Илчлэлт номын арван наймдугаар бүлгийн хоёр дахь дуу хоолой сонсогдох үед гарч ирэх папын засаглал бөгөөд, хожуугийн бороо хэмжээлшгүйгээр асгарч байх үед тэр дээш гардаг.</w:t>
      </w:r>
    </w:p>
    <w:p>
      <w:pPr>
        <w:pStyle w:val="ArticleBody"/>
        <w:jc w:val="left"/>
      </w:pPr>
      <w:r>
        <w:rPr>
          <w:rFonts w:ascii="Times New Roman" w:hAnsi="Times New Roman" w:eastAsia="Times New Roman" w:cs="Times New Roman"/>
        </w:rPr>
        <w:t>Эхнийх нь эцсийнхийг бэлгэдэн дүрсэлдэг бөгөөд дунд нь өгсөж ирдэг араатан нь 2020 онд хоёр гэрчийг хөнөөсөн бурхангүй дэлхийн үзлийн араатан мөн. Нэг гэрч нь Протестант эвэр байсан, нөгөө нь Бүгд Найрамдах эвэр байсан. Бурхангүй үзлийн араатантай холбоотой тэрслэл ба эмх замбараагүй байдал нь еврей цагаан толгойн арван гурав дахь үсгээр дүрслэгддэг бөгөөд ёроолгүй ангалын тэр араатан нь ёроолгүй ангалын эхний ба эцсийн араатнуудын хооронд ирсэн нь, дээрээс ирж буй тэнгэрлэг хүчний цаг үед доороос гарч ирдэг сатаны хүчийг танин тодорхойлсон үнэн байсан ч гэсэн, еврей хэлний “үнэн” хэмээх үгийн тодорхойлолтыг бүрдүүлдэг.</w:t>
      </w:r>
    </w:p>
    <w:p>
      <w:pPr>
        <w:pStyle w:val="ArticleBody"/>
        <w:jc w:val="left"/>
      </w:pPr>
      <w:r>
        <w:rPr>
          <w:rFonts w:ascii="Times New Roman" w:hAnsi="Times New Roman" w:eastAsia="Times New Roman" w:cs="Times New Roman"/>
        </w:rPr>
        <w:t>Хоёр гэрч алагдсанаас хойш гурав хагас өдрийн дараа нэгэн “дунд дуу” цуурайтаж эхлэв. Энэ нь “цөлд хашхирагчийн дуу” байв. Тэрхүү дуу нь Гэрээний Элчид замыг бэлтгэдэг элчийн дууны “төгсгөл” бөгөөд, эрэгтэй эмэгтэй хүмүүсийг Кармел ууланд дуудан уриалах Елиагийн дууны эхлэл байлаа.</w:t>
      </w:r>
    </w:p>
    <w:p>
      <w:pPr>
        <w:pStyle w:val="ArticleScripture"/>
        <w:jc w:val="left"/>
      </w:pPr>
      <w:r>
        <w:rPr>
          <w:rFonts w:ascii="Times New Roman" w:hAnsi="Times New Roman" w:eastAsia="Times New Roman" w:cs="Times New Roman"/>
        </w:rPr>
        <w:t>“Ах дүү нар аа, эгч дүүс ээ, энэ цаг үеийн ач холбогдол, эдүгээ өрнөж буй үйл явдлуудын утга учрыг та нарт ойлгуулан сэрээхүйц ямар нэгэн үг хэлж чаддаг болоосой. Би та нарын анхаарлыг шашин шүтэх эрх чөлөөг хязгаарлахын төлөө одоо хэрэгжүүлж буй түрэмгий алхмууд руу хандуулж байна. Бурханы ариусгагдсан дурсгал устгагдсан бөгөөд түүний оронд ямар ч ариун чанар агуулаагүй хуурамч амралтын өдөр дэлхийн өмнө босон байна. Харанхуйн хүчнүүд доороос элементүүдийг хөдөлгөн өдөөж байх зуур, тэнгэрийн Эзэн Бурхан дээрээс хүч илгээж, тэнгэрийн хуулийг өргөмжлөхийн тулд Өөрийн амьд зэмсгүүдийг сэргээн босгож, энэ онцгой нөхцөл байдалд хариу үзүүлж байна. Одоо, яг одоо бол харь орнуудад ажиллах бидний цаг мөн. Шашин шүтэх эрх чөлөөний орон болсон Америк улс хүний мөс чанарыг албадан, хүмүүсийг хуурамч амралтын өдрийг хүндэтгэхэд шахан тулгахдаа папын эрх мэдэлтэй нэгдэх үед, дэлхийн бөмбөрцгийн улс бүрийн ард түмэн түүний жишээг дагахад хүргэгдэх болно. Манай ард түмэн өөрсдийн эрхэнд буй боломж, хэрэгслүүдийн хүрээнд сэрэмжлүүлгийн мэдээг түгээхийн тулд чадлынхаа хэрээр хийх ёстой бүхнийг хийхэд хагас ч сэрээгүй байна.</w:t>
      </w:r>
    </w:p>
    <w:p>
      <w:pPr>
        <w:pStyle w:val="ArticleScripture"/>
        <w:jc w:val="left"/>
      </w:pPr>
      <w:r>
        <w:rPr>
          <w:rFonts w:ascii="Times New Roman" w:hAnsi="Times New Roman" w:eastAsia="Times New Roman" w:cs="Times New Roman"/>
        </w:rPr>
        <w:t>“Тэнгэрийн Эзэн Бурхан Өөрийн манаачдыг анхааруулгыг тунхаглахаар илгээхээс нааш, дуулгаваргүй байдал ба гэм нүглийн төлөө Өөрийн шүүлтүүдийг дэлхий дээр илгээхгүй. Мэдээ улам тодорхойгоор тунхаглагдах хүртэл Тэр нигүүлслийн хугацааг хаахгүй. Бурханы хуулийг өргөмжлөх ёстой; түүний шаардлагуудыг үнэн бөгөөд ариун чанарынх нь дагуу танилцуулах ёстой, ингэснээр хүмүүс үнэний төлөө эсвэл түүний эсрэг шийдвэр гаргахад хүргэгдэх юм. Гэвч ажил зөвт байдал дотор богиносгогдох болно. Христийн зөвт байдлын мэдээ дэлхийн нэг хязгаараас нөгөө хязгаар хүртэл эгшиглэн, Эзэний замыг бэлтгэх ёстой. Энэ бол гурав дахь тэнгэрэлчийн ажлыг төгсгөдөг Бурханы алдар мөн.” Testimonies, 6-р боть, 18, 19.</w:t>
      </w:r>
    </w:p>
    <w:p>
      <w:pPr>
        <w:pStyle w:val="ArticleBody"/>
        <w:jc w:val="left"/>
      </w:pPr>
      <w:r>
        <w:rPr>
          <w:rFonts w:ascii="Times New Roman" w:hAnsi="Times New Roman" w:eastAsia="Times New Roman" w:cs="Times New Roman"/>
        </w:rPr>
        <w:t>2023 оны долоодугаар сарын сүүлээр эхэлсэн энэ мэдээ эдүгээ “тодорхойгоор тунхаглан,” “анхааруулгыг” өгч, “энэ цаг үеийн чухлыг, одоо болж буй үйл явдлуудын ач холбогдлыг” тодорхойлон зааж байна. Энэ нь “доороос хүчнүүдийг хөдөлгөж буй” “харанхуйн хүчнүүдийг” тодорхойлон илчилж, мөн “тэнгэрийн Эзэн Бурхан” 2001 оны есдүгээр сарын 11-нд “дээрээс хүч илгээж” эхэлснийг мэдэгдэж байна. Энэ нь “газар дэлхийн нэг хязгаараас нөгөө хязгаар хүртэл” “Христийн зөвт байдлын мэдээг” “дуугаргаж” байна. Бурхан одоо “дуулгаваргүй байдал ба гэм нүглийн төлөө Өөрийн шүүлтүүдийг дэлхий дээр илгээж” эхлэх гэж байгаа тул “энэ цаг үеийн чухал ач холбогдолд” “сэрэх” цаг үнэхээр мөн.</w:t>
      </w:r>
    </w:p>
    <w:p>
      <w:pPr>
        <w:pStyle w:val="ArticleBody"/>
        <w:jc w:val="left"/>
      </w:pPr>
      <w:r>
        <w:rPr>
          <w:rFonts w:ascii="Times New Roman" w:hAnsi="Times New Roman" w:eastAsia="Times New Roman" w:cs="Times New Roman"/>
        </w:rPr>
        <w:t>Даниел арван нэгийн дөчдүгээр эшлэлд төгсгөлийн цаг хэмээн 1989 оноор төлөөлүүлсэн эш үзүүллэгийн шугам нь, мөн тэрхүү дөчдүгээр эшлэлд төгсгөлийн цаг хэмээн 1798 оноор төлөөлүүлсэн эш үзүүллэгийн дотоод шугамын гадаад түүхийг онцлон харуулдаг. Эшлэл дэх 1989 оноос эхлэх эш үзүүллэгийн түүх нь папын Ромын үхлийн шарх эдгэх үйл явцын гурван шаттай явцыг тодорхойлдог. 1989 оноос эхлэн, тэр шарх удахгүй ирэх Ням гаргийн хуулиар эдгэх хүртэлх хугацаа нь тодорхой нэгэн эш үзүүллэгийн үеийг төлөөлдөг. Даниел арван нэгийн хоёрдугаар эшлэл нь 1989 онд Рональд Рейганаас эхлэн Америкийн Нэгдсэн Улсын ерөнхийлөгчдийн эш үзүүллэгийн үүргийг тодорхойлон, хоёр дахь шугамыг нэмдэг. Ням гаргийн хууль руу хөтлөх эш үзүүллэгийн энэ хугацаа нь мөн 508-аас 538 он хүртэл биелсэн, папын засаглал анх удаа хаан ширээнд сууж, яг тэр жилдээ Ням гаргийн хууль гаргасан, бэлтгэлийн гучин жилийн хугацаанд хоёр дахь гэрчтэй байдаг.</w:t>
      </w:r>
    </w:p>
    <w:p>
      <w:pPr>
        <w:pStyle w:val="ArticleBody"/>
        <w:jc w:val="left"/>
      </w:pPr>
      <w:r>
        <w:rPr>
          <w:rFonts w:ascii="Times New Roman" w:hAnsi="Times New Roman" w:eastAsia="Times New Roman" w:cs="Times New Roman"/>
        </w:rPr>
        <w:t>Христос гучин настайдаа баптисм хүртэж, гурван жил хагасын үйлчлэлээ эхлүүлсэн. Папын засаглал нь Христийн сатанлаг хуурамч дуурайл бөгөөд 508 оноос 538 он хүртэлх гучин жил нь Түүний баптисмд хүргэсэн Христийн амьдралын эхний гучин жилийг хуурамчаар дуурайдаг. Түүний гурван жил хагасын үйлчлэл нь Христийн амийн үйлчлэлийн хуурамч дуурайл болгон, папын засаглал үхлийн үйлчлэлээ дэлхийд үзүүлсэн гурван жил хагасын эш үзүүллэгийн жилээр хуурамчаар дуурайгдсан юм.</w:t>
      </w:r>
    </w:p>
    <w:p>
      <w:pPr>
        <w:pStyle w:val="ArticleBody"/>
        <w:jc w:val="left"/>
      </w:pPr>
      <w:r>
        <w:rPr>
          <w:rFonts w:ascii="Times New Roman" w:hAnsi="Times New Roman" w:eastAsia="Times New Roman" w:cs="Times New Roman"/>
        </w:rPr>
        <w:t>Өөрийн үйлчлэлийн төгсгөлд Тэр үхэж, долоо дахь өдөр булшинд амарсан бөгөөд дараа нь амилсан. 1798 онд папын засаглалын сатанлаг үйлчлэлийн гурван хагас эш үзүүллэгийн жилийн төгсгөлд папын засаглал үхлийн шархаа хүлээн авч, дараа нь долоогоос гардаг найм дахь нь болон амилтал далан бэлгэдэлт жилийн турш мартагдсан билээ. Христ долоо хоногийн эхний өдөр амилсан, гэвч дарааллын хувьд эхний өдөр нь “найм дахь” өдөр бөгөөд энэ нь Христийн бүтээсэн “долоон” өдрийнх юм. Найм гэдэг тоо “амилалт”-ыг илэрхийлдэг бөгөөд папын засаглал амилдаг; учир нь энэ нь Библийн эш үзүүллэгийн хаанчлалуудын дундаас үхлийн шарх хүлээн авсан гэж тодорхойлогдсон цорын ганц хаанчлал мөн.</w:t>
      </w:r>
    </w:p>
    <w:p>
      <w:pPr>
        <w:pStyle w:val="ArticleBody"/>
        <w:jc w:val="left"/>
      </w:pPr>
      <w:r>
        <w:rPr>
          <w:rFonts w:ascii="Times New Roman" w:hAnsi="Times New Roman" w:eastAsia="Times New Roman" w:cs="Times New Roman"/>
        </w:rPr>
        <w:t>Паул эртний Израилийг Бурхан Улаан тэнгисээр дамжуулан авч өнгөрүүлэхдээ баптисмын бэлгэдлийг төлөөлүүлэн харуулсан болохыг тодорхойлдог.</w:t>
      </w:r>
    </w:p>
    <w:p>
      <w:pPr>
        <w:pStyle w:val="ArticleScripture"/>
        <w:jc w:val="left"/>
      </w:pPr>
      <w:r>
        <w:rPr>
          <w:rFonts w:ascii="Times New Roman" w:hAnsi="Times New Roman" w:eastAsia="Times New Roman" w:cs="Times New Roman"/>
        </w:rPr>
        <w:t>Түүнээс гадна, ах дүү нар аа, та нарыг энэ талаар мэдлэггүй байгаасай гэж би хүсэхгүй байна: бидний бүх эцэг өвгөд үүлэн доор байж, бүгд тэнгисээр гарсан; мөн тэд бүгд үүлэн дотор болон тэнгист Мосед хамаарах баптисм хүртсэн билээ. 1 Коринт 10:1, 2.</w:t>
      </w:r>
    </w:p>
    <w:p>
      <w:pPr>
        <w:pStyle w:val="ArticleBody"/>
        <w:jc w:val="left"/>
      </w:pPr>
      <w:r>
        <w:rPr>
          <w:rFonts w:ascii="Times New Roman" w:hAnsi="Times New Roman" w:eastAsia="Times New Roman" w:cs="Times New Roman"/>
        </w:rPr>
        <w:t>Сүнслэг Израилийн хувьд баптисмын ёслол нь бие махбодын Израилийн хөвч хөндөх ёслолыг орлосон бөгөөд хөвч хөндөлт нь найм дахь өдөр явагдах ёстой байсан. Иймээс Христ долоон дотроос гарч ирэх найм дахь өдөрт амилсан бөгөөд папство долоон дотроос гарч ирэх найм дахь нь болон амилуулахад, энэ нь Христийн шугамын сатанлаг зэрэгцээ болж байдаг. Папствог хаан ширээнд залах бэлтгэлийн гучин жил нь Христийн баптисм, Түүний үйлчлэл болон үхэлд бэлтгэгдсэн амьдралын гучин жилээр дүрслэгдсэн байв. Эдгээр хоёр шугам хоёулаа Библийн эш үзүүллэгийн зургаа дахь хаанчлалын үхэлд хүргэдэг нэгэн үеийг тодорхойлдог. Хоёр шугам хоёулаа газрын араатны сүүлчийн үеийг төлөөлдөг. Христийн шугамд Түүний төрөлт нь тэрхүү түүхийн “эцсийн цаг”-ийг тэмдэглэсэн юм.</w:t>
      </w:r>
    </w:p>
    <w:p>
      <w:pPr>
        <w:pStyle w:val="ArticleBody"/>
        <w:jc w:val="left"/>
      </w:pPr>
      <w:r>
        <w:rPr>
          <w:rFonts w:ascii="Times New Roman" w:hAnsi="Times New Roman" w:eastAsia="Times New Roman" w:cs="Times New Roman"/>
        </w:rPr>
        <w:t>Ийнхүү бидэнд дөрвөн шугам байна. Дөчдүгээр эшлэлийн төгсгөлийн цаг болох 1989 оноос дөчин нэгдүгээр эшлэлийн Ням гаргийн хууль хүртэл. Хоёрдугаар эшлэлийн ерөнхийлөгчдийн танилцуулга, мөн Христ ба антихристийн аль алинд нь хамаарах гучин жилийн бэлтгэл. Христийн гучин жил Түүний шугам дахь “төгсгөлийн цаг”-аас эхэлсэн бөгөөд тэр нь Түүний төрөлтөөр тэмдэглэгдсэн юм. 1798 оны төгсгөлийн цаг нь бодит Израилийн бодит Вавилонд байсан далан жилийн олзлогдлын төгсгөлөөр хэв шинжлэгдсэн байв. Иймээс Даниел арван нэгдүгээр бүлгийн хоёрдугаар эшлэл Дариагаас эхэлдэг, учир нь Вавилоны уналтын үед Дариа хаанчилж эхэлсэн. 1989 он бол дөчдүгээр эшлэл дэх төгсгөлийн цаг мөн, харин Даниел арван нэгдүгээр бүлгийн хоёрдугаар эшлэл мөн түүнчлэн төгсгөлийн цаг бөгөөд Христийн бэлтгэлийн гучин жил “төгсгөлийн цаг”-аас эхэлсэн. Эдгээр дөрвөн шугамын гурвынх нь “төгсгөлийн цаг” эхлэлийн тэмдэгт цэг хэмээн амархан тогтоогддог.</w:t>
      </w:r>
    </w:p>
    <w:p>
      <w:pPr>
        <w:pStyle w:val="ArticleBody"/>
        <w:jc w:val="left"/>
      </w:pPr>
      <w:r>
        <w:rPr>
          <w:rFonts w:ascii="Times New Roman" w:hAnsi="Times New Roman" w:eastAsia="Times New Roman" w:cs="Times New Roman"/>
        </w:rPr>
        <w:t>Эхний тэнгэрэлчийн хөдөлгөөн болон гурав дахь тэнгэрэлчийн хөдөлгөөн дэх хоёр зуун хорин жилийн хоёр шугам нь хоёр зуун хорин гэдгийг хүн чанар ба бурханлаг чанарын хоорондох холбооны бэлгэдэл хэмээн тодорхойлж байна. 1776 онд эхэлсэн хоёр зуун хорин жилийн бэлгэдэлт холбооны эхлэл нь 1996 он руу хүргэсэн.</w:t>
      </w:r>
    </w:p>
    <w:p>
      <w:pPr>
        <w:pStyle w:val="ArticleBody"/>
        <w:jc w:val="left"/>
      </w:pPr>
      <w:r>
        <w:rPr>
          <w:rFonts w:ascii="Times New Roman" w:hAnsi="Times New Roman" w:eastAsia="Times New Roman" w:cs="Times New Roman"/>
        </w:rPr>
        <w:t>Тэрхүү үе нь Миллеритийн түүхэн дэх 1611-ээс 1831 он хүртэлх хоёр зуун хорин жилээр бэлгэдэгдсэн юм. 1776 оны Тусгаар тогтнолын тунхаглалаас эхлэн Библийн зөгнөлийн зургаа дахь хаанчлал болох газрын араатан хаан ширээг эзэлсэн 1798 он хүртэлх хугацаа нь 1996 онд төгссөн тэрхүү хоёр зуун хорин жилийн доторх гурван замын тэмдгийн эхний хоёрыг төлөөлдөг.</w:t>
      </w:r>
    </w:p>
    <w:p>
      <w:pPr>
        <w:pStyle w:val="ArticleBody"/>
        <w:jc w:val="left"/>
      </w:pPr>
      <w:r>
        <w:rPr>
          <w:rFonts w:ascii="Times New Roman" w:hAnsi="Times New Roman" w:eastAsia="Times New Roman" w:cs="Times New Roman"/>
        </w:rPr>
        <w:t>1776-аас 1798 он хүртэлх хугацаа нь Библийн эш үзүүлгийн зургаа дахь хаант улсын хүчирхэгжихэд хүргэдэг үеийг төлөөлдөг бөгөөд иймээс Христ ба антихристийн бэлтгэгдсэн гучин жилтэй нийцдэг. Газрын араатны хүчирхэгжихөөс өмнөх үе нь долоогоос гарсан найм дахь араатан болох гуравласан нэгдлийн хүчирхэгжихээс өмнөх үеийг төлөөлдөг. Долоогоос гарсан найм дахь араатан нь папын засаглал дэлхийг захирч буй хоёр дахь бөгөөд эцсийн илрэл мөн. Папын засаглал дэлхийг захирч байсан эхний илрэлд гучин жилийн бэлтгэлийн үе байсан.</w:t>
      </w:r>
    </w:p>
    <w:p>
      <w:pPr>
        <w:pStyle w:val="ArticleBody"/>
        <w:jc w:val="left"/>
      </w:pPr>
      <w:r>
        <w:rPr>
          <w:rFonts w:ascii="Times New Roman" w:hAnsi="Times New Roman" w:eastAsia="Times New Roman" w:cs="Times New Roman"/>
        </w:rPr>
        <w:t>Мөр мөрөөр нь авч үзвэл, 1989 оноос Ням гаргийн хууль хүртэлх түүх; 538 он руу хүргэсэн гучин жилийн түүх; Христийн баптисмд хүргэсэн гучин жилийн түүх; Даниел арван нэгдүгээр бүлгийн хоёрдугаар эшлэлийн түүх болох Роналд Рейганаас Ням гаргийн хууль хүртэлх түүх; мөн 1776 оноос 1798 он хүртэлх түүх — эдгээр нь бүгд эцсийн өдрүүд дэх нэгэн ижил түүхийг төлөөлж байна. Энэ баримтын талаар тодорхой байх нь нэн чухал. Учир нь 1776 онд эхлээд 1798 он хүртэл үргэлжлэх түүх нь бүх шугамыг нэгтгэн тодруулдаг шугам мөн.</w:t>
      </w:r>
    </w:p>
    <w:p>
      <w:pPr>
        <w:pStyle w:val="ArticleBody"/>
        <w:jc w:val="left"/>
      </w:pPr>
      <w:r>
        <w:rPr>
          <w:rFonts w:ascii="Times New Roman" w:hAnsi="Times New Roman" w:eastAsia="Times New Roman" w:cs="Times New Roman"/>
        </w:rPr>
        <w:t>Илчлэлт арван гурав дахь газрын араатны төгсгөлийн түүх болох тэр эш үзүүллэгийн шугамд, жинхэнэ протестантизмын эвэрээр төлөөлөгдсөнөөр Бурханы ард түмэнд хандсан дотоод шугам байдаг бөгөөд Бүгд Найрамдах үзэлтний эвэрээр төлөөлөгдсөн гадаад шугам ч бас байдаг. Хоёр эвэрт хоёуланд нь эш үзүүллэгийн авч үздэг хоёр талт тэмцэл ба маргаан оршдог. Бид 1989 оноос Ням гаргийн хууль хүртэлх түүхэнд илэрдэг луу, араатан, хуурамч эш үзүүлэгч болон Исламын эш үзүүллэгийн элементүүдийг тодорхойлон ирсэн.</w:t>
      </w:r>
    </w:p>
    <w:p>
      <w:pPr>
        <w:pStyle w:val="ArticleBody"/>
        <w:jc w:val="left"/>
      </w:pPr>
      <w:r>
        <w:rPr>
          <w:rFonts w:ascii="Times New Roman" w:hAnsi="Times New Roman" w:eastAsia="Times New Roman" w:cs="Times New Roman"/>
        </w:rPr>
        <w:t>Луугийн эш үзүүллэгийн шинж нь тэр худлын эцэг, алуурчин бөгөөд тэнгэрт байсан шигээ дэлхий дээрх нууц хуйвалдаануудын удирдагч мөн юм. Түүний шашин нь спиритизм юм. Тэрээр өнөөдөр “хууль ашиглан хавчих” хэмээн нэрлэгддэг зүйлийн манлайлагч, ариун бус өмгөөлөгч, ах дүүсийг маань буруутгагч мөн бөгөөд энэ нь Иовын дуулгавартай байдал ба итгэлийн талаар тэр тэнгэрийн шүүхэд маргалдаж байсан шиг, мөн Мосегийн цогцсын талаар маргалдаж байсан шиг, цаашлаад Зехариа гуравдугаар бүлэгт Иошуагаас бузарт хувцсыг нь тайлан зайлуулах Христийн ажлын талаар мөн маргалдаж байсан шиг билээ. Тэр бол хаанчлалуудыг захирдаг нэгэн бөгөөд өөрийгөө Бурхан мэт өргөмжилдөг нэгэн юм.</w:t>
      </w:r>
    </w:p>
    <w:p>
      <w:pPr>
        <w:pStyle w:val="ArticleBody"/>
        <w:jc w:val="left"/>
      </w:pPr>
      <w:r>
        <w:rPr>
          <w:rFonts w:ascii="Times New Roman" w:hAnsi="Times New Roman" w:eastAsia="Times New Roman" w:cs="Times New Roman"/>
        </w:rPr>
        <w:t>Араатны шашин нь Католицизм бөгөөд тэр бол дагалдагсдаа Бурханы Үгээс дээгүүр дуулгавартай дагах ёстой хэмээн итгүүлэхээр удирддаг уламжлал, зан заншлуудаар дамжуулан дэлхийг мэхэлдэг тэр эмэгтэй мөн. Тэрээр Өөрийн илбэ шидээр дэлхийг мэхэлдэг бөгөөд Илчлэлт номын арван наймдугаар бүлгийн хорин гуравдугаар зүйлд энэ нь грекээр pharmakeia буюу “эм тан” гэсэн утгатай үг юм. Тэр бол газрын хаадтай садар самууныг үйлддэг нэгэн мөн. Тэр бол үхсэн боловч дахин амилж амьдардаг Нэгэний хуурамч дуураймал мөн. Тэр бол мартагдаж байгаад дараа нь санагддаг нэгэн бөгөөд долоон дотроос гарсан найм дахь нь мөн. Тэр бол Америкийн Нэгдсэн Улс дүрийг нь бүтээдэг, мөн түүнд дүр болдог тэр араатан мөн.</w:t>
      </w:r>
    </w:p>
    <w:p>
      <w:pPr>
        <w:pStyle w:val="ArticleBody"/>
        <w:jc w:val="left"/>
      </w:pPr>
      <w:r>
        <w:rPr>
          <w:rFonts w:ascii="Times New Roman" w:hAnsi="Times New Roman" w:eastAsia="Times New Roman" w:cs="Times New Roman"/>
        </w:rPr>
        <w:t>Хуурамч эш үзүүлэгч нь Бурханы Үг няцаадаг зүйлийг өөртөө оноон үзэхээр зүрхэлдэг тэрслүү протестантизм мөн бөгөөд Бурханы Үгийг няцаадаг учраас Бурханы Үгээр хангагддаг хүч чадлыг үгүйлдэг. Бурханы Үгийн хүч чадалгүйгээр, атлаа өөрсдийгөө Бурханы ард түмэн хэвээр хэмээн бардамнан тунхагласаар байдаг сүм эсвэл ард түмэн нь Бурханы ажлыг гүйцэтгэж байгаа мэт дүр эсгэхийн тулд иргэний эрх мэдэлд түшихэд логикийн хувьд хүргэгддэг. Тэрслүү протестантизм нь Иезебел ба Херодиагийн төлөө мэхлэгч бүжгийг үзүүлдэг Баал ба Аштаротын эш үзүүлэгчид мөн бөгөөд тэд бол Херодиагийн охин Саломе юм.</w:t>
      </w:r>
    </w:p>
    <w:p>
      <w:pPr>
        <w:pStyle w:val="ArticleBody"/>
        <w:jc w:val="left"/>
      </w:pPr>
      <w:r>
        <w:rPr>
          <w:rFonts w:ascii="Times New Roman" w:hAnsi="Times New Roman" w:eastAsia="Times New Roman" w:cs="Times New Roman"/>
        </w:rPr>
        <w:t>Эдгээр гурван хүч гуравласан холбоонд нэгдэн нийлдэг боловч үнэндээ тэд бие биеэ үзэн яддаг. Тэд хоорондоо маргаантай байдаг энэ бодит байдлыг ойлгохгүйгээр арван хаад (Нэгдсэн Үндэстний Байгууллага) хэрхэн өөрсдийн хаанчлалыг папын засаглалд өгөхөөр зөвшөөрч, мөн тэрхүү нэгэн бүлэгт түүний махыг идэж, түүнийг галаар шатаахыг ойлгох боломжгүй. Эдгээр хүчний хоорондын маргааныг Бурханы эш үзүүллэгийн сурагчдад заах ёстой.</w:t>
      </w:r>
    </w:p>
    <w:p>
      <w:pPr>
        <w:pStyle w:val="ArticleBody"/>
        <w:jc w:val="left"/>
      </w:pPr>
      <w:r>
        <w:rPr>
          <w:rFonts w:ascii="Times New Roman" w:hAnsi="Times New Roman" w:eastAsia="Times New Roman" w:cs="Times New Roman"/>
        </w:rPr>
        <w:t>Ислам бол долоо дахь бүрээ мөн бөгөөд гурав дахь гайгийн хувьд Бурхан орчин үеийн Вавилонд шүүлт авчрахын тулд хэрэглэдэг шүүлтийн хэрэгсэл юм; үүнчлэн эхний дөрвөн бүрээ нь барууны харь Ромд шүүлт авчирсан бөгөөд тав дахь, зургаа дахь бүрээ нь папын болон дорнын харь Ромд шүүлт авчирсан билээ.</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“Онцгой анхаарал татсан эдгээр цаг үед Бурханы сүргийн харгалзагчид ард түмэнд сүнслэг хүчнүүд маргаант тэмцэлд оролцож байгааг заах ёстой. Өдгөө шашны ертөнцөд оршин буй ийм хүчтэй мэдрэмжийг хүний төрөлхтөн өөрсдөө бий болгож байгаа хэрэг биш юм. Сатаны сүнслэг синагогоос гарсан нэгэн хүч энэ дэлхийн шашны хүчин зүйлсэд нэвчин орж, хүмүүсийг шийдэмгий үйл ажиллагаанд өдөөн, Бурханы үгийг өөрсдийн удирдамж бөгөөд сургаалын цорын ганц үндэс болгодог хүмүүсийн эсрэг хатуу тэмцэлд шашны ертөнцийг удирдан оруулснаар Сатаны олж авсан давуу талыг тулган хэрэгжүүлэхэд чиглүүлж байна. Тэнгэр, газрыг Бүтээгч хэн болохыг тодорхойлдог, ялангуяа дөрөвдүгээр тушаалын хүрээнд, Еховагийн хуулийн заавал дагах шаардлагыг няцаан эсэргүүцэхийн тулд Сатан өөрийн хэрэглэж чадах бүх зарчим, бүх хүчийг цуглуулахын төлөө өнөөдөр чадварлаг хүчин чармайлтаа гаргаж байна.”</w:t>
      </w:r>
    </w:p>
    <w:p>
      <w:pPr>
        <w:pStyle w:val="ArticleScripture"/>
        <w:jc w:val="left"/>
      </w:pPr>
      <w:r>
        <w:rPr>
          <w:rFonts w:ascii="Times New Roman" w:hAnsi="Times New Roman" w:eastAsia="Times New Roman" w:cs="Times New Roman"/>
        </w:rPr>
        <w:t>“Нүглийн хүн цаг хугацаа ба хуулиудыг өөрчлөхийг санаархсан; харин тэр үүнийг хийж чадсан уу? Энэ бол агуу маргааны гол асуудал мөн. Ром болон түүний гэмийн аяганаас уусан бүх сүмүүд цаг хугацаа ба хуулиудыг өөрчлөхийг санаархахдаа өөрсдийгөө Бурханаас дээгүүр өргөмжилж, Бурханы агуу дурсгал болох долоо дахь өдрийн амралтын өдрийг нураан сүйтгэсэн. Амралтын өдөр нь Бурхан ертөнцийг зургаан өдөрт бүтээсэндээ, мөн долоо дахь өдөр амарсандаа илэрхийлэл болон оршин байх ёстой байв. ‘Тиймээс Тэр амралтын өдрийг ерөөж, ариусгасан,’ учир нь Тэр тэр өдөр Бурханы бүтээж хийсэн бүх ажлаасаа амарсан билээ. Агуу мэхлэгчийн эрхэмлэн явуулсан үйл ажиллагааны зорилго нь Бурханыг орлох явдал байсаар ирсэн. Цаг хугацаа ба хуулиудыг өөрчлөх оролдлогууддаа тэрээр Бурханы эсрэг, Түүнээс дээгүүр орших хүчийг хадгалан тогтоохын төлөө ажиллаж ирсэн.”</w:t>
      </w:r>
    </w:p>
    <w:p>
      <w:pPr>
        <w:pStyle w:val="ArticleScripture"/>
        <w:jc w:val="left"/>
      </w:pPr>
      <w:r>
        <w:rPr>
          <w:rFonts w:ascii="Times New Roman" w:hAnsi="Times New Roman" w:eastAsia="Times New Roman" w:cs="Times New Roman"/>
        </w:rPr>
        <w:t>“Энд агуу асуудал байна. Энд хоорондоо сөрөн зогсож буй хоёр агуу хүч байна,—Бурханы Ханхүү Есүс Христ; мөн харанхуйн ноён Сатан. Ил тод мөргөлдөөн ийнхүү эхэлж байна. Энэ дэлхийд ердөө хоёрхон бүлэг байдаг бөгөөд хүн бүр эдгээр хоёр тугийн аль нэгийн дор жагсах болно,—харанхуйн ноёны тугийн дор, эсвэл Есүс Христийн тугийн дор.”</w:t>
      </w:r>
    </w:p>
    <w:p>
      <w:pPr>
        <w:pStyle w:val="ArticleScripture"/>
        <w:jc w:val="left"/>
      </w:pPr>
      <w:r>
        <w:rPr>
          <w:rFonts w:ascii="Times New Roman" w:hAnsi="Times New Roman" w:eastAsia="Times New Roman" w:cs="Times New Roman"/>
        </w:rPr>
        <w:t>“Бурхан Өөрийн үнэнч бөгөөд итгэмжит хүүхдүүдэд Сүнсээрээ урам зориг хайрлана. Ариун Сүнс бол Бурханы Төлөөлөгч мөн бөгөөд Эзэний амбаарт зориулан үнэнч бөгөөд итгэмжит хүмүүсийг боодол болгон багцлан хураахын тулд манай дэлхийд хүчирхэгээр үйлчлэх Хэрэглэгч байх болно. Сатан ч мөн асар их идэвхтэйгээр улаан буудайн дундаас өөрийн зэрлэг өвсийг боодол болгон цуглуулж байна.</w:t>
      </w:r>
    </w:p>
    <w:p>
      <w:pPr>
        <w:pStyle w:val="ArticleScripture"/>
        <w:jc w:val="left"/>
      </w:pPr>
      <w:r>
        <w:rPr>
          <w:rFonts w:ascii="Times New Roman" w:hAnsi="Times New Roman" w:eastAsia="Times New Roman" w:cs="Times New Roman"/>
        </w:rPr>
        <w:t>“Христийн төлөөх жинхэнэ элч бүрийн сургаал нь эдүгээ нэн хүндэтгэлтэй, ноцтой асуудал мөн. Бид бүх мөнхийн эцсийн шийдвэр гарах хүртэл хэзээ ч дуусахгүй дайнд оролцож байна. Есүсийн шавь бүр ‘бидний тэмцэл бол махан бие, цустай бус, харин тэргүүлэгчдийн эсрэг, эрх мэдэлтнүүдийн эсрэг, энэ ертөнцийн харанхуйн захирагчдын эсрэг, тэнгэрлэг газруудах ёрын сүнслэг хүчнүүдийн эсрэг’ гэдгийг санагтун. Өө, энэ тэмцэлд мөнхийн ашиг сонирхлууд хамаарч байгаа бөгөөд энэ асуудалтай нүүр тулахад өнгөц ажил, хямдхан туршлага огт байж болохгүй. ‘Эзэн бол шүтлэгтнийг сорилтоос хэрхэн аварч, харин зөв бусыг шийтгүүлэхээр шүүлтийн өдөр хүртэл хэрхэн хадгалж байдгийг мэддэг.... Харин хүч чадал, сүрээр илүү агуу тэнгэрэлчүүд ч тэдний эсрэг Эзэний өмнө доромжлон буруутгасан ял авчирдаггүй.’”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Зуун Гучин Дугаар</dc:title>
  <dc:subject>Америкийн Нэгдсэн Улсын эш үзүүллэгт гардаг шилжилт: Зургаа дахь хаанчлалаас гурвалсан нэгдэл рүү</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