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Гучин Хоёрдугаар Хэсэг</w:t>
      </w:r>
    </w:p>
    <w:p>
      <w:pPr>
        <w:pStyle w:val="ArticleSubtitle"/>
        <w:jc w:val="left"/>
      </w:pPr>
      <w:r>
        <w:rPr>
          <w:rFonts w:ascii="Arial" w:hAnsi="Arial" w:eastAsia="Arial" w:cs="Arial"/>
        </w:rPr>
        <w:t>Хоёр дахь шалгалтын эш үзүүллэгийн ач холбогдлыг нээн илчлэх нь: араатны дүр болон 144,000-ын тамгалагдах цаг үеийг ойлгох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Өмнөх өгүүллүүдэд бид гурван тэнгэрэлчээр төлөөлөгдсөн гурван сорилын хоёр дахь сорилын эш үзүүллэгийн шинжүүдийг тодорхойлоход цаг зарцуулсан. Тэнгэрэлч бүр тодорхой нэг сорилыг төлөөлдөг бөгөөд хоёр дахь сорил нь харааны сорил байдлаар дүрслэгддэг. Бид гурван тэнгэрэлчийг бүгдийг нь тодорхойлсон бөгөөд тэдгээрийн тус тусын сорилууд мөн Даниелын номын нэгдүгээр бүлэгт илэрхийлэгддэг; тэнд гурван сорилын хоёр дахь нь Даниел болон түүний гурван үнэнч нөхөр Вавилоны хоолны оронд цагаан хоол идсэний дараах тэдний гадаад төрхөд үндэслэж байв. Хоёр дахь сорилын өөр нэг онцлог нь энэ нь олонтаа Сүм ба Төрийн нэгдлийн дүрслэлээр төлөөлөгддөг явдал юм.</w:t>
      </w:r>
    </w:p>
    <w:p>
      <w:pPr>
        <w:pStyle w:val="ArticleBody"/>
        <w:jc w:val="left"/>
      </w:pPr>
      <w:r>
        <w:rPr>
          <w:rFonts w:ascii="Times New Roman" w:hAnsi="Times New Roman" w:eastAsia="Times New Roman" w:cs="Times New Roman"/>
        </w:rPr>
        <w:t>Эхлэл номын арван нэгдүгээр бүлэг дэх Нимродын Бабелийн уналтад тэр гурван тэнгэрэлч болон тэдгээрт харгалзах сорилтууд бүгд тодорхойлогдон харагддаг. Тэнд уг гурван сорилтыг гурав, дөрөв, долоодугаар эшлэлд “за” гэсэн хэллэгийг гурвантаа хэрэглэснээр төлөөлүүлэн үзүүлсэн байдаг. Дөрөвдүгээр эшлэл дэх “за” гэсэн хоёр дахь хэллэг нь хоёр дахь тэнгэрэлчийн сорилтыг тэмдэглэдэг.</w:t>
      </w:r>
    </w:p>
    <w:p>
      <w:pPr>
        <w:pStyle w:val="ArticleScripture"/>
        <w:jc w:val="left"/>
      </w:pPr>
      <w:r>
        <w:rPr>
          <w:rFonts w:ascii="Times New Roman" w:hAnsi="Times New Roman" w:eastAsia="Times New Roman" w:cs="Times New Roman"/>
        </w:rPr>
        <w:t>Тэд хэлэлцэн, «Ирэгтүн, бид өөрсдөдөө нэгэн хот, мөн орой нь тэнгэрт хүрэх нэгэн цамхаг байгуулж, өөрсдөдөө нэр олъё; эс тэгвээс бид бүх газрын гадаргуу даяар тархан сарних болно» гэв. Эхлэл 11:4.</w:t>
      </w:r>
    </w:p>
    <w:p>
      <w:pPr>
        <w:pStyle w:val="ArticleBody"/>
        <w:jc w:val="left"/>
      </w:pPr>
      <w:r>
        <w:rPr>
          <w:rFonts w:ascii="Times New Roman" w:hAnsi="Times New Roman" w:eastAsia="Times New Roman" w:cs="Times New Roman"/>
        </w:rPr>
        <w:t>Хот улс орныг, харин цамхаг сүмийг төлөөлдөг. Түүнчлэн тэд өөрсдөдөө нэр гаргахыг хүссэн хүслээрээ илэрхийлэгдсэнчлэн, тодорхой нэгэн зан чанарыг мөн хүссэн. Хоёр дахь шалгалтад зан чанар олонтаа илэрдэг бөгөөд энэ нь Каин ба Абел, ухаант ба мунхаг онгон охид, эсвэл Даниелын хоёр дахь шалгалтад Вавилоны хоол идсэн хүмүүсийн гадаад төрхийг, буурцагт ургамал идсэн хүмүүсийнхтэй харьцуулан үзүүлсэнчлэн, эсрэг зан чанартай харьцуулах замаар илэрхийлэгддэг.</w:t>
      </w:r>
    </w:p>
    <w:p>
      <w:pPr>
        <w:pStyle w:val="ArticleScripture"/>
        <w:jc w:val="left"/>
      </w:pPr>
      <w:r>
        <w:rPr>
          <w:rFonts w:ascii="Times New Roman" w:hAnsi="Times New Roman" w:eastAsia="Times New Roman" w:cs="Times New Roman"/>
        </w:rPr>
        <w:t>Би Танаас гуйя, зарц нараа арван өдрийн турш сорьж үзэгтүн; бидэнд идэхээр буурцагт ургамал, уухаар ус өгөгтүн. Дараа нь бидний царай төрхийг Таны өмнө, мөн хааны хоолны хувийг иддэг хөвгүүдийн царай төрхтэй харьцуулан үзэгтүн; тэгээд Та юу харснаараа зарц нартайгаа үйлдэгтүн. Тэр энэ хэрэгт тэдний үгийг зөвшөөрч, арван өдөр тэднийг сорив. Арван өдрийн эцэст тэдний царай төрх хааны хоолны хувийг иддэг бүх хөвгүүдийнхээс илүү сайхан, бие махбодоороо илүү тарган харагдав. Даниел 2:12–15.</w:t>
      </w:r>
    </w:p>
    <w:p>
      <w:pPr>
        <w:pStyle w:val="ArticleBody"/>
        <w:jc w:val="left"/>
      </w:pPr>
      <w:r>
        <w:rPr>
          <w:rFonts w:ascii="Times New Roman" w:hAnsi="Times New Roman" w:eastAsia="Times New Roman" w:cs="Times New Roman"/>
        </w:rPr>
        <w:t>Миллерийн хөдөлгөөний түүхэнд хоёр дахь тэнгэрэлчийн сорилт шүтэгчдийн хоёр ангийг ил болгосон. Сорилтыг даваагүй анги нь Ромын охид болсон бөгөөд, нөгөө анги нь өсөн урагшлах гэрлийг даган үргэлжлүүлдэг итгэмжит хүмүүс байв. Ромын охид нь эхийнхээ эш үзүүллэгийн шинж чанарыг тусгадаг бөгөөд тэдний охид болсон тэр эх нь янхнуудын эх хэмээн тодорхойлогддог. Эш үзүүллэгийн утгаар янхан гэдэг нь төртэй харилцаанд ордог сүмийг хэлдэг бөгөөд энэ нь папын эрх мэдлийн дүр төрх мөн.</w:t>
      </w:r>
    </w:p>
    <w:p>
      <w:pPr>
        <w:pStyle w:val="ArticleBody"/>
        <w:jc w:val="left"/>
      </w:pPr>
      <w:r>
        <w:rPr>
          <w:rFonts w:ascii="Times New Roman" w:hAnsi="Times New Roman" w:eastAsia="Times New Roman" w:cs="Times New Roman"/>
        </w:rPr>
        <w:t>Илчлэл номын арван дөрөвдүгээр бүлэг дэх гурван тэнгэр элчийн эхнийх нь, Даниелын нэгдүгээр бүлгийн адил, гурван тэнгэр элч тус бүрийн бүх гурван шалгуурыг агуулдаг. Даниелын арван хоёрдугаар бүлэгт мөн гурван үе шаттай шалгалтын үйл явц тодорхойлогдсон байдаг. Иймээс гурван үе шаттай шалгалтын үйл явц нь Даниел номын эхлэлд ч, төгсгөлд ч хоёуланд нь байдаг.</w:t>
      </w:r>
    </w:p>
    <w:p>
      <w:pPr>
        <w:pStyle w:val="ArticleScripture"/>
        <w:jc w:val="left"/>
      </w:pPr>
      <w:r>
        <w:rPr>
          <w:rFonts w:ascii="Times New Roman" w:hAnsi="Times New Roman" w:eastAsia="Times New Roman" w:cs="Times New Roman"/>
        </w:rPr>
        <w:t>Олон хүн цэвэршиж, цайран, шалгагдах болно; харин хорон муу хүмүүс хорон муугаа үйлдсээр байх болно: мөн хорон муу хүмүүсийн хэн нь ч ойлгохгүй; харин мэргэн ухаантнууд ойлгоно. Даниел 12:10.</w:t>
      </w:r>
    </w:p>
    <w:p>
      <w:pPr>
        <w:pStyle w:val="ArticleBody"/>
        <w:jc w:val="left"/>
      </w:pPr>
      <w:r>
        <w:rPr>
          <w:rFonts w:ascii="Times New Roman" w:hAnsi="Times New Roman" w:eastAsia="Times New Roman" w:cs="Times New Roman"/>
        </w:rPr>
        <w:t>Аравдугаар эшлэл дэх эхний шалгалт нь хурга нядлагдаж, зөвтгөл нүгэлтэнд тооцогддог ариун газрын хашаанд явагддаг цэвэршүүлэлт мөн. Аравдугаар эшлэл дэх хоёр дахь шалгалт нь цайруулагдах явдал бөгөөд энэ нь ариун газрын доторх Ариун газраар төлөөлөгддөг; тэр нь итгэгчид ариусгал хүртээгддэг үеийг илэрхийлдэг. Гурав дахь алхам нь шалгагдах явдал бөгөөд энэ нь Бурханы ард түмэн тамгалагдаж, алдаршуулалт биелдэг Хамгийн Ариун газрын шүүлтийг төлөөлдөг. Мөргөгчдийн хоёр бүлгийг ойлгодоггүй хорон муу хүмүүс, мөн ойлгодог мэргэн хүмүүсээр төлөөлүүлсэн байна.</w:t>
      </w:r>
    </w:p>
    <w:p>
      <w:pPr>
        <w:pStyle w:val="ArticleBody"/>
        <w:jc w:val="left"/>
      </w:pPr>
      <w:r>
        <w:rPr>
          <w:rFonts w:ascii="Times New Roman" w:hAnsi="Times New Roman" w:eastAsia="Times New Roman" w:cs="Times New Roman"/>
        </w:rPr>
        <w:t>Ариун Үгэнд олонтаа дүрслэгддэг хоёр дахь шалгалт нь харааны шалгалтыг илэрхийлдэг бөгөөд тэнд шүтэгчдийн хоёр анги илэрхий болж, Сүм ба Төрийн нэгдэл бэлгэдэгддэг. Үүнтэй адил чухал нэг онцлог нь хоёр дахь шалгалт гурав дахь шалгалтаас өмнө тохиолддогт оршдог бөгөөд гурав дахь шалгалт нь шүүлтийг төлөөлдөг. Гэвч гурав дахь шалгалтын шүүлттэй холбоотой нэгэн чухал тайлбар бий. Учир нь гурван шалгалт тус бүр шүүлтийг агуулдаг боловч эхний хоёр шалгалт нь зан чанарын хөгжил хараахан боломжтой байгаа түүхэн үед байрладаг. Харин гурав дахь шалгалт нь өөр бөгөөд энэ нь эш үзүүллэгийн шүүлтүүрийн шалгалт байж, шалгалтын үйл явцын өмнөх хоёр үе шатанд та шүтэгчдийн аль ангид хамаарах нэгэн болж төлөвшсөнийг зүгээр л тодорхойлон илтгэдэг.</w:t>
      </w:r>
    </w:p>
    <w:p>
      <w:pPr>
        <w:pStyle w:val="ArticleBody"/>
        <w:jc w:val="left"/>
      </w:pPr>
      <w:r>
        <w:rPr>
          <w:rFonts w:ascii="Times New Roman" w:hAnsi="Times New Roman" w:eastAsia="Times New Roman" w:cs="Times New Roman"/>
        </w:rPr>
        <w:t>2001 оны 9 дүгээр сарын 11-нд эхэлж, АНУ-д ням гаргийн хууль тогтоогдох үед дуусах нэг зуун дөчин дөрвөн мянгын лацдах цаг үед гурван шалгалт байдаг. Эхний шалгалт нь 2001 оны 9 дүгээр сарын 11-нд тэнгэрэлч бууж ирэхэд болсон бөгөөд 1840 оны 8 дугаар сарын 11-нд Миллеритийн түүхэнд бууж ирсэн тэнгэрэлчтэй нийцэж, тэрхүү шалгалт нь хоолны дэглэмийн талаарх шалгалт болдог. Даниелын номын нэгдүгээр бүлэгт анхны шалгалт нь Даниел хааны хоолноос идэхгүй байхаар зүрх сэтгэлдээ шийдсэн үед байсан. Христийн баптисмын үеэр Ариун Сүнс бууж ирээд, Тэр дараа нь дөчин өдөр мацаг барихад, Түүний анхны шалгалт нь хоолны дэглэмийн шалгалт байсан.</w:t>
      </w:r>
    </w:p>
    <w:p>
      <w:pPr>
        <w:pStyle w:val="ArticleBody"/>
        <w:jc w:val="left"/>
      </w:pPr>
      <w:r>
        <w:rPr>
          <w:rFonts w:ascii="Times New Roman" w:hAnsi="Times New Roman" w:eastAsia="Times New Roman" w:cs="Times New Roman"/>
        </w:rPr>
        <w:t>Нэг зуун дөчин дөрвөн мянгын лацдах үеийн гурав дахь бөгөөд эцсийн шалгалт нь Ням гаргийн хууль юм. Тэр үед долоо дахь өдрийн Амралтын өдрийн шаардлагыг ойлгодог атлаа нарны өдөрт мөргөхийг сонгосон бүх хүн араатны тамгыг хүлээн авах бөгөөд тэд үүрд мөнхөд алдагдсан байна. Гурван жилийн дараа, Даниелын номын нэгдүгээр бүлэгт, Даниел болон гурван итгэлт хүн Небухаднезарын (Ням гаргийн хуулийн бэлгэдэл) өмнө аваачигдан, өнгөрсөн гурван жилийн сургалтаараа шүүлгэхээр болсон. Эцэг ба Хүү Нимродын бослогын түүхэн дэх гурав дахь “явцгаа”-гийн үед доош буусан нь тэдний хэлийг хутгалдуулж, тэднийг газар сайгүй тараахын тулд байсан юм. Гурав дахь шалгалт нь энэ хоёр ангийг үүрд мөнхөд ялган салгадаг лакмусын сорил мөн.</w:t>
      </w:r>
    </w:p>
    <w:p>
      <w:pPr>
        <w:pStyle w:val="ArticleScripture"/>
        <w:jc w:val="left"/>
      </w:pPr>
      <w:r>
        <w:rPr>
          <w:rFonts w:ascii="Times New Roman" w:hAnsi="Times New Roman" w:eastAsia="Times New Roman" w:cs="Times New Roman"/>
        </w:rPr>
        <w:t>“Хогийн ургамлын тухай зүйрлэл ч, торны тухай зүйрлэл ч бүх хорон муу хүмүүс Бурханд эргэн ирэх цаг үе гэж үгүй болохыг тодорхойгоор заадаг. Буудай ба хогийн ургамал ургац хураалт хүртэл хамтдаа ургана. Сайн ба муу загас эцсийн ялгалтын төлөө хамтдаа эрэг рүү татагдан гаргагддаг.</w:t>
      </w:r>
    </w:p>
    <w:p>
      <w:pPr>
        <w:pStyle w:val="ArticleScripture"/>
        <w:jc w:val="left"/>
      </w:pPr>
      <w:r>
        <w:rPr>
          <w:rFonts w:ascii="Times New Roman" w:hAnsi="Times New Roman" w:eastAsia="Times New Roman" w:cs="Times New Roman"/>
        </w:rPr>
        <w:t>“Дахин хэлэхэд, эдгээр сургаалт зүйрлэлүүд шүүлтийн дараа нигүүлслийн хугацаа байх ёсгүйг заадаг. Сайн мэдээний ажил дуусмагц сайн ба муу хүмүүсийн хоорондын тусгаарлалт тэр даруйд нь дагалдан ирдэг бөгөөд бүлэг тус бүрийн хувь тавилан үүрд тогтоогдоно.” Христийн сургамжит зүйрлэлүүд, 123.</w:t>
      </w:r>
    </w:p>
    <w:p>
      <w:pPr>
        <w:pStyle w:val="ArticleBody"/>
        <w:jc w:val="left"/>
      </w:pPr>
      <w:r>
        <w:rPr>
          <w:rFonts w:ascii="Times New Roman" w:hAnsi="Times New Roman" w:eastAsia="Times New Roman" w:cs="Times New Roman"/>
        </w:rPr>
        <w:t>Нэг зуун дөчин дөрвөн мянгын тамгалагдах хугацаа тун удахгүй ирэх Ням гаргийн хуулиар төгсөнө. Харин тэр гурав дахь сорилт болон 2001 оны 9 дүгээр сарын 11-нд ирсэн эхний сорилтын хооронд хоёр дахь сорилт Лаодикийн Адвентизм дээр ирдэг. Учир нь нэг зуун дөчин дөрвөн мянгын хувьд сайн мэдээний ажил тэр үед бүрэн гүйцэлдсэн байдаг тул “шүүлтийн дараа авралын хугацаа гэж үгүй.”</w:t>
      </w:r>
    </w:p>
    <w:p>
      <w:pPr>
        <w:pStyle w:val="ArticleBody"/>
        <w:jc w:val="left"/>
      </w:pPr>
      <w:r>
        <w:rPr>
          <w:rFonts w:ascii="Times New Roman" w:hAnsi="Times New Roman" w:eastAsia="Times New Roman" w:cs="Times New Roman"/>
        </w:rPr>
        <w:t>Эгч Уайт хэд хэдэн газарт, хэрэв бид эхний сорилтыг давж чадахгүй бол хоёр дахь сорилтыг ч давж чадахгүй, мөн хоёр дахь сорилтыг амжилттай давалгүйгээр гурав дахь, үнэнийг ялган таних шийдвэрлэх сорилт дээр өөрсдийн бүтэлгүйтлээ илчилнэ гэж заадаг.</w:t>
      </w:r>
    </w:p>
    <w:p>
      <w:pPr>
        <w:pStyle w:val="ArticleScripture"/>
        <w:jc w:val="left"/>
      </w:pPr>
      <w:r>
        <w:rPr>
          <w:rFonts w:ascii="Times New Roman" w:hAnsi="Times New Roman" w:eastAsia="Times New Roman" w:cs="Times New Roman"/>
        </w:rPr>
        <w:t>“Би Христийн анхны ирэлтийг тунхагласан тунхаглал руу дахин чиглүүлэгдэв. Иохан Есүсийн замыг бэлтгэхийн тулд Елиагийн сүнс ба хүчээр илгээгдсэн байв. Иоханы гэрчлэлийг няцаасан хүмүүс Есүсийн сургаалиас ашиг хүртээгүй. Түүний ирэлтийг урьдчилан мэдүүлсэн мэдээнд тэдний эсэргүүцэл нь Тэр Мессиа байсан гэдгийн хамгийн хүчтэй нотолгоог ч амархан хүлээн авч чадахгүй байдалд тэднийг хүргэсэн юм. Сатан Иоханы мэдээг няцаасан хүмүүсийг улам цааш нь хөтөлж, Христийг няцааж, цовдлоход хүргэсэн. Үүнийг хийснээрээ тэд өөрсдийгөө Пентекостын өдөр ирэх ерөөлийг хүлээн авч чадахгүй байдалд оруулсан бөгөөд тэр ерөөл нь тэдэнд тэнгэрийн ариун газарт орох замыг заах ёстой байсан юм. Ариун сүмийн хөшиг урагдсан нь иудейчүүдийн тахил ба ёслолууд цаашид хүлээн авагдахгүй болохыг харуулсан. Агуу Тахил өргөгдөж, хүлээн авагдсан байсан бөгөөд Пентекостын өдөр бууж ирсэн Ариун Сүнс шавь нарын оюун бодлыг газрын ариун газраас Есүс Өөрийн цусаар орсон тэнгэрийн ариун газар луу чиглүүлж, тэндээс Тэр Өөрийн цагаатгалын үр ашгийг шавь нар дээрээ асгахаар болсон юм. Харин иудейчүүд бүрэн харанхуйд үлдсэн. Тэд авралын төлөвлөгөөний талаар авч болох байсан бүх гэрлийг алдсан атлаа ашиггүй болсон тахил өргөл ба өргөлүүддээ үргэлжлүүлэн найдсаар байв. Тэнгэрийн ариун газар нь газрын ариун газрын байр суурийг эзэлсэн байсан ч тэд энэ өөрчлөлтийн талаар ямар ч мэдлэггүй байлаа. Иймээс тэд ариун газарт дахь Христийн зуучлалаас ашиг хүртэж чадаагүй юм.”</w:t>
      </w:r>
    </w:p>
    <w:p>
      <w:pPr>
        <w:pStyle w:val="ArticleScripture"/>
        <w:jc w:val="left"/>
      </w:pPr>
      <w:r>
        <w:rPr>
          <w:rFonts w:ascii="Times New Roman" w:hAnsi="Times New Roman" w:eastAsia="Times New Roman" w:cs="Times New Roman"/>
        </w:rPr>
        <w:t>“Олон хүн иудейчүүд Христийг няцаан, цовдолсон явдлыг аймшигтайгаар хардаг; мөн Түүний ичгүүрт доромжлолын түүхийг уншихдаа, өөрсдийгөө Түүнийг хайрладаг, Петрийн адил Түүнээс няцаахгүй, эсвэл иудейчүүдийн адил Түүнийг цовдлохгүй байсан хэмээн боддог. Гэвч бүх хүний зүрх сэтгэлийг уншдаг Бурхан тэдний Есүст хандуулан мэдэрч байна хэмээн тунхагласан тэр хайрыг сорилтод оруулсан юм. Тэнгэр бүхэлдээ анхны тэнгэрэлчийн мэдээг хэрхэн хүлээн авахыг хамгийн гүн сонирхлоор ажиглан харж байв. Гэвч Есүсийг хайрладаг хэмээн тунхаглаж, загалмайн түүхийг уншихдаа нулимс унагадаг олон хүн Түүний ирэлтийн сайн мэдээг тохуурхан доромжилсон. Тэд уг мэдээг баяртайгаар хүлээн авахын оронд төөрөгдөл хэмээн зарласан. Тэд Түүний үзэгдэн ирэхийг хайрлагчдыг үзэн ядаж, сүмүүдээсээ хөөн гаргасан. Анхны мэдээг няцаасан хүмүүс хоёр дахь мэдээнээс ашиг хүртэж чадаагүй; мөн тэднийг итгэлээр Есүстэй хамт тэнгэрийн ариун газрын хамгийн ариун хэсэгт ороход бэлтгэх ёстой байсан шөнийн дундын хашхирал ч тэдэнд тус болоогүй. Урьдын хоёр мэдээг няцааснаар тэд өөрсдийн ойлголтыг тийнхүү харанхуйруулсан тул хамгийн ариун хэсэгт хүрэх замыг харуулдаг гурав дахь тэнгэрэлчийн мэдээн дэх ямар ч гэрлийг харж чадахгүй болсон. Иудейчүүд Есүсийг цовдолсны адил нэр төдий сүмүүд эдгээр мэдээг цовдолсныг би харсан; тиймээс тэд хамгийн ариун хэсэгт хүрэх замын талаар ямар ч мэдлэггүй бөгөөд тэнд байгаа Есүсийн зуучлалаас ч ашиг хүртэж чаддаггүй. Ашиггүй тахилуудаа өргөж байсан иудейчүүдийн адил, тэд Есүсийн орхисон тэр тасалгаанд ашиггүй залбирлуудаа өргөдөг; мөн энэ мэхлэлд баяссан Сатан шашны дүр төрхийг өөртөө авч, өөрсдийгөө Христэд итгэгчид хэмээн тунхаглагч эдгээр хүмүүсийн оюун санааг өөр лүүгээ хөтлөн, өөрийн хүч чадал, тэмдгүүд болон худал гайхамшгуудаар үйлдэн, тэднийг өөрийн урхинд бат бэхээр оруулдаг.” Early Writings, 259–261.</w:t>
      </w:r>
    </w:p>
    <w:p>
      <w:pPr>
        <w:pStyle w:val="ArticleBody"/>
        <w:jc w:val="left"/>
      </w:pPr>
      <w:r>
        <w:rPr>
          <w:rFonts w:ascii="Times New Roman" w:hAnsi="Times New Roman" w:eastAsia="Times New Roman" w:cs="Times New Roman"/>
        </w:rPr>
        <w:t>Хэрэв бид 2001 оны 9 дүгээр сарын 11-ээр дүрслэгдсэн анхааруулах мэдээг хүлээн авахгүй бол, амьд хэвээр байлаа гэж үзвэл, Ням гаргийн хуулийг ирэх үед нь гарцаагүй хүлээн авах болно. Иймд бид мөнхийн хувь заяагаа шийдвэрлэх сорилт, хаалттай хугацаа дуусахаас өмнө даван туулах ёстой, Ням гаргийн хуулийн үед лацдуулагдахаас өмнө заавал давах учиртай сорилт нь хоёр дахь сорилт бөгөөд, тэр нь араатны дүрийн сорилт мөн.</w:t>
      </w:r>
    </w:p>
    <w:p>
      <w:pPr>
        <w:pStyle w:val="ArticleScripture"/>
        <w:jc w:val="left"/>
      </w:pPr>
      <w:r>
        <w:rPr>
          <w:rFonts w:ascii="Times New Roman" w:hAnsi="Times New Roman" w:eastAsia="Times New Roman" w:cs="Times New Roman"/>
        </w:rPr>
        <w:t>“Араатны дүр төрх нь нигүүлслийн хугацаа хаагдахаас өмнө бүрэлдэн тогтохыг Эзэн надад тодорхой харуулсан; учир нь энэ нь Бурханы ард түмний хувьд тэдний мөнхийн хувь заяа шийдэгдэх агуу сорилт байх учиртай. Танай байр суурь тийм олон зөрчилтэйгээр хутгалдан будилсан тул маш цөөхөн хүн л мэхлэгдэх болно.</w:t>
      </w:r>
    </w:p>
    <w:p>
      <w:pPr>
        <w:pStyle w:val="ArticleScripture"/>
        <w:jc w:val="left"/>
      </w:pPr>
      <w:r>
        <w:rPr>
          <w:rFonts w:ascii="Times New Roman" w:hAnsi="Times New Roman" w:eastAsia="Times New Roman" w:cs="Times New Roman"/>
        </w:rPr>
        <w:t>“Илчлэл 13-т энэ сэдвийг тодорхойгоор толилуулсан байдаг; [Илчлэл 13:11–17-оос эш татав].”</w:t>
      </w:r>
    </w:p>
    <w:p>
      <w:pPr>
        <w:pStyle w:val="ArticleScripture"/>
        <w:jc w:val="left"/>
      </w:pPr>
      <w:r>
        <w:rPr>
          <w:rFonts w:ascii="Times New Roman" w:hAnsi="Times New Roman" w:eastAsia="Times New Roman" w:cs="Times New Roman"/>
        </w:rPr>
        <w:t>“Энэ бол Бурханы ард түмэн тамгалагдахаасаа өмнө заавал туулах ёстой сорилт мөн. Түүний хуулийг сахин, хуурамч амралтын өдрийг хүлээн авахаас татгалзсанаараа Бурханд үнэнч байдлаа нотолсон бүхэн Эзэн Бурхан Еховагийн тугийн дор жагсаж, амьд Бурханы тамгыг хүлээн авах болно. Харин тэнгэрлэг гаралтай үнэнийг орхиж, ням гаргийн амралтын өдрийг хүлээн авдаг хүмүүс араатны тэмдгийг хүлээн авах болно.” Manuscript Releases, volume 15, 15.</w:t>
      </w:r>
    </w:p>
    <w:p>
      <w:pPr>
        <w:pStyle w:val="ArticleBody"/>
        <w:jc w:val="left"/>
      </w:pPr>
      <w:r>
        <w:rPr>
          <w:rFonts w:ascii="Times New Roman" w:hAnsi="Times New Roman" w:eastAsia="Times New Roman" w:cs="Times New Roman"/>
        </w:rPr>
        <w:t>Нэг зуун дөчин дөрвөн мянгын лацдах цаг үеийн хоёр дахь сорилт нь эш үзүүллэгийн харааны сорилт мөн. Энэ нь Америкийн Нэгдсэн Улсад араатны дүрс бүрэлдэн тогтож буйг танин мэдэхийг шаарддаг бөгөөд тэрхүү сорилт нь зөвхөн Бурханы эш үзүүллэгийн Үгээр л илчлэгдэж чадна. Түүнээс гадна, Бурханы эш үзүүллэгийн Үгийг зөвхөн мөр дээр мөр хэмээх аргачлалаар төлөөлөгдсөн хожмын борооны мэдээг идэхээр сонгодог хүмүүс л ойлгоно. Хэрэв Илчлэлт арван наймдугаар бүлгийн хүчирхэг тэнгэрэлч бууж ирэх үед түүний гарт буй мэдээг идэхээс бид татгалзвал, араатны дүрс бүрэлдэн тогтож буйг танин мэдэх чадварыг бид эзэмшихгүй.</w:t>
      </w:r>
    </w:p>
    <w:p>
      <w:pPr>
        <w:pStyle w:val="ArticleBody"/>
        <w:jc w:val="left"/>
      </w:pPr>
      <w:r>
        <w:rPr>
          <w:rFonts w:ascii="Times New Roman" w:hAnsi="Times New Roman" w:eastAsia="Times New Roman" w:cs="Times New Roman"/>
        </w:rPr>
        <w:t>Тэнгэрэлчийн гарт буй мэдээг идэхийн тулд эш үзүүлгийн суралцагч тэнгэрэлчийн гарт мэдээ байгааг харж чаддаг байх шаардлагатай. Илчлэл арван наймдугаар бүлгийн хүчирхэг тэнгэрэлч бууж ирэхэд, тухайн эшлэлд түүний гарт юу байгааг тэмдэглэн заадаггүй; харин мөр дээр мөр тавих аргачлал нь бууж ирдэг тэнгэрэлч нарын гарт үргэлж мэдээ байдаг гэдгийг хэд хэдэн гэрчээр тогтоодог. Мөр дээр мөр тавих аргачлалыг няцаагчид бол АНУ-д араатны дүрс бүрэлдэн тогтож байгааг нотлох баримтыг өгдөг тэрхүү мэдээнд сохор байдаг. Үүнийг зайлшгүй танин мэдэх ёстой, учир нь бидний мөнхийн хувь тавилан энэ үнэнийг танин хүлээн зөвшөөрөхөд тулгуурладаг. Мөр дээр мөр тавих зарчмаар, Эгч Уайт эхний тэнгэрэлчийн эш үзүүлгийн шинжүүдийг Илчлэл арван наймдугаар бүлгийн хүчирхэг тэнгэрэлчийн мөн л тэр шинжүүдтэй адилхан болохыг тодорхойлдог.</w:t>
      </w:r>
    </w:p>
    <w:p>
      <w:pPr>
        <w:pStyle w:val="ArticleScripture"/>
        <w:jc w:val="left"/>
      </w:pPr>
      <w:r>
        <w:rPr>
          <w:rFonts w:ascii="Times New Roman" w:hAnsi="Times New Roman" w:eastAsia="Times New Roman" w:cs="Times New Roman"/>
        </w:rPr>
        <w:t>“Тэнгэр даяар газар дэлхий дээр өрнөж буй ажилд ямар их анхаарал тавьж байгааг надад үзүүлсэн юм. Есүс хүчирхэг нэгэн тэнгэрэлчид газар дэлхийн оршин суугчдад Түүний хоёр дахь ирэлтийн бэлтгэлийг хийхийг анхааруулахаар бууж очих даалгавар өгсөн. Тэр тэнгэрэлч тэнгэр дэх Есүсийн оршихуйгаас явахад, түүний өмнө туйлын хурц бөгөөд алдарт гэрэл явж байлаа. Түүний үүрэг нь дэлхийг өөрийн алдраар гэрэлтүүлж, Бурханы ирэх уур хилэнгийн талаар хүнд анхааруулах явдал гэж надад хэлсэн. Үй олон хүн тэр гэрлийг хүлээн авсан. Тэдний зарим нь нэн чин сүрлэг мэт харагдаж байсан бол, нөгөөдүүл нь баяр хөөрөөр дүүрч, бахдан автагдсан байлаа. Гэрлийг хүлээн авсан бүхэн нүүрээ тэнгэр өөд хандуулж, Бурханыг алдаршуулсан. Хэдийгээр тэр нь бүгд дээр туссан боловч, зарим нь зөвхөн түүний нөлөөнд орсон төдий бөгөөд, чин сэтгэлээсээ хүлээн аваагүй. Олон хүн асар их уур хилэнгээр дүүрсэн байлаа. Үйлчлэгчид болон ард олон бузар хүмүүстэй нэгдэн, хүчирхэг тэнгэрэлчийн цацруулсан гэрлийг эрс хатуу эсэргүүцсэн. Харин түүнийг хүлээн авсан бүхэн ертөнцөөс салж, бие биестэйгээ нягт нэгдсэн юм.”</w:t>
      </w:r>
    </w:p>
    <w:p>
      <w:pPr>
        <w:pStyle w:val="ArticleScripture"/>
        <w:jc w:val="left"/>
      </w:pPr>
      <w:r>
        <w:rPr>
          <w:rFonts w:ascii="Times New Roman" w:hAnsi="Times New Roman" w:eastAsia="Times New Roman" w:cs="Times New Roman"/>
        </w:rPr>
        <w:t>“Сатан болон түүний тэнгэрэлчүүд аль болох олон хүний оюун ухааныг гэрлээс холдуулахаар тун завгүйгээр чармайн ажиллаж байв. Түүнийг няцаасан хүмүүс харанхуйд орхигдов. Тэнгэрээс гаралтай мэдээ тэдэнд тунхаглагдах үед тэдний төлөвшүүлсэн зан чанарыг тэмдэглэн бичихээр Бурханы тэнгэрэлч Өөрийг нь хүлээн зөвшөөрдөг ард түмнийг нь хамгийн гүн анхааралтай ажиглаж байхыг би харсан. Есүсийг хайрладаг гэж тунхаглагч маш олон хүн тэнгэрийн мэдээнээс жигшин тохуурхаж, басамжилж, үзэн ядан буруулахад, гартаа илгэн хуйлмал барьсан нэгэн тэнгэрэлч тэрхүү ичгүүрт тэмдэглэлийг үйлдэв. Есүсийг Өөрийг нь дагагч хэмээн хүлээн зөвшөөрдөг хүмүүс ийнхүү үл тоомсорлосонд бүхий л тэнгэр хилэгнэлээр дүүрэв.” Эртний Бичвэрүүд, 245, 246.</w:t>
      </w:r>
    </w:p>
    <w:p>
      <w:pPr>
        <w:pStyle w:val="ArticleBody"/>
        <w:jc w:val="left"/>
      </w:pPr>
      <w:r>
        <w:rPr>
          <w:rFonts w:ascii="Times New Roman" w:hAnsi="Times New Roman" w:eastAsia="Times New Roman" w:cs="Times New Roman"/>
        </w:rPr>
        <w:t>Тэрхүү эшлэлд Илчлэл номын арван дөрөвдүгээр бүлгийн эхний тэнгэрэлч “Түүний хоёр дахь үзэгдэлд бэлтгэхийг газрын оршин суугчдад сануулан, доош бууж ирэхээр” “томилогдсон” байсан бөгөөд энэ нь Илчлэл номын арван наймдугаар бүлгийн тэнгэрэлчийн ажлын яг адил юм. Эхний тэнгэрэлчийн даалгавар нь “дэлхийг өөрийн алдраар гэрэлтүүлж, хүнийг Бурханы ирэх уур хилэнгийн талаар сануулах” явдал байсан бөгөөд энэ нь мөн дахин арван наймдугаар бүлгийн тэнгэрэлчийн даалгавар мөн. Тэрхүү мэдээг хүлээн авсан хүмүүс “Бурханыг алдаршуулсан,” харин уг мэдээг няцаасан хүмүүс “бүрэн харанхуйд үлдсэн.”</w:t>
      </w:r>
    </w:p>
    <w:p>
      <w:pPr>
        <w:pStyle w:val="ArticleBody"/>
        <w:jc w:val="left"/>
      </w:pPr>
      <w:r>
        <w:rPr>
          <w:rFonts w:ascii="Times New Roman" w:hAnsi="Times New Roman" w:eastAsia="Times New Roman" w:cs="Times New Roman"/>
        </w:rPr>
        <w:t>Даниел болон түүний гурван үнэнч нөхөр тэнгэрлэг хоол хүнсийг идэхээр сонгосон бөгөөд нөгөө бүлэг нь Вавилоны хоолыг идэв. Арван өдрийн “харааны сорил”-ын төгсгөлд Даниел болон түүний нөхөд Бурханыг алдаршуулсан юм. Учир нь тэдний царай төрх нь Вавилоны хоол идсэн хүмүүсийнхээс нүдэнд илтээр илүү тарган, илүү өнгөлөг сайхан харагдаж байв. Илчлэлт номын арван дөрөвдүгээр бүлгийн эхний тэнгэр элчийн мэдээ нь мөнхийн сайн мэдээний тодорхойлолтынхоо хүрээнд эдгээр гурван сорилыг бүгдийг төлөөлдөг. Эхний сорил нь Бурханаас эмээх явдал, хоёр дахь нь Түүнд алдар өгөх явдал, харин гурав дахь сорил нь шүүлтийн цаг ирэх үед тохиодог. Аравдугаар бүлэгт Иоханаар төлөөлүүлэн үзүүлсэнчлэн, эхний тэнгэр элчийн гараас бяцхан номыг авч идсэн хүмүүс хоёр дахь сорил дээр Бурханыг алдаршуулсан бөгөөд тэгээд тэд Небухаднезарын шүүлтэд ороход бэлтгэгдсэн байв. Мөр дээр мөрөөр авч үзвэл, 2001 оны есдүгээр сарын 11-ний эхний сорил нь хүчирхэг тэнгэр элчийн гарт байсан бяцхан номыг идэх явдал байв. Тэрхүү сорил нь гурав дахь бөгөөд эцсийн лакмусын сорилоос өмнө мөргөгчдийн хоёр ангийг илчлэн харуулах дараагийн сорилыг эхлүүлсэн бөгөөд энэ нь ердөө алдаршсан зан чанарыг, эсвэл харанхуйгаар дүүрэн зан чанарыг харуулсан юм.</w:t>
      </w:r>
    </w:p>
    <w:p>
      <w:pPr>
        <w:pStyle w:val="ArticleBody"/>
        <w:jc w:val="left"/>
      </w:pPr>
      <w:r>
        <w:rPr>
          <w:rFonts w:ascii="Times New Roman" w:hAnsi="Times New Roman" w:eastAsia="Times New Roman" w:cs="Times New Roman"/>
        </w:rPr>
        <w:t>Нэг зуун дөчин дөрвөн мянгыг тамгалах хугацаа нь 2001 оны 9 дүгээр сарын 11-ний түүхээс эхлэн Америкийн Нэгдсэн Улсад удахгүй гарах Ням гаргийн хуулийн хүртэлх түүх мөн. Тэрхүү түүхэнд арван охины тухай сургаалт зүйрлэл үсэг нэг бүрчлэн дахин давтагдаж, биелэх болно. Тэгвэл энэ баримт нь Хабаккук 2-ын эш үзүүллэгийн түүх мөн үсэг нэг бүрчлэн дахин давтагдаж, биелэхийг тодорхойлж байна. Энэ нь бас нэг зуун дөчин дөрвөн мянгыг тамгалах үе бол эш үзүүллэг бүрийн нөлөө үсэг нэг бүрчлэн дахин давтагдаж, биелэх үе мөн гэсэн үг юм.</w:t>
      </w:r>
    </w:p>
    <w:p>
      <w:pPr>
        <w:pStyle w:val="ArticleBody"/>
        <w:jc w:val="left"/>
      </w:pPr>
      <w:r>
        <w:rPr>
          <w:rFonts w:ascii="Times New Roman" w:hAnsi="Times New Roman" w:eastAsia="Times New Roman" w:cs="Times New Roman"/>
        </w:rPr>
        <w:t>Даниелын арван нэгдүгээр бүлгийн дөчиндугаар эшлэл төгсгөлийн цагт, 1989 онд, лацнаасаа тайлагдсан юм. Тэрхүү эшлэл 1798 оны төгсгөлийн цагаар эхэлж, 1989 оны төгсгөлийн цагийг тэмдэглэснээр төгсөнө. Мөр дээр мөрөөр, 1798 оны төгсгөлийн цаг нь 1989 оны төгсгөлийн цагтай давхцан нийцдэг. 1798 онд эхэлж, дөчин нэгдүгээр эшлэл дэх Ням гаргийн хууль хүртэл үргэлжлэх дөчиндугаар эшлэлийн түүх нь Библийн зөгнөлийн зургаа дахь хаанчлал болох газрын араатны (Америкийн Нэгдсэн Улс) түүхийг төлөөлдөг. Газрын араатны Бүгд найрамдах үзэл ба Протестантизм хэмээх хоёр эвэр нь төгсгөлийн цагийн тэрхүү хоёр үеэр илэрхийлэгддэг.</w:t>
      </w:r>
    </w:p>
    <w:p>
      <w:pPr>
        <w:pStyle w:val="ArticleBody"/>
        <w:jc w:val="left"/>
      </w:pPr>
      <w:r>
        <w:rPr>
          <w:rFonts w:ascii="Times New Roman" w:hAnsi="Times New Roman" w:eastAsia="Times New Roman" w:cs="Times New Roman"/>
        </w:rPr>
        <w:t>Нэг зуун дөчин дөрвөн мянгыг тамгалах үед, тэрхүү хугацаан дахь гурван сорилтын хоёр дахь сорилын үеэр протестант эвэр мөргөгчдийн хоёр ангийг төрүүлнэ. Нэг анги нь Христийн дүрийг төлөвшүүлсэн байх бөгөөд, нөгөө анги нь араатны дүрийг төлөвшүүлсэн байх болно. Тэр сорилтын үед Бүгд Найрамдах эвэр урвасан протестант эвэртэй нэгдэж, протестант сүмүүд иргэний засгийн эрхийг гартаа авах үед араатны дүрийг байгуулна. Тэрхүү хугацааг Бурханы Үгийн бүх үзэгдэл төлөөлдөг, учир нь энд Библийн “номууд” тус бүр «уулзаж, төгсөнө».</w:t>
      </w:r>
    </w:p>
    <w:p>
      <w:pPr>
        <w:pStyle w:val="ArticleBody"/>
        <w:jc w:val="left"/>
      </w:pPr>
      <w:r>
        <w:rPr>
          <w:rFonts w:ascii="Times New Roman" w:hAnsi="Times New Roman" w:eastAsia="Times New Roman" w:cs="Times New Roman"/>
        </w:rPr>
        <w:t>Тэр түүхэн дэх хоёр дахь шалгалт нь араатны дүрийн шалгалт бөгөөд энэ нь дотоод утгаараа онгон охидод, гадаад утгаараа харилцан өрсөлдөгч хоёр улс төрийн намын улс төрчдөд хамаарна. Тэрхүү шалгалт нь удахгүй ирэх Ням гаргийн хуулийн үед “энэрлийн хугацаа хаагдахаас өмнө” бидний давах ёстой шалгалт мөн. Тэрхүү шалгалт нь “бид тамгалагдахаас өмнө” бидний давах шалгалт мөн. Тэрхүү шалгалт нь “бидний мөнхийн хувь заяа шийдэгдэх” тэр шалгалт мөн.</w:t>
      </w:r>
    </w:p>
    <w:p>
      <w:pPr>
        <w:pStyle w:val="ArticleBody"/>
        <w:jc w:val="left"/>
      </w:pPr>
      <w:r>
        <w:rPr>
          <w:rFonts w:ascii="Times New Roman" w:hAnsi="Times New Roman" w:eastAsia="Times New Roman" w:cs="Times New Roman"/>
        </w:rPr>
        <w:t>Бид энэ судлалыг дараагийн өгүүлэлд үргэлжлүүлэн авч үзнэ.</w:t>
      </w:r>
    </w:p>
    <w:p>
      <w:pPr>
        <w:pStyle w:val="ArticleScripture"/>
        <w:jc w:val="left"/>
      </w:pPr>
      <w:r>
        <w:rPr>
          <w:rFonts w:ascii="Times New Roman" w:hAnsi="Times New Roman" w:eastAsia="Times New Roman" w:cs="Times New Roman"/>
        </w:rPr>
        <w:t>“Өөр нэгэн хүчирхэг тэнгэрэлч газарт буухаар томилогдов. Есүс түүний гарт нэгэн бичээс тавьж өгсөн бөгөөд тэр газарт бууж ирэхдээ: ‘Вавилон нуран унасан, нуран унасан’ хэмээн хашхирав. Тэгээд би урам нь хугарсан хүмүүс дахин нүдээ тэнгэр өөд өргөн, Эзэнийхээ илрэн ирэлтийг итгэл ба найдвараар ширтэж байгааг харлаа. Харин олон хүн унтаж буй мэт тэнэгрэн мангуурсан байдалтай хэвээр үлдсэн мэт санагдав; гэвч тэдний царай төрхөн дээр гүн уй гашууны ул мөрийг би харж байлаа. Урам нь хугарсан хүмүүс Судруудаас өөрсдийгөө хүлээлтийн цаг үед байгааг, мөн үзэгдлийн биеллийг тэвчээртэйгээр хүлээх ёстойгоо ойлгов. 1843 онд тэднийг Эзэнээ хүлээхэд хүргэсэн тэрхүү адил нотолгоо, 1844 онд ч Түүнийг хүлээхэд хүргэв. Гэвч 1843 онд тэдний итгэлийг онцлон тэмдэглэж байсан тэрхүү эрч хүч олонхынх нь дотор байгаагүйг би харлаа. Тэдний урам хугаралт итгэлийг нь мохоожээ....”</w:t>
      </w:r>
    </w:p>
    <w:p>
      <w:pPr>
        <w:pStyle w:val="ArticleScripture"/>
        <w:jc w:val="left"/>
      </w:pPr>
      <w:r>
        <w:rPr>
          <w:rFonts w:ascii="Times New Roman" w:hAnsi="Times New Roman" w:eastAsia="Times New Roman" w:cs="Times New Roman"/>
        </w:rPr>
        <w:t>“Есүс ариун газарт үйлчлэлээ дуусгаж, нэн ариун газарт орон, Бурханы хуулийг агуулсан гэрээний авдрын өмнө зогсоход, Тэрээр дэлхийд гурав дахь мэдээг хүргүүлэхээр өөр нэгэн хүчирхэг тэнгэрэлчийг илгээв. Нэгэн хуйлмал бичгийг тэр тэнгэрэлчийн гарт тавьсан бөгөөд тэрээр хүч чадал, сүр жавхлантайгаар дэлхий өөд буун ирэхдээ, хүнд хэзээ нэгэн цагт дамжуулагдаж байсан хамгийн аймшигт заналхийллийг агуулсан, сүрдэм сэрэмжлүүлгийг тунхаглав. Энэхүү мэдээ нь Бурханы хүүхдүүдэд тэдний өмнө буй сорилт ба зовлонгийн цагийг харуулснаар, тэднийг сонор сэрэмжтэй байлгах зорилготой байв. Тэнгэрэлч ийнхүү хэлэв: ‘Тэд араатан болон түүний дүртэй нүүр тулсан ширүүн тэмцэлд орно. Мөнх амьдралын тэдний цорын ганц найдвар нь тууштай хэвээр үлдэхэд оршино. Амь амьдрал нь аюулд байлаа ч, тэд үнэнийг бат баримтлах ёстой.’ Гурав дахь тэнгэрэлч өөрийн мэдээг ийнхүү төгсгөдөг: ‘Энд ариун хүмүүсийн тэвчээр байна: энд Бурханы тушаалуудыг сахиж, Есүсийн итгэлийг хадгалдаг хүмүүс байна.’ Тэрээр эдгээр үгийг давтан хэлэхдээ, тэнгэр дэх ариун сүмийг заав. Энэ мэдээг хүлээн авдаг бүхний оюун санаа нэн ариун газарт чиглэгддэг бөгөөд тэнд Есүс авдрын өмнө зогсон, өршөөл нь одоо ч саатсаар буй бүхний төлөө, мөн Бурханы хуулийг мэдэлгүйгээр зөрчсөн бүхний төлөө Өөрийн эцсийн зуучлалыг хийж байдаг. Энэхүү эвлэрүүлэл нь зөвт үхэгсдийн төлөө ч, зөвт амьд хүмүүсийн төлөө ч хийгддэг. Үүнд Христэд итгэн найдаж нас барсан боловч Бурханы тушаалуудын талаарх гэрлийг хүлээн аваагүйн улмаас, түүний заалтуудыг зөрчин мэдэлгүйгээр нүгэл үйлдсэн бүх хүн багтана.”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Гучин Хоёрдугаар Хэсэг</dc:title>
  <dc:subject>Хоёр дахь шалгалтын эш үзүүллэгийн ач холбогдлыг нээн илчлэх нь: араатны дүр болон 144,000-ын тамгалагдах цаг үеийг ойлгох нь</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