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гучин гуравдугаар хэсэг</w:t>
      </w:r>
    </w:p>
    <w:p>
      <w:pPr>
        <w:pStyle w:val="ArticleSubtitle"/>
        <w:jc w:val="left"/>
      </w:pPr>
      <w:r>
        <w:rPr>
          <w:rFonts w:ascii="Arial" w:hAnsi="Arial" w:eastAsia="Arial" w:cs="Arial"/>
        </w:rPr>
        <w:t>Зөгнөлийн хээ хуарыг тайлах нь: 144,000-ын лацлагдах цаг үеийн талаарх ойлголтууд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Бүх эш үзүүлэгчид хоорондоо санал нэгтэй бөгөөд тэд өөрсдийн амьдарч байсан өдрүүдээс илүүтэйгээр ертөнцийн төгсгөлийн тухай илүү тодорхойгоор гэрчилдэг. Тэдний гэрчлэл нь нэг зуун дөчин дөрвөн мянгын тамгалах цагийн эш үзүүллэгийн үед хамааруулан хэрэглэх ёстой, учир нь бүх үзэгдлийн үр нөлөө тэнд илэрдэг. Исаиа зургаадугаар бүлэгт, үзэгдлээр, нэг зуун дөчин дөрвөн мянгын тамгалах цагийн үед Ариун Ариунаас дотогш харах боломж олгогдсон бөгөөд тэнд тэрээр Бурханы алдрыг харсан. Энэ нь 2001 оны 9 дүгээр сарын 11-ний өдрөөс хойших үе байсан гэдгийг бид мэднэ. Учир нь тэрээр гуравдугаар эшлэлд тэнгэрэлч нарын хэлэхийг сонссон бөгөөд тэд тэр үед дэлхий Түүний алдраар дүүрэн байсныг тодорхойлсон юм.</w:t>
      </w:r>
    </w:p>
    <w:p>
      <w:pPr>
        <w:pStyle w:val="ArticleScripture"/>
        <w:jc w:val="left"/>
      </w:pPr>
      <w:r>
        <w:rPr>
          <w:rFonts w:ascii="Times New Roman" w:hAnsi="Times New Roman" w:eastAsia="Times New Roman" w:cs="Times New Roman"/>
        </w:rPr>
        <w:t>“Бурхан Өөрийн ард түмэнд нэгэн мэдээтэйгээр Исаиаг илгээх гэж байхдаа, эхлээд эш үзүүлэгчид ариун сүмийн доторх ариунаас ариун газрыг үзэгдлээр харахыг зөвшөөрөв. Гэнэт сүмийн хаалга болон дотор хөшиг өргөгдсөн буюу зайлуулагдсан мэт санагдаж, тэрээр, эш үзүүлэгчийн хөл хүртэл орж үл болох тэр ариунаас ариун газрын дотор тийш ширтэн харах эрхтэй болов. Түүний өмнө өндөрт өргөмжлөгдсөн сэнтий дээр заларч буй Еховагийн үзэгдэл тодрон гарч, Түүний сүр жавхлангийн хормой сүмийг дүүргэж байлаа. Сэнтийн эргэн тойронд аугаа Хааны манаа мэт серафууд байж, тэд өөрсдийг нь хүрээлсэн алдар сууг тусган харуулж байв. Тэдний магтаалын дуу гүн хүндэтгэлийн өнгөөр цуурайтан эгшиглэхэд, газар хөдлөлтөнд донслуулсан мэт хаалганы баганууд чичирч байлаа. Нүглээр бузартаагүй уруулаараа эдгээр тэнгэрэлч Бурханы магтаалыг цутган өргөв. “‘Цэргийн ЭЗЭН ариун, ариун, ариун’ хэмээн тэд хашхирч байлаа; ‘бүх дэлхий Түүний алдар суугаар дүүрэн байна.’ [Исаиа 6:1–8-ыг үз.]”</w:t>
      </w:r>
    </w:p>
    <w:p>
      <w:pPr>
        <w:pStyle w:val="ArticleScripture"/>
        <w:jc w:val="left"/>
      </w:pPr>
      <w:r>
        <w:rPr>
          <w:rFonts w:ascii="Times New Roman" w:hAnsi="Times New Roman" w:eastAsia="Times New Roman" w:cs="Times New Roman"/>
        </w:rPr>
        <w:t>“Сэнтийн эргэн тойрон дахь сэрафимууд Бурханы алдрыг харан ажиглахдаа хүндэтгэлт сүрдлээр тийм дүүрэн байдаг тул өөрсдийгөө бишрэн харах зав тэдэнд нэгээхэн агшинд ч гардаггүй. Тэдний магтаал нь түмэн цэргийн Эзэнд зориулагддаг. Бүх дэлхий Түүний алдраар дүүрэх тэр ирээдүйг тэд ширтэхэд, ялалтын дуу нэгнээс нөгөөд уянгат аялгуугаар цуурайтан, ‘Ариун, ариун, ариун, түмэн цэргийн Эзэн’ хэмээн эгшиглэдэг. Тэд Бурханыг алдаршуулахад бүрэн хангалуун байдаг; Түүний оршихуйд байж, Түүний тааллын инээмсэглэлийн дор оршихдоо, тэд өөр юуг ч үл хүсдэг. Түүний дүр төрхийг илэрхийлэн, Түүний тушаалыг биелүүлэн, Түүнд мөргөхөд тэдний хамгийн дээд эрмэлзэл биелэлдээ хүрдэг.” Gospel Workers, 21.</w:t>
      </w:r>
    </w:p>
    <w:p>
      <w:pPr>
        <w:pStyle w:val="ArticleBody"/>
        <w:jc w:val="left"/>
      </w:pPr>
      <w:r>
        <w:rPr>
          <w:rFonts w:ascii="Times New Roman" w:hAnsi="Times New Roman" w:eastAsia="Times New Roman" w:cs="Times New Roman"/>
        </w:rPr>
        <w:t>Исаиатай нэгэн адил, эш үзүүлэгч Езекиелд ч Ариун Ариуныг үзэх боломж олгогдсон юм. Езекиелийн үзэгдэл нэгдүгээр бүлгийн нэгдүгээр зүйлээс эхэлсэн.</w:t>
      </w:r>
    </w:p>
    <w:p>
      <w:pPr>
        <w:pStyle w:val="ArticleScripture"/>
        <w:jc w:val="left"/>
      </w:pPr>
      <w:r>
        <w:rPr>
          <w:rFonts w:ascii="Times New Roman" w:hAnsi="Times New Roman" w:eastAsia="Times New Roman" w:cs="Times New Roman"/>
        </w:rPr>
        <w:t>Гуч дахь онд, дөрөвдүгээр сарын тавны өдөр, би Хебар мөрний дэргэд олзлогдогсдын дунд байхад, тэнгэр нээгдэж, би Бурханы үзэгдлүүдийг үзэв. Езекиел 1:1.</w:t>
      </w:r>
    </w:p>
    <w:p>
      <w:pPr>
        <w:pStyle w:val="ArticleBody"/>
        <w:jc w:val="left"/>
      </w:pPr>
      <w:r>
        <w:rPr>
          <w:rFonts w:ascii="Times New Roman" w:hAnsi="Times New Roman" w:eastAsia="Times New Roman" w:cs="Times New Roman"/>
        </w:rPr>
        <w:t>Түүний үзэгдэл хэдэн бүлгээр үргэлжилдэг бөгөөд энэ нь найм, есдүгээр бүлгүүд дэх, нэг зуун дөчин дөрвөн мянгыг тамгалан тэмдэглэхийг тодорхойлсон тэрхүү адил үзэгдлийн үргэлжлэл юм. Үүнийг бид түүний нягт нямбай гэрчлэлээр мэднэ.</w:t>
      </w:r>
    </w:p>
    <w:p>
      <w:pPr>
        <w:pStyle w:val="ArticleScripture"/>
        <w:jc w:val="left"/>
      </w:pPr>
      <w:r>
        <w:rPr>
          <w:rFonts w:ascii="Times New Roman" w:hAnsi="Times New Roman" w:eastAsia="Times New Roman" w:cs="Times New Roman"/>
        </w:rPr>
        <w:t>Зургаа дахь жил, зургаа дахь сард, сарын тав дахь өдөр, би гэртээ сууж, Иудагийн ахмадууд миний өмнө сууж байхад, тэнд Эзэн БУРХАНы мутар над дээр буув. Тэгээд би харвал, галаар адил нэгэн дүрс байв: түүний бүсэлхийнээс доош галын дүр төрх, бүсэлхийнээс нь дээш гэрэлтэх мэт, хуван өнгөтэй адил туяаран байлаа. Тэрээр гарын адил хэлбэрийг сунган, миний толгойн нэгэн ширхэг үснээс барьж авав; тэгэхэд Сүнс намайг газар ба тэнгэрийн хооронд өргөн, Бурханы үзэгдлүүдээр Иерусалим уруу, хойш харсан дотоод хаалганы үүдэнд аваачив; тэнд атаархлыг өдөөдөг атаархлын хөргийн суудал байв. Мөн, үзэгтүн, Израилийн Бурханы алдар тэнд байлаа, талд миний үзсэн үзэгдлийн дагуу. Езекиел 8:1–4.</w:t>
      </w:r>
    </w:p>
    <w:p>
      <w:pPr>
        <w:pStyle w:val="ArticleBody"/>
        <w:jc w:val="left"/>
      </w:pPr>
      <w:r>
        <w:rPr>
          <w:rFonts w:ascii="Times New Roman" w:hAnsi="Times New Roman" w:eastAsia="Times New Roman" w:cs="Times New Roman"/>
        </w:rPr>
        <w:t>Нэг зуун дөчин дөрвөн мянгыг тамгалах явцад бүрэлдэн тогтдог хоёр ангийг тодорхойлон үзүүлсэн найм, есдүгээр бүлгүүдийн үзэгдэл нь Езекиелийн “талд” үзсэн “үзэгдлийн адил” байв. Түүний талд үзсэн тэр үзэгдэл нь гуравдугаар бүлэгт тодорхойлогдсон байдаг.</w:t>
      </w:r>
    </w:p>
    <w:p>
      <w:pPr>
        <w:pStyle w:val="ArticleScripture"/>
        <w:jc w:val="left"/>
      </w:pPr>
      <w:r>
        <w:rPr>
          <w:rFonts w:ascii="Times New Roman" w:hAnsi="Times New Roman" w:eastAsia="Times New Roman" w:cs="Times New Roman"/>
        </w:rPr>
        <w:t>ЭЗЭНий мутар тэнд миний дээр байсан бөгөөд Тэр надад, «Босоод, тал уруу гар; тэнд Би чамтай ярина» хэмээн айлдав. Тэгэхэд би босож, тал уруу гарлаа. Харагтун, Хебар голын дэргэд миний үзсэн тэр алдрын адил ЭЗЭНий алдар тэнд зогсож байсан бөгөөд би нүүрээрээ газар унав. Езекиел 3:22, 23.</w:t>
      </w:r>
    </w:p>
    <w:p>
      <w:pPr>
        <w:pStyle w:val="ArticleBody"/>
        <w:jc w:val="left"/>
      </w:pPr>
      <w:r>
        <w:rPr>
          <w:rFonts w:ascii="Times New Roman" w:hAnsi="Times New Roman" w:eastAsia="Times New Roman" w:cs="Times New Roman"/>
        </w:rPr>
        <w:t>Езекиелийн “тэгш тал”-ын үзэгдэл нь Езекиелийн “Хебар голын дэргэд харсан” “алдар” лугаа адил байсан бөгөөд тэр нь нэгдүгээр бүлэг, нэгдүгээр зүйлийн үзэгдэл мөн байв. Есдүгээр бүлэг дэх тамгалах үзэгдэл болон “тэгш тал”-ын үзэгдэл нь ердөө Хебар голын үзэгдлийн үргэлжлэлүүд байсан юм. Энэ нь яг Исаиагийн үзэгдлийн адил, нэг зуун дөчин дөрвөн мянгыг тамгалах үеийн Хамгийн Ариун Газарт орших Бурханы алдрын үзэгдэл байв. Исаиагийн үзэгдэл нь тамгалах цаг үед элч нарыг босгон байгуулж буй Бурханы ажлыг тодорхойлон илэрхийлсэн бөгөөд хоёр ба гуравдугаар бүлэгт Езекиель яг тэр ажлыг Исаиагаас илүү дэлгэрэнгүй тодорхойлдог. Учир нь тэрээр Лаодикеийн Адвентизмд мэдээ хүргэх ёстой нэгэн элчийг дүрслэн үзүүлдэг. Мөн хажуугаар нь өнгөрүүлэгдэж буй тэрсэлдсэн ард түмэнд хүргэх ёстой мэдээг ойлгохын тулд, Езекиельд 2001 оны 9 дүгээр сарын 11-нд Тэнгэрэлч бууж ирэх үед Түүний гарт байсан бяцхан номыг идэхийг тушаасан билээ.</w:t>
      </w:r>
    </w:p>
    <w:p>
      <w:pPr>
        <w:pStyle w:val="ArticleScripture"/>
        <w:jc w:val="left"/>
      </w:pPr>
      <w:r>
        <w:rPr>
          <w:rFonts w:ascii="Times New Roman" w:hAnsi="Times New Roman" w:eastAsia="Times New Roman" w:cs="Times New Roman"/>
        </w:rPr>
        <w:t>Түүнчлэн Тэр надад, “Хүний хүү, чи олсноо ид; энэ хуйлмал бичгийг идээд, Израилийн гэрт очиж айлд” хэмээн айлдав. Тэгэхэд нь би амаа ангайхад, Тэр намайг тэр хуйлмал бичгийг идүүлэв. Тэгээд Тэр надад, “Хүний хүү, гэдсээ идүүлж, дотор эрхтнээ Би чамд өгч буй энэ хуйлмал бичгээр дүүргэ” гэж айлдав. Тэгээд би түүнийг идэхэд, аманд минь зөгийн бал мэт чихэрлэг байв. Тэр надад, “Хүний хүү, явж, Израилийн гэрт очоод Миний үгсээр тэдэнд айлд. Учир нь чи харь хэлтэй, хэцүү үгтэй ард түмэн уруу биш, харин Израилийн гэр уруу илгээгдэж байна. Чиний ойлгож үл чадах үгтэй, харь хэлтэй, хэцүү үгтэй олон ард түмэн уруу биш. Үнэхээр Би чамайг тэдэн уруу илгээсэн бол, тэд чамайг сонсох байсан. Харин Израилийн гэр чамайг сонсохгүй; учир нь тэд Намайг сонсохгүй. Израилийн бүх гэр ичгүүргүй бөгөөд хатуу зүрхтэй юм. Болгоогтун, Би чиний нүүрийг тэдний нүүрний эсрэг хүчтэй, чиний магнайг тэдний магнайн эсрэг хүчтэй болгосон. Цахиур чулуунаас ч хатуу очир эрдэнэ мэт Би чиний магнайг болгосон. Тэднээс бүү ай, тэд бослогот гэр боловч тэдний харцнаас бүү мэгдэгтүн” хэмээн айлдав. Езекиел 3:1–9.</w:t>
      </w:r>
    </w:p>
    <w:p>
      <w:pPr>
        <w:pStyle w:val="ArticleBody"/>
        <w:jc w:val="left"/>
      </w:pPr>
      <w:r>
        <w:rPr>
          <w:rFonts w:ascii="Times New Roman" w:hAnsi="Times New Roman" w:eastAsia="Times New Roman" w:cs="Times New Roman"/>
        </w:rPr>
        <w:t>Библи дэх харь үндэстэн гэдэг нь харийн хүн бөгөөд харийн хүн харь хэлээр ярьдаг. Езекиел орчин үеийн Израилийн гэрт илгээгдсэн бөгөөд лацдах цаг үед тэр нь өнгөрөгдөж буй Лаодикийн Долоо дахь өдрийн Адвентист сүм юм. Нэг зуун дөчин дөрвөн мянгын лацдах цаг үеийн мэдээ нь Бурханы сүмд зориулагдсан бөгөөд тэр нь эхлээд шүүгдэж, дараа нь тун удахгүй гарах Ням гаргийн хуулийн үед Илчлэл номын арван наймдугаар бүлгийн хоёр дахь дуу хоолой Бурханы харь үндэстний сүргийг Вавилоноос дуудан гаргадаг. Исаиа зургаадугаар бүлэгт Лаодикийн мэдээтэйгээр тэрсэлдэгч гэрт илгээгдэх дуудлагыг хүлээн авдаг хүмүүсийг төлөөлөхдөө, хараад ч ухаардаггүй, сонсоод ч ойлгодоггүй ард түмэнтэй учрахыг нь урьдчилан анхааруулсан байдаг. Исаиа яг тэр шинжийг тэмдэглэн үлдээсэн бөгөөд Христийн түүхэнд өнгөрөгдөж байсан өө сэв эрэгч иудейчүүдэд Есүс Исаиа зургаадугаар бүлгээс эш татан яг тэр шинжийг оноон хэлсэн билээ.</w:t>
      </w:r>
    </w:p>
    <w:p>
      <w:pPr>
        <w:pStyle w:val="ArticleBody"/>
        <w:jc w:val="left"/>
      </w:pPr>
      <w:r>
        <w:rPr>
          <w:rFonts w:ascii="Times New Roman" w:hAnsi="Times New Roman" w:eastAsia="Times New Roman" w:cs="Times New Roman"/>
        </w:rPr>
        <w:t>Езекиел арван хоёрдугаар бүлэгт мөн яг адилхан нэр томьёог хэрэглэснээрээ, арван хоёрдугаар бүлгийг нэг зуун дөчин дөрвөн мянгатын лацдах цаг үед онцлон байрлуулж байна.</w:t>
      </w:r>
    </w:p>
    <w:p>
      <w:pPr>
        <w:pStyle w:val="ArticleScripture"/>
        <w:jc w:val="left"/>
      </w:pPr>
      <w:r>
        <w:rPr>
          <w:rFonts w:ascii="Times New Roman" w:hAnsi="Times New Roman" w:eastAsia="Times New Roman" w:cs="Times New Roman"/>
        </w:rPr>
        <w:t>ЭЗЭНий үг мөн надад ирж, ийн айлдав: Хүний хүү, чи харахын нүдтэй атлаа үл хардаг, сонсохын чихтэй атлаа үл сонсдог тэрслүү гэрийн дунд оршин суудаг. Учир нь тэд бол тэрслүү гэр юм. Езекиел 12:1, 2.</w:t>
      </w:r>
    </w:p>
    <w:p>
      <w:pPr>
        <w:pStyle w:val="ArticleBody"/>
        <w:jc w:val="left"/>
      </w:pPr>
      <w:r>
        <w:rPr>
          <w:rFonts w:ascii="Times New Roman" w:hAnsi="Times New Roman" w:eastAsia="Times New Roman" w:cs="Times New Roman"/>
        </w:rPr>
        <w:t>Езекиелийн арван хоёрдугаар бүлэг нь нэг зуун дөчин дөрвөн мянгын лацдах цагийг тодорхойлж байгаа бөгөөд ингэхдээ Иерусалимын ард түмнийг захирдаг, лацтай номыг уншиж чаддаггүй Ефраимын архичдын санал болгодог хуурамч хожмын борооны мэдээнд ханддаг. Тэдний хуурамч хожмын борооны мэдээ нь Бурханы Үгийн эш үзүүллэгийн үзэгдлүүдийг алс ирээдүй рүү шилжүүлэн тавихад үндэслэдэг.</w:t>
      </w:r>
    </w:p>
    <w:p>
      <w:pPr>
        <w:pStyle w:val="ArticleBody"/>
        <w:jc w:val="left"/>
      </w:pPr>
      <w:r>
        <w:rPr>
          <w:rFonts w:ascii="Times New Roman" w:hAnsi="Times New Roman" w:eastAsia="Times New Roman" w:cs="Times New Roman"/>
        </w:rPr>
        <w:t>Гуравдугаар ишлэлээс арван тавдугаар ишлэл хүртэл Езекиелд Бурханы ард түмэн Вавилоны олзлолд явж буйг дүрслэн үзүүлэхийг тушаасан байдаг. Вавилоны олзлол нь тун удахгүй ирэх Ням гаргийн хуулийг төлөөлдөг бөгөөд дараа нь арван зургаагаас хорьдугаар ишлэлүүдэд тэрээр агуу газар хөдлөлтийн цагт эхэлдэг хотуудын сүйрлийг дагалдах өлсгөлөнг тодорхойлдог; энэ нь мөн тун удахгүй ирэх Ням гаргийн хууль мөн. Тэрхүү хямралын үед хөдөө нутагт амьдрахын ашиг тусыг энд төлөөлүүлэн үзүүлсэн байдаг. Дараа нь хорин нэгдүгээр ишлэлээс хорин наймдугаар ишлэл хүртэл Миллерчүүдийн түүхэнд өнөөгийн үнэн хэмээн хүлээн зөвшөөрөгдсөн хэсэг гарч ирдэг. Уг хэсгийг ном дахь Миллерчүүдийн түүхийг дүрсэлсэн хэсэгт The Great Controversy-д үгчлэн эш татсан байдаг.</w:t>
      </w:r>
    </w:p>
    <w:p>
      <w:pPr>
        <w:pStyle w:val="ArticleScripture"/>
        <w:jc w:val="left"/>
      </w:pPr>
      <w:r>
        <w:rPr>
          <w:rFonts w:ascii="Times New Roman" w:hAnsi="Times New Roman" w:eastAsia="Times New Roman" w:cs="Times New Roman"/>
        </w:rPr>
        <w:t>ЭЗЭНий үг надад ирж, ийнхүү айлдав: Хүний хүү, Израилийн нутагт та нарын дунд байдаг, “Өдрүүд сунжирч, үзэгдэл бүр талаар өнгөрнө” хэмээх тэр зүйр үг юу вэ? Тиймээс тэдэнд хэлэгтүн, Эзэн БУРХАН ийнхүү айлдаж байна: Би энэ зүйр үгийг таслан зогсооно, тэгээд тэд Израильд цаашид үүнийг зүйр үг болгон хэрэглэхгүй. Харин тэдэнд, “Өдрүүд ойртсон бөгөөд үзэгдэл бүрийн биелэл мөн ойртсон” гэж хэлэгтүн. Учир нь Израилийн гэрийн дотор цаашид ямар ч хоосон үзэгдэл, зусардсан мэргэ төлөг байхгүй болно. Учир нь Би бол ЭЗЭН; Би айлдана, мөн Миний айлдах үг биелнэ; тэр нь цаашид хойшлогдохгүй. Учир нь, өө тэрслүү гэр ээ, Би та нарын өдрүүдэд үгийг айлдаж, түүнийг гүйцэлдүүлэх болно гэж Эзэн БУРХАН айлдаж байна. Дахин ЭЗЭНий үг надад ирж, ийнхүү айлдав: Хүний хүү, болгоогтун, Израилийн гэрийнхэн, “Түүний үзэж буй үзэгдэл нь олон өдрийн хойнох зүйл бөгөөд тэр алс хэтийн цаг үеийн тухай эш үзүүлж байна” гэж хэлж байна. Тиймээс тэдэнд хэлэгтүн, Эзэн БУРХАН ийнхүү айлдаж байна: Миний үгсийн алийг нь ч цаашид дахин хойшлуулахгүй, харин Миний айлдсан үг биелнэ гэж Эзэн БУРХАН айлдаж байна. Езекиел 12:21–28.</w:t>
      </w:r>
    </w:p>
    <w:p>
      <w:pPr>
        <w:pStyle w:val="ArticleBody"/>
        <w:jc w:val="left"/>
      </w:pPr>
      <w:r>
        <w:rPr>
          <w:rFonts w:ascii="Times New Roman" w:hAnsi="Times New Roman" w:eastAsia="Times New Roman" w:cs="Times New Roman"/>
        </w:rPr>
        <w:t>Нэг зуун дөчин дөрвөн мянгын лацлагдах цагт дэвшүүлэгддэг хуурамч хожмын борооны мэдээ нь: “өдрүүд сунжирч, үзэгдэл бүр талаар болмуй” хэмээн мэдэгддэг. Эцэст нь, Мосе, Елиа, Езекиел, Исаиа, Иохан нараар төлөөлөгдсөн тэр элч нар 2020 оны 7 сарын 18-ны талаарх өөрсдийн эш үзүүллэгт бүтэлгүйтсэн биш гэж үү? Тэр цаг үе дэх Лаодикийн Адвентистын мэдээ нь: “түүний үзэж буй үзэгдэл нь олон өдрийн хойших тухай бөгөөд тэрээр алс хожмын цаг үеийн тухай эш үзүүлж байна” гэсэн байдаг. Тэр түүхэнд зөвхөн үзэгдэл бүр биелэх төдийгүй, элч нь орчин үеийн Израилийн төөрсөн гэрт: “Эзэн БУРХАН ийнхүү айлдаж байна”, “Би” Лаодикийн Адвентизмын хуурамч “зүйр үгийг” “таслан зогсооно” гэж хэлэх ёстой. Тэдэнд: “өдрүүд ойртсон, мөн үзэгдэл бүрийн биелэл” гэж хэл. “Миний үгсээс нэг нь ч цаашид хойшлогдохгүй, харин Миний айлдсан үг биелнэ гэж Эзэн БУРХАН айлдаж байна.”</w:t>
      </w:r>
    </w:p>
    <w:p>
      <w:pPr>
        <w:pStyle w:val="ArticleBody"/>
        <w:jc w:val="left"/>
      </w:pPr>
      <w:r>
        <w:rPr>
          <w:rFonts w:ascii="Times New Roman" w:hAnsi="Times New Roman" w:eastAsia="Times New Roman" w:cs="Times New Roman"/>
        </w:rPr>
        <w:t>Лаодикейн мэдээ нь бүх үзэгдлийн үр нөлөө биелэн хэрэгжих өдрүүд ойртсоныг уг мэдээ илэрхийлэхийг шаарддаг бөгөөд тэдгээр өдрүүд нь зуун дөчин дөрвөн мянгыг тамгалах өдрүүд мөн. Энэ хэсэгт орхигдуулж болохгүй гол санаа нь, тамгалах цаг үеийг илэрхийлдэг “өдрүүдэд” Бурхан Лаодикейн Адвентизмын “хоосон үзэгдэл”, тэдний “долигнуур мэргэ төлөг”, мөн тэдний хуурамч “зүйр үг”-ийг зогсооно хэмээн шууд айлдсан явдал юм. Бурхан тэдний хуурамч хожуугийн борооны мэдээг удахгүй ирэх Ням гаргийн хуулиас өмнө зогсоодог. Учир нь Тэр үүнийг Өөрийн айлдаж буй тэр өдрүүдэд зогсоодог. Тэр удахгүй ирэх Ням гаргийн хуулийн үед туг тэмдэг болохоор сонгогдсон хүмүүсийг өргөн гаргахдаа жинхэнэ хожуугийн борооны мэдээг батлан тогтоосноор түүнийг зогсоодог. Тэр сонгогдсон хүмүүс “газар хөдлөлт”-өөс өмнө тамгалагддаг.</w:t>
      </w:r>
    </w:p>
    <w:p>
      <w:pPr>
        <w:pStyle w:val="ArticleBody"/>
        <w:jc w:val="left"/>
      </w:pPr>
      <w:r>
        <w:rPr>
          <w:rFonts w:ascii="Times New Roman" w:hAnsi="Times New Roman" w:eastAsia="Times New Roman" w:cs="Times New Roman"/>
        </w:rPr>
        <w:t>Хуурамч хожуу борооны мэдээний хоосон зүйр цэцэн үгийг Тэр зогсоодог өөр нэг арга нь бол харанхуйн хүүхдүүдэд дийлдэхийн аргагүй гэнэтийн цочрол болон ирэх атлаа, гэрлийн хүүхдүүдийн урьдаас зөгнөн тунхаглаж ирсэн тэрхүү мэдээний салшгүй хэсэг болох Бурханы санаанд оромгүй бөгөөд улам нэмэгдэн эрчимжих шүүлтүүдийн ирэлт юм. Бидний эдүгээ орж буй түүх Бурханы шүүлтүүдтэй нүүр тулахын даваан дээр байна. Тэдгээр шүүлтүүд Бурханы Үгэнд дахин дахин дүрслэгдсэн байдаг бөгөөд 2001 оны 9 дүгээр сарын 11-нд эхэлсэн лацдах үе бол Бурханы шүүлтүүдийн үзэгдлүүдийг оролцуулан бүх үзэгдэл хүрч очих ёстой газар мөн; учир нь Түүний Үг хэзээ ч тасардаггүй.</w:t>
      </w:r>
    </w:p>
    <w:p>
      <w:pPr>
        <w:pStyle w:val="ArticleBody"/>
        <w:jc w:val="left"/>
      </w:pPr>
      <w:r>
        <w:rPr>
          <w:rFonts w:ascii="Times New Roman" w:hAnsi="Times New Roman" w:eastAsia="Times New Roman" w:cs="Times New Roman"/>
        </w:rPr>
        <w:t>Өмнөх өгүүллүүдэд бид Даниел номын эхний гурван бүлэг нь Илчлэл номын арван дөрөвдүгээр бүлгийн гурван тэнгэрэлчийн мэдээг төлөөлдөг болохыг харуулсан. Хоёрдугаар бүлэг нь хоёр дахь тэнгэрэлчийн мэдээ бөгөөд иймээс лацдах үеийн хоёр дахь сорилтын дүрслэл юм. Эхний сорилт нь нэгдүгээр бүлэг байсан бөгөөд хүн тэнгэрийн хоолыг эсвэл Вавилоны хоолыг сонгох эсэхтэй холбоотой хоол хүнсний сорилт байв. Хоёрдугаар бүлэг нь хаанчлалууд болох араатнуудын дүр бүхий Небухаднезарын зүүдэнд агуулагдсан нууц үнэнээр илэрхийлэгдсэн юм.</w:t>
      </w:r>
    </w:p>
    <w:p>
      <w:pPr>
        <w:pStyle w:val="ArticleBody"/>
        <w:jc w:val="left"/>
      </w:pPr>
      <w:r>
        <w:rPr>
          <w:rFonts w:ascii="Times New Roman" w:hAnsi="Times New Roman" w:eastAsia="Times New Roman" w:cs="Times New Roman"/>
        </w:rPr>
        <w:t>Даниелын хоёрдугаар бүлэг нь нэг зуун дөчин дөрвөн мянгыг тамгалах үеийн араатны дүрсний шалгалтыг төлөөлдөг бөгөөд Небухаднезар зүүдээ санаж чадаагүй учир түүнд нуугдсан ойлголт агуулагддаг. Энэ нь нэг зуун дөчин дөрвөн мянгын түүхэнд лац нь тайлагддаг нууцлаг үнэнийг, мөн дүрсэнд дүрслэгдсэн Библийн эш үзүүллэгийн хаанчлалуудын талаархи нууцлаг үнэнийг төлөөлдөг. Энэ нь Даниел болон гурван үнэнчийн хувьд, түүнчлэн Вавилоны хоолноос иддэг байсан халдей мэргэдийн хувьд ч амь, үхлийн шалгалтыг төлөөлж байв.</w:t>
      </w:r>
    </w:p>
    <w:p>
      <w:pPr>
        <w:pStyle w:val="ArticleBody"/>
        <w:jc w:val="left"/>
      </w:pPr>
      <w:r>
        <w:rPr>
          <w:rFonts w:ascii="Times New Roman" w:hAnsi="Times New Roman" w:eastAsia="Times New Roman" w:cs="Times New Roman"/>
        </w:rPr>
        <w:t>Эллен Уайт араатны дүр төрх нь “энэрлийн хугацаа хаагдахаас өмнө” бий болно гэж үзэгдлээр үзүүлэгдсэн бөгөөд, “учир нь энэ нь Бурханы ард түмний хувьд агуу сорилт мөн бөгөөд үүгээр тэдний мөнхийн хувь заяа шийдэгдэнэ.” Небухаднезарын нууцлаг зүүд тэрхүү сорилтыг төлөөлдөг. Үзэгдэл бүхэн биеллээ хойшлуулдаггүй болсон эдгээр өдрүүдэд илчлэгдсэн тэр дүрсний нууц үнэн нь, Есүс Альфа ба Омега болохын хувьд Библийн эш үзүүллэг дэх хаанчлалуудын тухай анхны ба сүүлчийн ишлэлүүдэд найм дахь араатан долоон араатны нэг мөн гэдгийг тодорхойлсон явдал юм.</w:t>
      </w:r>
    </w:p>
    <w:p>
      <w:pPr>
        <w:pStyle w:val="ArticleBody"/>
        <w:jc w:val="left"/>
      </w:pPr>
      <w:r>
        <w:rPr>
          <w:rFonts w:ascii="Times New Roman" w:hAnsi="Times New Roman" w:eastAsia="Times New Roman" w:cs="Times New Roman"/>
        </w:rPr>
        <w:t>Илчлэлт номын арван долоодугаар бүлгийн долооноос гарсан найм дахь араатан нь дэлхийн хаан ширээнд дахин суусан папын эрх мэдэл мөн бөгөөд илчлэгдсэн илүү гүн нууц нь гэвэл, Америкийн Нэгдсэн Улс энэ үндэстэн дотор араатны дүрийг байгуулахын хэрээр мөн долооноос гарсан наймын үзэгдлийг төлөөлөх болно. 1989 онд төгсгөлийн цаг эхэлснээс хойших зургаа дахь ерөнхийлөгч, өөрөөр хэлбэл луугийн бүх хүрээг хөдөлгөсөн баян ерөнхийлөгч нь 2020 онд дэвшилтэт, woke, либерал глобалистуудын гарт улс төрийн үхлийн шарх авч, Бүгд Найрамдах намын эвэр Илчлэлт номын арван нэгдүгээр бүлгийн бурхангүй араатнаар гудамжинд алуулсан юм.</w:t>
      </w:r>
    </w:p>
    <w:p>
      <w:pPr>
        <w:pStyle w:val="ArticleBody"/>
        <w:jc w:val="left"/>
      </w:pPr>
      <w:r>
        <w:rPr>
          <w:rFonts w:ascii="Times New Roman" w:hAnsi="Times New Roman" w:eastAsia="Times New Roman" w:cs="Times New Roman"/>
        </w:rPr>
        <w:t>Үүний зэрэгцээ, гурав дахь тэнгэрэлчийн хөдөлгөөн Илчлэлт номын арван нэгдүгээр бүлгийн атеист араатны гарт 2020 оны 7-р сарын 18-нд үхлийн шарх авсан юм. Тэрхүү хөдөлгөөн нь Лаодикеагийн Долоо дахь өдрийн Адвентистуудаас бүрдэж байсан бөгөөд 2023 онд уг хөдөлгөөн гурав дахь тэнгэрэлчийн Филадельфийн хөдөлгөөн болгон босгогдов. Хоёр эвэр хоёулаа 2020 онд алагдсан бөгөөд бэлгэдлийн гурав хагас өдрийн дараа хоёр эвэр хоёулаа босон зогсоно. Араатны улс төрийн дүр төрх бүрэлдэх нь Америкийн Нэгдсэн Улсад Сүм ба Төр нэгдэхээс бүрдэх бөгөөд эцсийн өдрүүдэд тэдний дүрийг бүтээдэг тэр араатан нь долоон дотроос гарсан найм дахь араатан юм. Дүр-араатан Америкийн Нэгдсэн Улсад бүрэлдэх үедээ Ромын найм дахь араатны яг тэр эш үзүүллэгийн шинж чанарыг эзэмшинэ.</w:t>
      </w:r>
    </w:p>
    <w:p>
      <w:pPr>
        <w:pStyle w:val="ArticleBody"/>
        <w:jc w:val="left"/>
      </w:pPr>
      <w:r>
        <w:rPr>
          <w:rFonts w:ascii="Times New Roman" w:hAnsi="Times New Roman" w:eastAsia="Times New Roman" w:cs="Times New Roman"/>
        </w:rPr>
        <w:t>Араатны дүрсийн шалгалт жинхэнэ Протестант эврэн дээр биелэгдэх үед, газрын араатны хоёр эвэрт араатны дүрс бүрэлдэхтэй холбогдох эш үзүүллэгийн үнэнүүдийг таньсан хүмүүс Христийн дүрээр мөнхөд тамгалагдах болно. Харин хоосон, долигнуур үзэгдлийг хүлээн авсан тэнэг онгон охид мөнхөд араатны дүрсийг бүрэлдүүлсэн байх болно.</w:t>
      </w:r>
    </w:p>
    <w:p>
      <w:pPr>
        <w:pStyle w:val="ArticleScripture"/>
        <w:jc w:val="left"/>
      </w:pPr>
      <w:r>
        <w:rPr>
          <w:rFonts w:ascii="Times New Roman" w:hAnsi="Times New Roman" w:eastAsia="Times New Roman" w:cs="Times New Roman"/>
        </w:rPr>
        <w:t>Газар дэлхийн захирагчдын хэргийг дээдлэн захирч байдаг Нэгэний хүчийг илчилсэн бэлгэдлүүд гайхширсан түүний мэлмийний өмнө дүрслэгдэн үзэгдэхэд эш үзүүлэгч Езекиел үүнийг л харсан юм. Нэг нэгэнтэйгээ огтлолцсон хүрднүүд дөрвөн амьд оршнолын хөдөлгөөнөөр хөдлөн байв. Энэ бүхний дээр, “хаан ширээний дүрс мэт нэгэн дүрс байлаа, үзэмж нь индранил мэт; мөн хаан ширээний дүрсийн дээр хүний хэлбэр мэт нэгэн дүрс заларч байв.” Езекиел 1:26, RSV.</w:t>
      </w:r>
    </w:p>
    <w:p>
      <w:pPr>
        <w:pStyle w:val="ArticleScripture"/>
        <w:jc w:val="left"/>
      </w:pPr>
      <w:r>
        <w:rPr>
          <w:rFonts w:ascii="Times New Roman" w:hAnsi="Times New Roman" w:eastAsia="Times New Roman" w:cs="Times New Roman"/>
        </w:rPr>
        <w:t>“Эдгээр дугуйнууд анхны харцаар эмх замбараагүй мэт санагдахуйц хэрээс хэтэрхий нийлмэл байсан боловч төгс зохицол дотор хөдөлж байв. Тэнгэрийн оршнолууд тэр дугуйнуудыг хөдөлгөж байлаа. Хүний үйл явдлын энэхүү нийлмэл өрнөл бурханлаг удирдлагын дор байдаг. Үндэстнүүдийн тэмцэл, үймээн самууны дунд ч херубуудын дээгүүр залардаг Нэгэн энэ дэлхийн хэргийг одоо ч чиглүүлсээр байна. Үндэстэн бүр, хувь хүн бүрт Бурхан Өөрийн агуу төлөвлөгөөн дотор байр суурийг оноосон байдаг. Өнөөдөр хүмүүс болон үндэстнүүд өөрсдийн сонголтоор хувь заяагаа шийдэж байгаа бөгөөд Бурхан Өөрийн зорилгуудыг биелүүлэхийн тулд бүхнийг захиран жолоодож байна.</w:t>
      </w:r>
    </w:p>
    <w:p>
      <w:pPr>
        <w:pStyle w:val="ArticleScripture"/>
        <w:jc w:val="left"/>
      </w:pPr>
      <w:r>
        <w:rPr>
          <w:rFonts w:ascii="Times New Roman" w:hAnsi="Times New Roman" w:eastAsia="Times New Roman" w:cs="Times New Roman"/>
        </w:rPr>
        <w:t>“Агуу БИ БАЙНА хэмээгч Өөрийн Үгэндээ өгсөн эш үзүүллэгүүд нь эрин үеүүдийн цуваанд бид хаана явааг бидэнд хэлж өгдөг. Эш үзүүллэг өнөөг хүртэл урьдчилан хэлсэн бүхэн түүхийн хуудсанд мөрөө үлдээсэн бөгөөд цаашид ирэх бүх зүйл өөрийн дарааллаар биелэх болно.</w:t>
      </w:r>
    </w:p>
    <w:p>
      <w:pPr>
        <w:pStyle w:val="ArticleScripture"/>
        <w:jc w:val="left"/>
      </w:pPr>
      <w:r>
        <w:rPr>
          <w:rFonts w:ascii="Times New Roman" w:hAnsi="Times New Roman" w:eastAsia="Times New Roman" w:cs="Times New Roman"/>
        </w:rPr>
        <w:t>“Үе цагийн тэмдгүүд агуу бөгөөд ёслол төгөлдөр үйл явдлуудын босгон дээр бид зогсож байгааг тунхаглаж байна. Манай дэлхийд буй бүх зүйл хөдөлгөөн бужигнаанд байна. Аврагч Өөрийн ирэлтийн өмнө тохиох үйл явдлуудын талаар эш үзүүлэн: ‘Дайн ба дайны цуу яриаг та нар сонсох болно…. Үндэстэн үндэстний эсрэг, хаант улс хаант улсын эсрэг босох бөгөөд өлсгөлөн, тахал, газар хөдлөлт янз бүрийн газарт болно’ гэж айлдсан.” Матай 24:6, 7. “Удирдагчид ба төрийн зүтгэлтнүүд агуу бөгөөд шийдвэрлэх нэгэн зүйл тохиох гэж байгааг—дэлхий асар их хямралын ирмэг дээр байгааг—ухамсарлаж байна.</w:t>
      </w:r>
    </w:p>
    <w:p>
      <w:pPr>
        <w:pStyle w:val="ArticleScripture"/>
        <w:jc w:val="left"/>
      </w:pPr>
      <w:r>
        <w:rPr>
          <w:rFonts w:ascii="Times New Roman" w:hAnsi="Times New Roman" w:eastAsia="Times New Roman" w:cs="Times New Roman"/>
        </w:rPr>
        <w:t>“Библи, зөвхөн Библи л, хэдийнээ өмнөхөн сүүдрээ тусгаж буй үйл явдлуудын, ойртон ирэх чимээ нь дэлхийг чичрүүлж, хүмүүсийн зүрхийг айдсаар мохож буй тэдгээр үйл явдлуудын талаар зөв үзэл өгдөг. ‘Харагтун, ЭЗЭН газар дэлхийг эзгүйрүүлж, сүйтгэж, гадаргыг нь эргүүлэн хөмрүүлж, оршин суугчдыг нь тараана.’ ‘Учир нь тэд хуулиудыг зөрчиж, тогтоолуудыг хүчингүй болгож, мөнхийн гэрээг эвдсэн. Тиймээс хараал газар дэлхийг залгиж, оршин суугчид нь гэмийнхээ улмаас зовно.’ Исаиа 24:1, 5, 6, RSV.”</w:t>
      </w:r>
    </w:p>
    <w:p>
      <w:pPr>
        <w:pStyle w:val="ArticleScripture"/>
        <w:jc w:val="left"/>
      </w:pPr>
      <w:r>
        <w:rPr>
          <w:rFonts w:ascii="Times New Roman" w:hAnsi="Times New Roman" w:eastAsia="Times New Roman" w:cs="Times New Roman"/>
        </w:rPr>
        <w:t>“‘Халаг! Учир нь тэр өдөр агуу бөгөөд түүнтэй адил нь үгүй; энэ нь Иаковын зовлонгийн цаг мөн; гэвч тэр түүнээс аврагдах болно.’ Иеремиа 30:7.”</w:t>
      </w:r>
    </w:p>
    <w:p>
      <w:pPr>
        <w:pStyle w:val="ArticleScripture"/>
        <w:jc w:val="left"/>
      </w:pPr>
      <w:r>
        <w:rPr>
          <w:rFonts w:ascii="Times New Roman" w:hAnsi="Times New Roman" w:eastAsia="Times New Roman" w:cs="Times New Roman"/>
        </w:rPr>
        <w:t>“Чи Эзэнийг, миний хоргодох газар болсон Нэгнийг, бүр Хамгийн Дээд Нэгнийг, өөрийн оршихуй болгосон тул чамд ямар ч гай зовлон тохиолдохгүй, мөн ямар ч тахал чиний орон байранд ойртохгүй.” Дуулал 91:9, 10.</w:t>
      </w:r>
    </w:p>
    <w:p>
      <w:pPr>
        <w:pStyle w:val="ArticleScripture"/>
        <w:jc w:val="left"/>
      </w:pPr>
      <w:r>
        <w:rPr>
          <w:rFonts w:ascii="Times New Roman" w:hAnsi="Times New Roman" w:eastAsia="Times New Roman" w:cs="Times New Roman"/>
        </w:rPr>
        <w:t>“Түүний сүм хамгийн их аюулд учрах тэр цагт Бурхан түүнийг орхихгүй. Тэр авралыг амласан. Түүний хаанчлалын зарчмууд нарыг ивээсэн энэ дэлхий дор буй бүхнээр хүндлэгдэх болно.” Historical Sketches 277–279.</w:t>
      </w:r>
    </w:p>
    <w:p>
      <w:pPr>
        <w:pStyle w:val="ArticleBody"/>
        <w:jc w:val="left"/>
      </w:pPr>
      <w:r>
        <w:rPr>
          <w:rFonts w:ascii="Times New Roman" w:hAnsi="Times New Roman" w:eastAsia="Times New Roman" w:cs="Times New Roman"/>
        </w:rPr>
        <w:t>“Хүний үйл явдлуудын ээдрээт өрнөл” гэдэг нь лацдах цаг үед Езекиелийн Хамгийн Ариун Газрын үзэгдэлд дугуйнууд дугуйтай огтлолцон байгаагаар дүрслэгдсэн зүйл мөн. Тэдгээр үйл явдлууд нь Бурханы хяналтан дор байдаг. Учир нь тэдгээр үйл явдлууд нь лацдах цаг үед эцсийн бөгөөд төгс нөлөөндөө хүрдэг Бурханы Үгийн бүх үзэгдлүүдийн биелэл юм. Дэлхий “ухаарах гэж туйлын ирмэг дээр” байгаа “асар их хямралыг” тодорхойлдог нэгэн “дуу чимээ” бий. Тэрхүү “дуу чимээ” нь “дэлхийг чичрүүлж, хүмүүсийн зүрхийг айдсаас болж мохож унахад” хүргэдэг. Дэлхийн чичиргээ ч, хүмүүсийн зүрхийг айдсаар мохож унагах явдал ч хоёулаа гурав дахь гай болох долоо дахь бөгөөд эцсийн Бүрээний дууны бэлгэдэл мөн.</w:t>
      </w:r>
    </w:p>
    <w:p>
      <w:pPr>
        <w:pStyle w:val="ArticleBody"/>
        <w:jc w:val="left"/>
      </w:pPr>
      <w:r>
        <w:rPr>
          <w:rFonts w:ascii="Times New Roman" w:hAnsi="Times New Roman" w:eastAsia="Times New Roman" w:cs="Times New Roman"/>
        </w:rPr>
        <w:t>Гурав дахь гайгийн Исламаар үндэстнүүдийг хилэгнүүлэх явдал нь төрөх өвдөлтөд байгаа эмэгтэйтэй адил бөгөөд ингэснээр өсөн нэмэгдэж, улам хурцадсаар буй хямралыг төлөөлж байна. Тэр өсөн хурцадсан хямрал 2001 оны 9 дүгээр сарын 11-нд эхэлсэн; харин 2023 оны 10 дугаар сарын 7-нд дараагийн туйлын хүчтэй төрөх өвдөлт ирсэн бөгөөд Бурханы Үг хэзээ ч алддаггүй учраас дараагийн төрөхийн өвдөлт тун удахгүй ирэх бөгөөд бүр ч илүү сүйтгэгч байх болно. Та одоо ч хотод амьдарсаар байна уу?</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“Эш үзүүлэгчийн хувьд хүрдэн доторх хүрд, тэдгээртэй холбоотой амьтай биесийн дүр төрх нь бүгд ээдрээтэй, тайлбарлашгүй мэт санагдаж байв. Гэвч хязгааргүй Мэргэн Ухааны гар хүрднүүдийн дунд харагддаг бөгөөд Түүний ажлын үр дүн нь төгс дэг журам мөн. Бурханы гараар чиглүүлэгддэг хүрд бүр бусад бүх хүрдтэй төгс зохицон ажилладаг. Хүний хэрэгсэл болсон хүмүүс хэтэрхий их эрх мэдэл эрэлхийлж, ажлыг өөрсдөө хянахыг оролдох хандлагатай байдгийг надад харуулсан. Тэд агуу Үйлдэгч Эзэн Бурханыг өөрсдийн арга барил, төлөвлөгөөнөөс хэтэрхий ихээр орхигдуулж, ажлын урагшлалын талаар бүхнийг Түүнд даатгадаггүй. Агуу БИ БАЙДАГ НЭГЭНД хамаарах зүйлсийг удирдах чадвартай гэж хэн ч нэг хором ч бүү бодог. Бурхан Өөрийн ивээлт удирдлагаар ажлыг хүний төлөөлөгчдөөр гүйцэтгүүлэх замыг бэлтгэж байна. Тиймээс хүн бүр энэ цаг үед өөрт ногдсон үүргийн байрандаа зогсож, өөрийн хувийг гүйцэтгэн, Бурхан бол түүний Сургагч гэдгийг мэдэг.”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гучин гуравдугаар хэсэг</dc:title>
  <dc:subject>Зөгнөлийн хээ хуарыг тайлах нь: 144,000-ын лацлагдах цаг үеийн талаарх ойлголтууд</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