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гучин дөрөв</w:t>
      </w:r>
    </w:p>
    <w:p>
      <w:pPr>
        <w:pStyle w:val="ArticleSubtitle"/>
        <w:jc w:val="left"/>
      </w:pPr>
      <w:r>
        <w:rPr>
          <w:rFonts w:ascii="Arial" w:hAnsi="Arial" w:eastAsia="Arial" w:cs="Arial"/>
        </w:rPr>
        <w:t>Эш үзүүллэгийн дэлгэгдэлт: 2001 оны 9 дүгээр сарын 11-нээс АНУ-д ойртон ирж буй Ням гарагийн хуулийг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2001 оны 9 дүгээр сарын 11-нээс эхлэн АНУ-д тун удахгүй гарах Ням гаргийн хуулийн хүртэлх зуун дөчин дөрвөн мянгын тамгалагдах үе нь Бурханы Үгийн аливаа үзэгдэл эцсийн өдрүүдэд биелэгдэх эш үзүүллэгийн үе мөн.</w:t>
      </w:r>
    </w:p>
    <w:p>
      <w:pPr>
        <w:pStyle w:val="ArticleScripture"/>
        <w:jc w:val="left"/>
      </w:pPr>
      <w:r>
        <w:rPr>
          <w:rFonts w:ascii="Times New Roman" w:hAnsi="Times New Roman" w:eastAsia="Times New Roman" w:cs="Times New Roman"/>
        </w:rPr>
        <w:t>Тиймээс тэдэнд өгүүлэгтүн: Эзэн БУРХАН ийнхүү айлдаж байна; Би энэ зүйр үгийг зогсооно, тэгээд Израильд тэд үүнийг цаашид зүйр үг болгон хэрэглэхгүй. Харин тэдэнд ийнхүү хэлэгтүн: Өдрүүд ойртсон бөгөөд үзэгдэл бүрийн биелэлт мөн. Езекиел 12:23.</w:t>
      </w:r>
    </w:p>
    <w:p>
      <w:pPr>
        <w:pStyle w:val="ArticleBody"/>
        <w:jc w:val="left"/>
      </w:pPr>
      <w:r>
        <w:rPr>
          <w:rFonts w:ascii="Times New Roman" w:hAnsi="Times New Roman" w:eastAsia="Times New Roman" w:cs="Times New Roman"/>
        </w:rPr>
        <w:t>Тэрхүү шугамд гурав дахь тэнгэрэлч дахин ирдэг бөгөөд ингэснээр 1844 оны 10 дугаар сарын 22-нд гурав дахь тэнгэрэлчийн ирэлтээс 1863 оны тэрслэл хүртэлх үе түүгээр дүрслэгддэг. 1863 оны тэрслэл нь эртний Израилийн Кадеш дахь анхны тэрслэлээр дүрслэгдсэн бөгөөд иймээс Улаан тэнгисийг гаталснаас Кадеш дахь анхны тэрслэл хүртэлх бүх түүхээр төлөөлөгдөнө. Кадеш дахь анхны тэрслэл нь Кадеш дахь хоёр дахь тэрслэлийг хэв шинжээрээ урьдчилан үзүүлсэн бөгөөд иймээс Аароны үхлээс Кадеш дахь хоёр дахь тэрслэл хүртэлх шугам битүүмжлэлийн шугамд давтагддаг.</w:t>
      </w:r>
    </w:p>
    <w:p>
      <w:pPr>
        <w:pStyle w:val="ArticleBody"/>
        <w:jc w:val="left"/>
      </w:pPr>
      <w:r>
        <w:rPr>
          <w:rFonts w:ascii="Times New Roman" w:hAnsi="Times New Roman" w:eastAsia="Times New Roman" w:cs="Times New Roman"/>
        </w:rPr>
        <w:t>Энэ нь Миллерчүүдийн 1840-өөс 1844 он хүртэлх түүхэнд дахин давтагддаг бөгөөд энэ нь Христийн баптисмаас эхлэн загалмай хүртэлх явдлаар дүрслэгдсэн байлаа; мөн энэ нь загалмайгаас Стефаныг чулуугаар цохиж алсан үе хүртэлх түүхийг ч төлөөлдөг байв. Зурвас дээр зурвас нэмэгдэн, эртний эш үзүүлэгч бүр өөрсдийн амьдарч байсан өдрүүдээс илүүтэйгээр энэ цаг хугацааны үеийн талаар өгүүлсэн юм.</w:t>
      </w:r>
    </w:p>
    <w:p>
      <w:pPr>
        <w:pStyle w:val="ArticleScripture"/>
        <w:jc w:val="left"/>
      </w:pPr>
      <w:r>
        <w:rPr>
          <w:rFonts w:ascii="Times New Roman" w:hAnsi="Times New Roman" w:eastAsia="Times New Roman" w:cs="Times New Roman"/>
        </w:rPr>
        <w:t>“Эртний эш үзүүлэгч бүр өөрсдийн цаг үеийнхнээсээ илүүтэйгээр бидний төлөө айлдсан тул тэдний эш үзүүллэг бидний хувьд хүчинтэй байна. ‘Эдгээр бүх зүйл тэдэнд сургамж болгон тохиолдсон бөгөөд ертөнцийн төгсгөл ирсэн бидэнд сануулга болгохоор бичигдсэн юм.’ 1 Коринт 10:11. ‘Тэд өөрсдөдөө бус, харин бидэнд үйлчилж байснаа мэдсэн; эдгээр зүйлсийг одоо тэнгэрээс илгээгдсэн Ариун Сүнсээр та нарт сайн мэдээг тунхаглагчдаар дамжуулан та нарт мэдүүлсэн бөгөөд эдгээрийг тэнгэрэлч нар ч өнгийн харж мэдэхийг хүсдэг.’ 1 Петр 1:12....”</w:t>
      </w:r>
    </w:p>
    <w:p>
      <w:pPr>
        <w:pStyle w:val="ArticleScripture"/>
        <w:jc w:val="left"/>
      </w:pPr>
      <w:r>
        <w:rPr>
          <w:rFonts w:ascii="Times New Roman" w:hAnsi="Times New Roman" w:eastAsia="Times New Roman" w:cs="Times New Roman"/>
        </w:rPr>
        <w:t>“Библи энэ эцсийн үеийнхэн зориулан өөрийн эрдэнэсээ хуримтлуулж, нэгтгэн хадгалсан юм. Хуучин Гэрээний түүхэн дэх бүх агуу үйл явдал болон сүр жавхлант, нухацтай үйл хэрэг өнгөрсөнд ч, эдүгээ ч эдгээр эцсийн өдрүүдэд сүмд дахин давтагдаж ирсэн бөгөөд давтагдсаар байна.” Selected Messages, book 3, 338, 339.</w:t>
      </w:r>
    </w:p>
    <w:p>
      <w:pPr>
        <w:pStyle w:val="ArticleBody"/>
        <w:jc w:val="left"/>
      </w:pPr>
      <w:r>
        <w:rPr>
          <w:rFonts w:ascii="Times New Roman" w:hAnsi="Times New Roman" w:eastAsia="Times New Roman" w:cs="Times New Roman"/>
        </w:rPr>
        <w:t>“Сүүлчийн үе” гэдэг нь Петрийн хэлсэн сонгогдсон үе бөгөөд энэ нь нэг зуун дөчин дөрвөн мянга мөн; тэд 2001 оны 9 дүгээр сарын 11-нээс удахгүй гарах Ням гаргийн хуулийн хүртэл сонгогдож, тэндээсээ дараа нь туг тэмдэг болгон өргөгдөнө. Бурханы Үгийн “бүх”, зарим нь бус, харин “бүх агуу үйл явдлууд ба сүр жавхлант үйлдлүүд” нь “эцсийн өдрүүд”-ийн “сүм”-ийн “сүүлчийн үе”-д “өөрсдийгөө давтан биелүүлж” байна. Тамгалалтын шугамд Библийн бүх номууд уулзан нийлж, төгсөнө.</w:t>
      </w:r>
    </w:p>
    <w:p>
      <w:pPr>
        <w:pStyle w:val="ArticleScripture"/>
        <w:jc w:val="left"/>
      </w:pPr>
      <w:r>
        <w:rPr>
          <w:rFonts w:ascii="Times New Roman" w:hAnsi="Times New Roman" w:eastAsia="Times New Roman" w:cs="Times New Roman"/>
        </w:rPr>
        <w:t>“Илчлэлт номд Библийн бүх номууд нэгэн дор уулзан төгсдөг. Энд Даниелын номын нөхөөс бүрдэл байна. Нэг нь эш үзүүллэг; нөгөө нь илчлэл юм. Лацдан битүүмжилсэн ном нь Илчлэлт бус, харин эцсийн өдрүүдтэй холбоотой Даниелын эш үзүүллэгийн тэр хэсэг юм. Тэнгэрэлч, ‘Харин чи, Даниел аа, эдгээр үгсийг хааж, номыг эцсийн цаг хүртэл лацдан битүүмжил’ хэмээн тушаасан. Даниел 12:4.” Элч нарын үйлс, 585.</w:t>
      </w:r>
    </w:p>
    <w:p>
      <w:pPr>
        <w:pStyle w:val="ArticleBody"/>
        <w:jc w:val="left"/>
      </w:pPr>
      <w:r>
        <w:rPr>
          <w:rFonts w:ascii="Times New Roman" w:hAnsi="Times New Roman" w:eastAsia="Times New Roman" w:cs="Times New Roman"/>
        </w:rPr>
        <w:t>Эцсийн өдрүүдтэй холбоотойгоор лац нь тайлагдсан “Даниелын эш үзүүллэгийн хэсэг” гэдэг нь Шинарын хоёр их мөрөн болох Улай ба Хиддекелийн дэргэд Даниелд өгөгдсөн үзэгдлүүд мөн. Тэдгээр үзэгдэл нь Даниел номын наймдугаар бүлгийн арван гурав, арван дөрөвдүгээр эшлэлүүд, мөн арван нэгдүгээр бүлгийн дөчөөс дөчин тавдугаар эшлэлүүдийг илэрхийлдэг. Нэг зуун дөчин дөрвөн мянгыг лацдах цаг үе гэдэг нь Христ тэнгэрлэг Тэргүүн Тахилчийн хувиар эцсийн үеийн сонгогдсон хүмүүсийг тэнгэрлэг ба хүнийхээс бүрдэх харилцаанд мөнхөд лацдан баталгаажуулдаг түүх юм. Даниел арван нэгийн дөчдүгээр эшлэл нь луу, араатан, хуурамч эш үзүүлэгчийн хоорондын харилцааг тодорхойлдог бөгөөд тэд хамтдаа одоо дэлхийг Армагеддон руу хөтөлж байна; энэ нь дөчдүгээр эшлэлийн түүхийн турш Библийн эш үзүүллэгийн зургаа дахь хаанчлалаар ноёрхдог газрын араатан дээрх Бүгд Найрамдах үзлийн эвэрний түүхээр төлөөлөгдөнө. Дөчдүгээр эшлэл мөн 1798 оноос эхлэн удахгүй ирэх Ням гаргийн хууль хүртэлх тэрхүү ижил түүхэнд Протестантизмын эвэрний түүхийг тодорхойлдог ухаантнууд ба мунхгуудын тусгаарлалтыг ч мөн тодорхойлдог.</w:t>
      </w:r>
    </w:p>
    <w:p>
      <w:pPr>
        <w:pStyle w:val="ArticleBody"/>
        <w:jc w:val="left"/>
      </w:pPr>
      <w:r>
        <w:rPr>
          <w:rFonts w:ascii="Times New Roman" w:hAnsi="Times New Roman" w:eastAsia="Times New Roman" w:cs="Times New Roman"/>
        </w:rPr>
        <w:t>“Библийн бүх номууд” Илчлэлт номонд “уулзан төгсдөг” бөгөөд тэдгээр нь уулзах үед Илчлэлт ном нь Даниел номыг “гүйцээж төгөлдөржүүлдэг”; харин “гүйцээж төгөлдөржүүлэх” гэдэг үг нь төгс байдалд хүргэхийг хэлдэг. Илчлэлт номонд дүрслэгдсэн нэг зуун дөчин дөрвөн мянгын тамгалагдах цаг үед, эцсийн өдрүүдэд лац нь тайлагдсан Даниелын эш үзүүллэгүүд Илчлэлт 18-р бүлэгт дүрслэгдсэн түүхийн шугам дээр, мөрийн дээр мөр нэмэх мэт нэгтгэгдэн авчиригдах үедээ төгс байдалд хүргэгддэг; уг түүхийн шугам нь 1–3-р эшлэл дэх дуу хоолойгоор эхэлж, 4-р эшлэлийн хоёр дахь дуу хоолойгоор төгсөнө.</w:t>
      </w:r>
    </w:p>
    <w:p>
      <w:pPr>
        <w:pStyle w:val="ArticleBody"/>
        <w:jc w:val="left"/>
      </w:pPr>
      <w:r>
        <w:rPr>
          <w:rFonts w:ascii="Times New Roman" w:hAnsi="Times New Roman" w:eastAsia="Times New Roman" w:cs="Times New Roman"/>
        </w:rPr>
        <w:t>Даниелын ном дахь Хиддекел мөрнөөр дүрслэгдсэн эш үзүүллэгийн үзэгдлийн төгс байдал нь ариун газрыг болон цэргийг хөл дороо гишгэлэн доромжилдог Бурханы ардын дайснуудын гадаад үзэгдлийн төгс байдлыг илэрхийлдэг. Даниелын ном дахь Улай мөрнөөр дүрслэгдсэн эш үзүүллэгийн үзэгдлийн төгс байдал нь эцсийн сонгогдсон үеийн дээр бурханлаг чанарыг хүн төрөлхтөнтэй нэгтгэх гэрээний амлалтыг гүйцэлдүүлэх үед Өөрийн ард түмний дотор үзэгдэн илрэх Христийн дотоод үзэгдлийн төгс байдлыг илэрхийлдэг.</w:t>
      </w:r>
    </w:p>
    <w:p>
      <w:pPr>
        <w:pStyle w:val="ArticleBody"/>
        <w:jc w:val="left"/>
      </w:pPr>
      <w:r>
        <w:rPr>
          <w:rFonts w:ascii="Times New Roman" w:hAnsi="Times New Roman" w:eastAsia="Times New Roman" w:cs="Times New Roman"/>
        </w:rPr>
        <w:t>Газрын араатны Бүгд Найрамдах намын эврийг төв болгон авч үздэг лацдах түүх нь 2001 онд газрын араатан Патриот хуулийг хэлснээр эхэлж, Илчлэлт арван гуравдугаар бүлэгт газрын араатан луу мэт хэлдэг хэмээн дүрслэгдсэн, 1798 оны Харь иргэд ба үймээн самууны тухай хуулиудаар төлөөлөгдсөн тэрхүү хэлэлтээр төгсөнө. 1798 оны Харь иргэд ба үймээн самууны тухай хуулиуд нь 1776 онд Тусгаар тогтнолын тунхаглалыг хэлснээр эхэлсэн нэгэн шугамын төгсгөлийг төлөөлдөг. Тэрхүү эш үзүүллэгийн түүхэн үеийн дунд үед газрын араатан 1789 онд Үндсэн хуулийг хүчин төгөлдөр болгон хэлсэн юм.</w:t>
      </w:r>
    </w:p>
    <w:p>
      <w:pPr>
        <w:pStyle w:val="ArticleBody"/>
        <w:jc w:val="left"/>
      </w:pPr>
      <w:r>
        <w:rPr>
          <w:rFonts w:ascii="Times New Roman" w:hAnsi="Times New Roman" w:eastAsia="Times New Roman" w:cs="Times New Roman"/>
        </w:rPr>
        <w:t>1776 оны айлдвар нь Эх орончийн тухай хуулийн айлдвартай нийцэж байгаа бөгөөд Гадаадынхны болон өдөөн турхирлын тухай хуулиуд нь АНУ-д тун удалгүй ирэх Ням гаргийн хуулийг төлөөлдөг. Тэрхүү түүхийн дунд 1789 онтой нийцэх өөр нэгэн айлдвар байх ёстой. Илчлэл арван наймын нэгээс гуравдугаар зүйл дэх эхний дуу хоолой нь Нью-Йорк хотын агуу барилгууд нураан унагаагдсан үед ирснээрээ тодорхой танигдсан байдаг. Дөрөвдүгээр зүйлийн хоёр дахь дуу хоолой мөн адил тун удахгүй ирэх Ням гаргийн хууль мөн болох нь илт тодорхойлогдсон байдаг. Эдгээр хоёр дуу хоолой хоёулаа тэнгэрлэг дуу хоолой юм. Учир нь тэд хоёулаа газрыг Өөрийн алдраар гэрэлтүүлэх ёстой тэнгэрэлчийн дуу хоолой бөгөөд түүнийг Уайт эгч Илчлэл арван дөрөв дэх эхний тэнгэрэлч хэмээн тодорхойлдог. Есүс бол анхны тэнгэрэлч байсан бөгөөд Тэр үргэлж аливаа зүйлийн төгсгөлийг эхлэлээр нь дүрслэн харуулдаг; тиймээс Тэр мөн гурав дахь тэнгэрэлч бөгөөд тэр нь газрыг Өөрийн алдраар гэрэлтүүлэгч тэнгэрэлч юм.</w:t>
      </w:r>
    </w:p>
    <w:p>
      <w:pPr>
        <w:pStyle w:val="ArticleBody"/>
        <w:jc w:val="left"/>
      </w:pPr>
      <w:r>
        <w:rPr>
          <w:rFonts w:ascii="Times New Roman" w:hAnsi="Times New Roman" w:eastAsia="Times New Roman" w:cs="Times New Roman"/>
        </w:rPr>
        <w:t>Эхний тэнгэрэлч мөн Илчлэлт номын аравдугаар бүлэгт дүрслэгдсэн бөгөөд 1840 оны 8-р сарын 11-нд бууж ирсэнээр, 2001 оны 9-р сарын 11-нд тэнгэрэлч бууж ирснийг ийнхүү бэлгэдэн төлөөлдөг. Уайт эгч аравдугаар бүлэгт бууж ирсэн тэнгэрэлч нь “Есүс Христээс дутуугүй нэгэн мөн чанартан” байсан хэмээн шууд хэлдэг. Илчлэлт арван наймдугаар бүлгийн эхний болон хоёр дахь дуу хоолой нь Христийн дуу хоолой мөн. Тэрхүү түүх нь газрын араатан гурвантаа дуугарсан 1776, 1789, 1798 онуудаар бэлгэдэн төлөөлөгдсөн байдаг. Илчлэлт арван наймдугаар бүлгийн хоёр дуу хоолойн хооронд дуугардаг Христийн дуу хоолой нь Түүний Илчлэлт номын арван нэгдүгээр бүлэгт айлдаж буй үе юм.</w:t>
      </w:r>
    </w:p>
    <w:p>
      <w:pPr>
        <w:pStyle w:val="ArticleScripture"/>
        <w:jc w:val="left"/>
      </w:pPr>
      <w:r>
        <w:rPr>
          <w:rFonts w:ascii="Times New Roman" w:hAnsi="Times New Roman" w:eastAsia="Times New Roman" w:cs="Times New Roman"/>
        </w:rPr>
        <w:t>Гурван өдөр хагасын дараа Бурханаас ирэх амийн Сүнс тэдэнд орж, тэд хөл дээрээ босов; тэднийг харсан хүмүүсийн дээр их айдас нөмрөв. Тэгээд тэдэнд тэнгэрээс ирэх агуу дуу: Нааш, дээш гар хэмээн хэлэхийг тэд сонсов. Тэд үүлэн дунд тэнгэр өөд өгсөн гарч, дайснууд нь тэднийг харж байлаа. Илчлэл 11:11, 12.</w:t>
      </w:r>
    </w:p>
    <w:p>
      <w:pPr>
        <w:pStyle w:val="ArticleBody"/>
        <w:jc w:val="left"/>
      </w:pPr>
      <w:r>
        <w:rPr>
          <w:rFonts w:ascii="Times New Roman" w:hAnsi="Times New Roman" w:eastAsia="Times New Roman" w:cs="Times New Roman"/>
        </w:rPr>
        <w:t>2023 оны долдугаар сард тэнгэрээс ирсэн нэгэн дуу хоолой (Христийн дуу хоолой) ёроолгүй ангалын атеист луугаар гудамжинд алагдсан байсан хоёр гэрчийг босгон гаргаж эхэлсэн. Тэр мөчөөс эхлэн Америкийн Нэгдсэн Улсын Үндсэн хуультай холбоотой асуудлууд эш үзүүллэгийн сэдэв болсон; учир нь 1798 оноор төлөөлөгдөх дараагийн дуу хоолойн үед Үндсэн хууль бүрэн түлхэн унагаагдах болно. 1776, 1789, 1798 гэсэн гурван замын тэмдэг тус бүр 2001 оны есдүгээр сарын 11, 2023 оны долдугаар сар, мөн удахгүй ирэх Ням гаргийн хууль хэмээн тэмдэглэгдсэн Бурханы гурван дуу хоолойтой нийцдэг.</w:t>
      </w:r>
    </w:p>
    <w:p>
      <w:pPr>
        <w:pStyle w:val="ArticleBody"/>
        <w:jc w:val="left"/>
      </w:pPr>
      <w:r>
        <w:rPr>
          <w:rFonts w:ascii="Times New Roman" w:hAnsi="Times New Roman" w:eastAsia="Times New Roman" w:cs="Times New Roman"/>
        </w:rPr>
        <w:t>Эдгээр гурван алхам нь гурав дахь гаслангийн гурван алхамтай нийцдэг бөгөөд тэдгээрийг 2001 оны 9 дүгээр сарын 11, 2023 оны 10 дугаар сарын 7, мөн удахгүй ирэх Ням гаргийн хууль төлөөлдөг; тэр үед долоо дахь бүрээ, өөрөөр хэлбэл гурав дахь Гаслан, “их газар хөдлөлтийн” цагт гэнэт ирнэ. 2023 онд газрын араатны хоёр эвэр хоёулынх нь шилжилт эхэлсэн бөгөөд үүнийг Небухаднезарын нууц дүрсний зүүдээр төлөөлүүлсэн. Хоёрдугаар бүлэг дэх Небухаднезарын зүүд нь зөвхөн Бурхан илчилж чадах нууц байсан бөгөөд Тэр үүнийг Даниелын нэгдүгээр бүлэгт дүрслэгдсэн эхний шалгалтыг давсан хүмүүст илчилсэн юм.</w:t>
      </w:r>
    </w:p>
    <w:p>
      <w:pPr>
        <w:pStyle w:val="ArticleBody"/>
        <w:jc w:val="left"/>
      </w:pPr>
      <w:r>
        <w:rPr>
          <w:rFonts w:ascii="Times New Roman" w:hAnsi="Times New Roman" w:eastAsia="Times New Roman" w:cs="Times New Roman"/>
        </w:rPr>
        <w:t>Нэгдүгээр бүлэгт эхний шалгалтыг давсан Даниел болон гурван итгэлт нөхөд нь тэнгэрлэг хоолыг идэхийг сонгож, Вавилоны хоолны дэглэмийг няцаасан хүмүүс байв. Тэд бол Илчлэлт номын аравдугаар бүлэгт Иоханы дүрсэлсэн, тэнгэрэлчийн гараас бяцхан номыг авдаг хүмүүс мөн бөгөөд тэр тэнгэрэлч нь Есүс Христээс өөр хэн ч биш билээ; тэд түүнд агуулагдсан мэдээг иддэг. Тэд бол Иоханы зургаадугаар бүлэгт гардаг, нөгөө ангиллынхны няцаасан тэнгэрлэг маннагийн махыг идэж, цусыг уухыг сонгосон хүмүүс мөн; харин тэр нөгөө ангилал нь Христээс нүүр буруулж, ЗУРГААДУГААР бүлгийн ЖАРАН ЗУРГААДУГААР зүйлд өгүүлснээр Түүнтэй дахин хэзээ ч хамт яваагүй билээ.</w:t>
      </w:r>
    </w:p>
    <w:p>
      <w:pPr>
        <w:pStyle w:val="ArticleBody"/>
        <w:jc w:val="left"/>
      </w:pPr>
      <w:r>
        <w:rPr>
          <w:rFonts w:ascii="Times New Roman" w:hAnsi="Times New Roman" w:eastAsia="Times New Roman" w:cs="Times New Roman"/>
        </w:rPr>
        <w:t>Тэр мөрөнд Христ Галилд сургаж байсан бөгөөд энэ нь “нугас” эсвэл “эргэлтийн цэг” гэсэн утгатай. Тэнд Тэр Өөрийн шавь нар идэх ёстой тэнгэрийн маннагийн мэдээг танилцуулсан нь Илчлэл номын аравдугаар бүлэгт Иохан идсэнтэй адил, мөн Езекиел гуравдугаар бүлэгт идсэнтэй, Иеремиа арван тавдугаар бүлэгт идсэнтэй адил байв. Илчлэл номын аравдугаар бүлэгт Иохан жижиг номыг идэх үедээр дүрслэгдсэн түүх нь 1840-өөс 1844 он хүртэлх Миллерчүүдийн түүхийг төлөөлж байсан боловч, Миллерчүүдийн түүхээс илүүтэйгээр энэ нь нэг зуун дөчин дөрвөн мянгын тамгалагдах үеийг илүү шууд төлөөлж байсан юм. Жижиг номыг ид гэж Иоханд хэлэхдээ түүнд өгсөн заавруудаас энэ нь тухайн бүлэгт илэрхий харагддаг.</w:t>
      </w:r>
    </w:p>
    <w:p>
      <w:pPr>
        <w:pStyle w:val="ArticleScripture"/>
        <w:jc w:val="left"/>
      </w:pPr>
      <w:r>
        <w:rPr>
          <w:rFonts w:ascii="Times New Roman" w:hAnsi="Times New Roman" w:eastAsia="Times New Roman" w:cs="Times New Roman"/>
        </w:rPr>
        <w:t>Тэгээд би тэнгэрэлч уруу очиж, түүнд: «Надад тэр бяцхан номыг өгөөч» гэв. Тэр надад: «Үүнийг авч, бүрэн ид; энэ нь хэвлийг чинь гашуун болгох боловч аманд чинь зөгийн бал мэт амттай байх болно» гэв. Илчлэл 10:9.</w:t>
      </w:r>
    </w:p>
    <w:p>
      <w:pPr>
        <w:pStyle w:val="ArticleBody"/>
        <w:jc w:val="left"/>
      </w:pPr>
      <w:r>
        <w:rPr>
          <w:rFonts w:ascii="Times New Roman" w:hAnsi="Times New Roman" w:eastAsia="Times New Roman" w:cs="Times New Roman"/>
        </w:rPr>
        <w:t>Энэ эшлэлд Иоханд жижиг номыг авч идэхээс нь өмнө, өөрийн идсэн тэр мэдээ ямар туршлагыг төрүүлэхийг урьдчилан хэлсэн байв. Миллерийн хөдөлгөөнийхөн өөрсдийн эш үзүүллэгийн түүхэн шугам дахь Иоханы бэлгэдлийг түүхэн байдлаар биелүүлж байх үедээ тэр гашуун-амтлаг туршлагуудыг урьдчилан ойлгоогүй байв. Харин нэг зуун дөчин дөрвөн мянгад урьдчилан хэлэгдсэн бөгөөд тэд үүнийг мэдэх үүрэгтэй. Иохан эхний тэнгэрэлчийн хөдөлгөөний түүхийг ч бай, эсвэл гурав дахь тэнгэрэлчийн түүхийг ч дүрслэх үед, тэрхүү мэдээ мөргөгчдийн хоёр ангийг бий болгодог бөгөөд дараа нь гашуун урам хугаралтайгаар төгсдөг. Иеремиа жижиг номыг идсэнийхээ дараа “дооглогчдын чуулганд” нийлэхээс татгалзсан юм.</w:t>
      </w:r>
    </w:p>
    <w:p>
      <w:pPr>
        <w:pStyle w:val="ArticleScripture"/>
        <w:jc w:val="left"/>
      </w:pPr>
      <w:r>
        <w:rPr>
          <w:rFonts w:ascii="Times New Roman" w:hAnsi="Times New Roman" w:eastAsia="Times New Roman" w:cs="Times New Roman"/>
        </w:rPr>
        <w:t>Би элэг дооглогчдын цуглаанд суугаагүй, мөн баясаагүй; Таны мутрын учир би ганцаараа суусан. Учир нь Та намайг хилэнцээр дүүргэсэн билээ. Иеремиа 15:17.</w:t>
      </w:r>
    </w:p>
    <w:p>
      <w:pPr>
        <w:pStyle w:val="ArticleBody"/>
        <w:jc w:val="left"/>
      </w:pPr>
      <w:r>
        <w:rPr>
          <w:rFonts w:ascii="Times New Roman" w:hAnsi="Times New Roman" w:eastAsia="Times New Roman" w:cs="Times New Roman"/>
        </w:rPr>
        <w:t>Езекиел жижиг номыг идэхэд, түүнийг сонсохгүй Израилийн гэрийн тэрслүү хүмүүст энэ мэдээг хүргэхийг түүнд тушаасан.</w:t>
      </w:r>
    </w:p>
    <w:p>
      <w:pPr>
        <w:pStyle w:val="ArticleScripture"/>
        <w:jc w:val="left"/>
      </w:pPr>
      <w:r>
        <w:rPr>
          <w:rFonts w:ascii="Times New Roman" w:hAnsi="Times New Roman" w:eastAsia="Times New Roman" w:cs="Times New Roman"/>
        </w:rPr>
        <w:t>Түүнчлэн Тэр надад хандан, Хүний хүү, олсноо ид; энэ хуйлмалыг идээд, Израилийн гэрт очиж айлдан хэл гэв. ... Харин Израилийн гэр чамайг сонсохгүй; учир нь тэд Намайг сонсохгүй: Израилийн бүх гэр ичгүүргүй бөгөөд хатуу зүрхтэй юм. Езекиел 3:1, 7.</w:t>
      </w:r>
    </w:p>
    <w:p>
      <w:pPr>
        <w:pStyle w:val="ArticleBody"/>
        <w:jc w:val="left"/>
      </w:pPr>
      <w:r>
        <w:rPr>
          <w:rFonts w:ascii="Times New Roman" w:hAnsi="Times New Roman" w:eastAsia="Times New Roman" w:cs="Times New Roman"/>
        </w:rPr>
        <w:t>Христ тэнгэрлэг талх буюу Өөрийн махан бие, Өөрийн цусыг Галил дахь Өөрийн гэрийн сүмд өргөн барихад, нүүр буруулсан тэр анги Түүнтэй дахин хэзээ ч хамт яваагүй бөгөөд энэ нь ЗУРГААДУГААР бүлэг, ЖАРАН ЗУРГААДУГААР эшлэлд тохиолдсон явдал мөн гэдэг баримт нь тэр идэхүй нь тэнгэрэлчийн бууж ирэлтээр эхэлдэг, гурван шаттай шалгалтын үйл явцын эхнийх болохыг тодорхойлж байна. Хоёр дахь шалгалт нь хоёр анги илэрхий болдог үе юм; энэ нь хатуу зүрхтэй Израилийн гэрийн эсрэг тавигдсан Езекиелийн ялгарал ч бай, эсвэл Адвентизмын эхлэл ба төгсгөлийн аль алиных нь ухаалаг болон мунхаг охид ч бай, эсвэл дооглогчдын чуулганы эсрэг Иеремиа ч бай, эсвэл Даниелын хоёрдугаар бүлэг дэх Вавилоны мэргэдтэй эсрэгцүүлэгдсэн Даниел ба гурван үнэнчийн жишээ ч бай адил юм.</w:t>
      </w:r>
    </w:p>
    <w:p>
      <w:pPr>
        <w:pStyle w:val="ArticleBody"/>
        <w:jc w:val="left"/>
      </w:pPr>
      <w:r>
        <w:rPr>
          <w:rFonts w:ascii="Times New Roman" w:hAnsi="Times New Roman" w:eastAsia="Times New Roman" w:cs="Times New Roman"/>
        </w:rPr>
        <w:t>Иохан 6-р бүлгийн шугамд Галилд хүрч ирсэн нь 2001 оны 9-р сарын 11 юм. Махыг нь идэж, цусыг нь уух тухай мэдээ нь эцэстээ удахгүй ирэх Ням гаргийн хуулинд хүргэх түүх мөн. “Юу иднэ, тийм л болно” гэдэг нь 1-р бүлэгт Даниел болон гурван үнэнч залуугаар, мөн Иохан 6-д Христийн махыг идэж, Түүний цусыг уухаар сонгосон хүмүүсийн хувьд тэдний идсэн зүйлийн дүр төрх болсон явдлаар төлөөлөгдөнө. Тэд Христийн дүр төрх болсон бол, харин эргэж буцаад цаашид Христтэй хамт явахаа больсон нөгөө бүлэг нь араатны дүр төрхийг илэрхийлсэн. Нэг бүлэг нь Бүтээгчийн дүр төрх байсан бол, нөгөө нь бүтээлийн дүр төрх байв. Иохан 6-р бүлэг “Галил” хэмээх утгыг 2001 оны 9-р сарын 11-нд нэмэн өгдөг, учир нь энэ үгийн утга нь “нугас” тул шавь нарын хувьд эргэлтийн цэгийг тэмдэглэж байна. Тэд тэнгэрлэг хооллолт руу эргэх үү, эсвэл Вавилоны хооллолт руу эргэх үү? Эш үзүүллэгийн эргэлтийн цэгүүд дээр Христ дараагийн үеийн гэрлийг илэрхийлдэг бөгөөд энэ нь 2001 онд Тэр бууж ирэхэд газар дэлхий Түүний алдраар гэрэлтсэнээр төлөөлөгдөнө.</w:t>
      </w:r>
    </w:p>
    <w:p>
      <w:pPr>
        <w:pStyle w:val="ArticleScripture"/>
        <w:jc w:val="left"/>
      </w:pPr>
      <w:r>
        <w:rPr>
          <w:rFonts w:ascii="Times New Roman" w:hAnsi="Times New Roman" w:eastAsia="Times New Roman" w:cs="Times New Roman"/>
        </w:rPr>
        <w:t>“Өнгөрсөн түүхээс суралцах ёстой сургамжууд байдаг; эдгээрт анхаарал хандуулахыг уриалж байна, ингэснээр Бурхан урьд өмнө хэрхэн үйлдэж ирсэн тэр л шугамаар одоо ч үйлчилж байгааг бүгд ойлгох болой. Түүний гар Өөрийн ажил дотор болон үндэстнүүдийн дунд одоо ч илэрхий харагддаг бөгөөд энэ нь Еденд Адамд сайн мэдээ анх тунхаглагдсан цагаас хойш үргэлж тийм байсаар ирсэнтэй яг адил юм.</w:t>
      </w:r>
    </w:p>
    <w:p>
      <w:pPr>
        <w:pStyle w:val="ArticleScripture"/>
        <w:jc w:val="left"/>
      </w:pPr>
      <w:r>
        <w:rPr>
          <w:rFonts w:ascii="Times New Roman" w:hAnsi="Times New Roman" w:eastAsia="Times New Roman" w:cs="Times New Roman"/>
        </w:rPr>
        <w:t>“Үндэстнүүдийн болон чуулганы түүхэнд эргэлтийн цэг болдог үеүүд байдаг. Бурханы удирдлагад эдгээр олон янзын хямралын мөчүүд ирэх үед, тухайн цагт зориулсан гэрэл өгөгддөг. Хэрэв түүнийг хүлээн авбал, сүнслэг ахиц дэвшил гарна; харин түүнийг няцаавал, сүнслэг уруудал болон сүйрэл дагалдана. Эзэн Өөрийн үгээрээ сайн мэдээний довтлон урагшлах ажлыг, өнгөрсөнд хэрхэн урагшлуулан явуулж ирснийг, мөн ирээдүйд, Сатаны хүчнүүд сүүлчийн гайхамшигт хөдөлгөөнөө хийх тэр эцсийн мөргөлдөөн хүртэл хэрхэн явагдахыг нээсэн юм.” Bible Echo, August 26, 1895.</w:t>
      </w:r>
    </w:p>
    <w:p>
      <w:pPr>
        <w:pStyle w:val="ArticleBody"/>
        <w:jc w:val="left"/>
      </w:pPr>
      <w:r>
        <w:rPr>
          <w:rFonts w:ascii="Times New Roman" w:hAnsi="Times New Roman" w:eastAsia="Times New Roman" w:cs="Times New Roman"/>
        </w:rPr>
        <w:t>Бурхан өнгөрсөн түүхийн нэгэн адил шугамаар үргэлж үйлчилдэг бөгөөд Тэр хэзээ ч өөрчлөгддөггүй. “Эргэлтийн цэгүүд” (Галил) гэж байдаг бөгөөд тэдгээр нь “хямралууд” юм; тийнхүү тэрхүү “эргэлтийн цэгүүд”-ийн үед “тухайн цагийн гэрэл өгөгддөг.” Нэг зуун дөчин дөрвөн мянгыг лацдах үеийн гэрэл 2001 оны 9 дүгээр сарын 11-нд эхэлсэн хямралын үед өгөгдсөн. Хэрэв тэр гэрэл “хүлээн авагдвал, сүнслэг ахиц гардаг; харин үгүйсгэгдэвэл, сүнслэг доройтол ба сүйрэл дагалддаг.” Гэрэл нь мөргөгчдийн хоёр ангийг бий болгодог. Эргэлтийн цэгийн дараах гэрэл нь мөргөгчдийн хоёр ангийг бий болгодог мэдээг төлөөлдөг.</w:t>
      </w:r>
    </w:p>
    <w:p>
      <w:pPr>
        <w:pStyle w:val="ArticleBody"/>
        <w:jc w:val="left"/>
      </w:pPr>
      <w:r>
        <w:rPr>
          <w:rFonts w:ascii="Times New Roman" w:hAnsi="Times New Roman" w:eastAsia="Times New Roman" w:cs="Times New Roman"/>
        </w:rPr>
        <w:t>Даниелын хоёрдугаар бүлэг нь хоёр дахь сорилтыг, өөрөөр хэлбэл нэгдүгээр бүлгийн хоолны дэглэмийн сорилтын дараа ирдэг сорилтыг дүрслэн үзүүлдэг. Даниелын нэгдүгээр бүлгийн нэгдүгээр эшлэлд Иуда Небухаднезарт эзлэгдэн орсон бөгөөд тэрээр улмаар Библийн эш үзүүллийн анхны хаанчлал болсон юм. Энэ нь үндэстнүүдийн түүхэнд ч, сүмийн түүхэнд ч эргэлтийн цэг байсан; энэ нь агуу хямрал байсан бөгөөд тэр үед хоолны дэглэмийн сорилтын гэрэл өгөгдсөн юм. Даниел болон тэр гурван үнэнч хүн уг сорилтыг давсан бөгөөд дараа нь хоёрдугаар бүлэгт тэд дахин хоёр дахь сорилтыг давсан хүмүүсийг төлөөлсөн. Хоёр дахь сорилт нь ямар ч хүн, Небухаднезар өөрөө хүртэл мэдээгүй нэгэн нууцын тухай сорилт байв.</w:t>
      </w:r>
    </w:p>
    <w:p>
      <w:pPr>
        <w:pStyle w:val="ArticleBody"/>
        <w:jc w:val="left"/>
      </w:pPr>
      <w:r>
        <w:rPr>
          <w:rFonts w:ascii="Times New Roman" w:hAnsi="Times New Roman" w:eastAsia="Times New Roman" w:cs="Times New Roman"/>
        </w:rPr>
        <w:t>Шалгалтын бэлгэдэл нь Небухаднезарын зүүдний дүр байв. Энэ нь хэний ч мэдээгүй нэгэн дүрийн талаар амь нас, үхлийн шалгалт байсан. Тэрхүү дүр нь Библийн эш үзүүлгийн хаант улсуудыг тодорхойлсон бөгөөд Даниелын долоо, наймдугаар бүлгүүдэд Даниелын хоёрдугаар бүлгийн мөнөөх хаант улсууд араатнуудаар дүрслэгдсэн байдаг. Небухаднезарын шалгалт нь “араатнуудын дүр”-ийн шалгалт байсан бөгөөд энэ нь эцсийн өдрүүдэд нэг зуун дөчин дөрвөн мянгыг тамгалах үеийн туршид тохиолддог.</w:t>
      </w:r>
    </w:p>
    <w:p>
      <w:pPr>
        <w:pStyle w:val="ArticleBody"/>
        <w:jc w:val="left"/>
      </w:pPr>
      <w:r>
        <w:rPr>
          <w:rFonts w:ascii="Times New Roman" w:hAnsi="Times New Roman" w:eastAsia="Times New Roman" w:cs="Times New Roman"/>
        </w:rPr>
        <w:t>Эцсийн өдрүүдэд араатны дүр төрхийн бүрэлдэн тогтох явдал нь Даниел болон гурван үнэнчээр төлөөлөгдсөн Бурханы ард түмний хувьд агуу шалгалт мөн. Энэ нь тэд тамгалагдахаасаа өмнө давах ёстой сорилт тул, Бурханы тамгыг хүлээн авч Бурханы дүрийг тусган харуулах нэгэн ангийг, эсвэл араатны тамгыг хүлээн авч улмаар араатны дүрийг тусган харуулах өөр нэгэн ангийг бий болгодог тамгалах-шалгах мэдээ юм. Даниелын хоёрдугаар бүлэгт араатны дүр төрхийн тухай мэдээ нь амь ба үхлийн асуудал болох тэрхүү түүхэн үед хүртэл лацтай байв. Небухаднезарын дүр төрхийг Миллерчүүд зөв ойлгосон боловч, тамгалалтын түүхэнд Небухаднезарын дүртэй холбоотой нэгэн нууц үнэн лацаа тайлдаг бөгөөд энэ нь зөвхөн эргэлтийн мөч ирэхэд идэгдэх ёстой байсан мэдээг хүлээн авсан хүмүүст л илчлэгддэг.</w:t>
      </w:r>
    </w:p>
    <w:p>
      <w:pPr>
        <w:pStyle w:val="ArticleBody"/>
        <w:jc w:val="left"/>
      </w:pPr>
      <w:r>
        <w:rPr>
          <w:rFonts w:ascii="Times New Roman" w:hAnsi="Times New Roman" w:eastAsia="Times New Roman" w:cs="Times New Roman"/>
        </w:rPr>
        <w:t>Тэрхүү хоол нь Илчлэл арван наймын тэнгэрэлч бууж ирэх үед эхэлсэн хожуугийн борооны мэдээ бөгөөд, хожуугийн борооны мэдээ нь мөрөн дээр мөр, шугам дээр шугам тавих аргачлал юм. Тэр үнэнийг идэж хүлээн авахгүйгээр, араатны дүр үүсэх нууц мэдээг харах боломжгүй.</w:t>
      </w:r>
    </w:p>
    <w:p>
      <w:pPr>
        <w:pStyle w:val="ArticleBody"/>
        <w:jc w:val="left"/>
      </w:pPr>
      <w:r>
        <w:rPr>
          <w:rFonts w:ascii="Times New Roman" w:hAnsi="Times New Roman" w:eastAsia="Times New Roman" w:cs="Times New Roman"/>
        </w:rPr>
        <w:t>Эллен Уайт «араатны дүрс нь ивээлийн хугацаа хаагдахаас өмнө байгуулагдана гэдгийг тодорхойгоор үзүүлсэн» юм. Даниелын хоёрдугаар бүлэг дэх араатны дүрс байгуулагдах тухай мэдээ нь гэрэл дараа нь өгөгдөх «эргэлтийн цэг»-ийн дараах түүхэнд л харагдах дүрсийн байгуулагдлыг илэрхийлдэг. Одоо Небухаднезарын дүрсний тухай ойлгогдож буй зүйл нь, энэ дүрс Библийн эш үзүүллэгийн эхний дөрвөн хаант улсыг зүгээр нэг танин илэрхийлсэн бус, харин бүх найман хаант улсыг танин илэрхийлсэн бөгөөд тэрхүү ойлголт нь араатан-дүрсний шинэ хэлбэржилтийг бий болгодог.</w:t>
      </w:r>
    </w:p>
    <w:p>
      <w:pPr>
        <w:pStyle w:val="ArticleBody"/>
        <w:jc w:val="left"/>
      </w:pPr>
      <w:r>
        <w:rPr>
          <w:rFonts w:ascii="Times New Roman" w:hAnsi="Times New Roman" w:eastAsia="Times New Roman" w:cs="Times New Roman"/>
        </w:rPr>
        <w:t>Тэр үнэн нь найм дахь араатан долоон араатны нэг мөн болохыг тодорхойлж, мөн эхлээд араатны дүрийг байгуулж, түүнээс хойш бүх дэлхийг мөн адил үйлдэхэд албаддаг Америкийн Нэгдсэн Улс өөрийн байгуулсан тэр араатны дүрсэлсэн эш үзүүллэгийн шинжийг эзэмших болно гэдгийг цаашид тодорхойлдог. Тэр дүр нь найм дахь нь бөгөөд долооны нэг мөн гэдгийг агуулдаг бөгөөд Христийн гурван дуу хоолойн түүхэнд энэ нь 2001 оны 9 дүгээр сарын 11-ний эргэлтийн цэгийг, 2023 оны дуу хоолой хоёр гэрчийн үхсэн, хатсан ясыг хөл дээр нь дуудан босгож буйг, мөн Вавилоноос гарах дуудлагын дуу хоолойг тэмдэглэж байна.</w:t>
      </w:r>
    </w:p>
    <w:p>
      <w:pPr>
        <w:pStyle w:val="ArticleBody"/>
        <w:jc w:val="left"/>
      </w:pPr>
      <w:r>
        <w:rPr>
          <w:rFonts w:ascii="Times New Roman" w:hAnsi="Times New Roman" w:eastAsia="Times New Roman" w:cs="Times New Roman"/>
        </w:rPr>
        <w:t>2023 оны дуу хоолой бол Небухаднезарын хөрөг доторх нууцыг болон тэр хэзээ өгүүлдгийг танин тодорхойлдог дуу хоолой мөн.</w:t>
      </w:r>
    </w:p>
    <w:p>
      <w:pPr>
        <w:pStyle w:val="ArticleBody"/>
        <w:jc w:val="left"/>
      </w:pPr>
      <w:r>
        <w:rPr>
          <w:rFonts w:ascii="Times New Roman" w:hAnsi="Times New Roman" w:eastAsia="Times New Roman" w:cs="Times New Roman"/>
        </w:rPr>
        <w:t>2001 оны 9 дүгээр сарын 11 нь тэндээс эхэлж, 2020 оны 7 дугаар сарын 18-нд төгсөх хугацааг илэрхийлнэ. Арван нэгдүгээр бүлгийн хоёр дахь дуу хоолойн хугацаа нь 2020 оны 7 дугаар сарын 18-наас эхлэн, тун удахгүй гарах Ням гаргийн хуулийн үе дэх гурав дахь дуу хоолой хүртэлх хугацааг илэрхийлнэ. 2020 оны 7 дугаар сарын 18-нд эхлэх хоёр дахь хугацаа нь 2020 оны 11 дүгээр сарын 3-ны тэмдэгт үеийг, мөн хоёр гэрчийг алж, баярлан цэнгэж, бие биедээ бэлэг илгээж эхэлсэн 2021 оны 1 дүгээр сарын 6-ны тэмдэгт үеийг багтаана; мөн цөл дэх дуу хоолой долоо дахь бүрээний сэрэмжлүүлгийг дуурсгаж эхэлсэн 2023 оны 7 дугаар сарыг ч багтаана.</w:t>
      </w:r>
    </w:p>
    <w:p>
      <w:pPr>
        <w:pStyle w:val="ArticleBody"/>
        <w:jc w:val="left"/>
      </w:pPr>
      <w:r>
        <w:rPr>
          <w:rFonts w:ascii="Times New Roman" w:hAnsi="Times New Roman" w:eastAsia="Times New Roman" w:cs="Times New Roman"/>
        </w:rPr>
        <w:t>Бид энэ судлалыг дараагийн өгүүлэлд үргэлжлүүлнэ.</w:t>
      </w:r>
    </w:p>
    <w:p>
      <w:pPr>
        <w:pStyle w:val="ArticleScripture"/>
        <w:jc w:val="left"/>
      </w:pPr>
      <w:r>
        <w:rPr>
          <w:rFonts w:ascii="Times New Roman" w:hAnsi="Times New Roman" w:eastAsia="Times New Roman" w:cs="Times New Roman"/>
        </w:rPr>
        <w:t>Хебар мөрний эрэг дээр Езекиел хойд зүгээс ирж байгаа мэт үзэгдэх хуй салхийг харсан бөгөөд, энэ нь «агуу үүл, өөртөө ороогдон дүрэлзэх гал, түүнийг тойрон гялбаа байв; мөн түүний дундаас хувын өнгө мэт зүйл» ажээ. Нэг нэгнээ огтлон нийлсэн хэд хэдэн дугуйг дөрвөн амьд биет хөдөлгөж байв. Энэ бүхний дээр өндөрт «индранил чулуун дүр төрх мэт сэнтийн дүр байв; мөн сэнтийн тэрхүү дүр дээр, түүний дээр хүн мэт үзэгдэх дүр төрх байв.» «Мөн херубуудын дотор тэдний далавчны доор хүний гарын хэлбэр үзэгдэв.» Езекиел 1:4, 26; 10:8. Тэр дугуйнуудын зохион байгуулалт нь маш ээдрээтэй тул анхны харцаар эмх замбараагүй мэт санагдаж байсан ч, тэд төгс зохицол дунд хөдөлж байв. Херубуудын далавчны доорх гарын дэмжлэг, удирдлага дор байсан тэнгэрлэг оршнолууд эдгээр дугуйг хөдөлгөж байлаа; тэдний дээр, индранил сэнтийн дээр Мөнхийн Нэгэн байв; харин сэнтийг тойрон бурханлаг өршөөлийн бэлгэдэл болсон солонго байлаа.</w:t>
      </w:r>
    </w:p>
    <w:p>
      <w:pPr>
        <w:pStyle w:val="ArticleScripture"/>
        <w:jc w:val="left"/>
      </w:pPr>
      <w:r>
        <w:rPr>
          <w:rFonts w:ascii="Times New Roman" w:hAnsi="Times New Roman" w:eastAsia="Times New Roman" w:cs="Times New Roman"/>
        </w:rPr>
        <w:t>“Херубуудын далавчин доорх гарын удирдлагад дугуй мэт нарийн төвөгтэй зүйлс байсанчлан, хүний үйл явдлуудын ээдрээтэй өрнөл ч мөн тэнгэрлэг хяналтын дор байдаг. Үндэстнүүдийн тэмцэл, үймээн самууны дунд херубуудын дээр залрагч Тэрбээр газрын хэргийг одоо ч удирдсаар байна.</w:t>
      </w:r>
    </w:p>
    <w:p>
      <w:pPr>
        <w:pStyle w:val="ArticleScripture"/>
        <w:jc w:val="left"/>
      </w:pPr>
      <w:r>
        <w:rPr>
          <w:rFonts w:ascii="Times New Roman" w:hAnsi="Times New Roman" w:eastAsia="Times New Roman" w:cs="Times New Roman"/>
        </w:rPr>
        <w:t>Өөр өөрсдөдөө оногдсон цаг хугацаа, байр суурийг ээлж дараалан эзлэн байсан үндэстнүүдийн түүх—өөрсдөө утгыг нь мэдээгүй үнэнд үл ухамсарлан гэрчлэн байснаараа—бидэнд өгүүлдэг. Өнөө цагийн үндэстэн бүрд, хувь хүн бүрд Бурхан Өөрийн агуу төлөвлөгөөн дотор байр суурь оноосон билээ. Өнөөдөр хүмүүс ба үндэстнүүд алдаа үл гаргагч Нэгэний мутар дахь дүүжин утсаар хэмжигдэж байна. Бүгд өөрсдийн сонголтоор хувь заяагаа шийдэж байгаа бөгөөд Бурхан Өөрийн зорилгуудыг биелүүлэхийн төлөө бүхнийг захиран удирдаж байна.</w:t>
      </w:r>
    </w:p>
    <w:p>
      <w:pPr>
        <w:pStyle w:val="ArticleScripture"/>
        <w:jc w:val="left"/>
      </w:pPr>
      <w:r>
        <w:rPr>
          <w:rFonts w:ascii="Times New Roman" w:hAnsi="Times New Roman" w:eastAsia="Times New Roman" w:cs="Times New Roman"/>
        </w:rPr>
        <w:t>“Өнгөрсөн мөнхийнээс ирээдүйн мөнх хүртэлх эш үзүүллэгийн гинжин хэлхээнд холбоос бүрийг холбоос бүртэй нь нэгтгэн, Өөрийн үгэнд тэмдэглэн тогтоосон агуу БИ БАЙГЧ НЬ түүхээр дамжуулан өнөөдөр бид эрин үеийн цуваанд хаана байгааг, мөн ирэх цагт юуг хүлээж болохыг бидэнд өгүүлдэг. Одоогийн цаг хүртэл биелнэ гэж эш үзүүллэгт урьдчилан хэлэгдсэн бүхэн түүхийн хуудсанд мөрөө үлдээсэн бөгөөд цаашид хараахан ирээгүй байгаа бүх зүйл ч өөрийн дарааллаар биелнэ гэдэгт бид итгэлтэй байж болно.”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гучин дөрөв</dc:title>
  <dc:subject>Эш үзүүллэгийн дэлгэгдэлт: 2001 оны 9 дүгээр сарын 11-нээс АНУ-д ойртон ирж буй Ням гарагийн хуулийг хүртэл</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