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Даниелын ном — Нэг зуун гучин тавдугаар хэсэг</w:t>
      </w:r>
    </w:p>
    <w:p>
      <w:pPr>
        <w:pStyle w:val="ArticleSubtitle"/>
        <w:jc w:val="left"/>
      </w:pPr>
      <w:r>
        <w:rPr>
          <w:rFonts w:ascii="Arial" w:hAnsi="Arial" w:eastAsia="Arial" w:cs="Arial"/>
        </w:rPr>
        <w:t>1776, 1789, ба 1798 оны эш үзүүллэгийн дуу хоолой: 144,000-ыг тамгалах үйл явдлын оршил</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2024-03-14</w:t>
      </w:r>
    </w:p>
    <w:p>
      <w:pPr>
        <w:pStyle w:val="ArticleBody"/>
        <w:jc w:val="left"/>
      </w:pPr>
      <w:r>
        <w:rPr>
          <w:rFonts w:ascii="Times New Roman" w:hAnsi="Times New Roman" w:eastAsia="Times New Roman" w:cs="Times New Roman"/>
        </w:rPr>
        <w:t>1776, 1789, 1798 онуудын түүх нь нэг зуун дөчин дөрвөн мянгын тамгалагдах түүхийг дүрслэн харуулдаг. Тэдгээр огноо бүрт газрын араатан ярьсан. Газрын араатан гурвантаа ярьснаар хэвшин дүрслэгдсэн тэрхүү гурван тэмдэгт үе шат нь 2001 оны 9 дүгээр сарын 11, 2023 оны 7 дугаар сар, мөн удахгүй ирэх Ням гаргийн хуулийн үе дэх Христийн гурван дуу хоолойтой зэрэгцэн явдаг.</w:t>
      </w:r>
    </w:p>
    <w:p>
      <w:pPr>
        <w:pStyle w:val="ArticleScripture"/>
        <w:jc w:val="left"/>
      </w:pPr>
      <w:r>
        <w:rPr>
          <w:rFonts w:ascii="Times New Roman" w:hAnsi="Times New Roman" w:eastAsia="Times New Roman" w:cs="Times New Roman"/>
        </w:rPr>
        <w:t>Эзэний өдөр би Сүнсэнд байж, ар талаасаа бүрээний адил агуу дууг сонсов. Илчлэл 1:10.</w:t>
      </w:r>
    </w:p>
    <w:p>
      <w:pPr>
        <w:pStyle w:val="ArticleBody"/>
        <w:jc w:val="left"/>
      </w:pPr>
      <w:r>
        <w:rPr>
          <w:rFonts w:ascii="Times New Roman" w:hAnsi="Times New Roman" w:eastAsia="Times New Roman" w:cs="Times New Roman"/>
        </w:rPr>
        <w:t>Тэрхүү гурван дуу хоолойн тэмдэг тус бүр нь гурав дахь гай зовлонгийн улам эрчимжин “хангинах”-ыг илэрхийлдэг бөгөөд энэ нь мөн долоо дахь анхааруулах бүрээ юм; харин бүрээ бол дуу хоолой мөн.</w:t>
      </w:r>
    </w:p>
    <w:p>
      <w:pPr>
        <w:pStyle w:val="ArticleScripture"/>
        <w:jc w:val="left"/>
      </w:pPr>
      <w:r>
        <w:rPr>
          <w:rFonts w:ascii="Times New Roman" w:hAnsi="Times New Roman" w:eastAsia="Times New Roman" w:cs="Times New Roman"/>
        </w:rPr>
        <w:t>Чангаар хашхир, бүү хайрла; бүрээн дуу мэт дуу хоолойгоо өргөж, Миний ард түмэнд тэдний гэм нүглийг, Иаковын гэрт тэдний нүглийг илчил. Исаиа 58:1.</w:t>
      </w:r>
    </w:p>
    <w:p>
      <w:pPr>
        <w:pStyle w:val="ArticleBody"/>
        <w:jc w:val="left"/>
      </w:pPr>
      <w:r>
        <w:rPr>
          <w:rFonts w:ascii="Times New Roman" w:hAnsi="Times New Roman" w:eastAsia="Times New Roman" w:cs="Times New Roman"/>
        </w:rPr>
        <w:t>2001 оны 9 дүгээр сарын 11-нд Протестант эвэрт хандсан дуу хоолой нь Лаодикийн Адвентизмыг Иеремиагийн эртний жимүүд уруу эргэн дуудаж буй манаачдын дуу хоолой байсан боловч дооглогчдын чуулган түүгээр явахаас татгалзав.</w:t>
      </w:r>
    </w:p>
    <w:p>
      <w:pPr>
        <w:pStyle w:val="ArticleScripture"/>
        <w:jc w:val="left"/>
      </w:pPr>
      <w:r>
        <w:rPr>
          <w:rFonts w:ascii="Times New Roman" w:hAnsi="Times New Roman" w:eastAsia="Times New Roman" w:cs="Times New Roman"/>
        </w:rPr>
        <w:t>Их Эзэн ийнхүү айлдаж байна: Замуудын дунд зогсож, хар; эртний жимүүдийг асуу, сайн зам хаана байгааг мэд, түүгээр яв; тэгвэл та нар сүнснүүддээ амралтыг олох болно. Гэвч тэд, Бид түүгээр явахгүй, гэж хэлэв. Мөн Би та нарын дээр харуулуудыг томилж, Бүрээн дууг сонсогтун, гэж айлдав. Гэвч тэд, Бид сонсохгүй, гэж хэлэв. Иеремиа 6:16, 17.</w:t>
      </w:r>
    </w:p>
    <w:p>
      <w:pPr>
        <w:pStyle w:val="ArticleBody"/>
        <w:jc w:val="left"/>
      </w:pPr>
      <w:r>
        <w:rPr>
          <w:rFonts w:ascii="Times New Roman" w:hAnsi="Times New Roman" w:eastAsia="Times New Roman" w:cs="Times New Roman"/>
        </w:rPr>
        <w:t>2023 оны 7 дугаар сарын дуу хоолой нь 2020 оны 7 дугаар сарын 18-ны анхны урам хугаралтаас хойш нам гүм байсан Future for America-гийн үйлчлэлийн амилалт байв. Иоханы удахгүй ирэх Мессиаг зарлан тунхагласантай адил, мөн Юстиниан удахгүй ирэх антихристийг зарлан тунхагласантай адил, Future for America Америкийн ирээдүй удахгүй ирэх Ням гаргийн хуулиар, мөн тэр замын тэмдэг дээр долоо дахь бүрээ дуугарснаар үүрд өөрчлөгдөх гэж байгааг тодорхойлон заасан. Цөлд хашхирагч нэгний дуу хоолой нь 2023 оны 7 дугаар сарын дуу хоолой байв.</w:t>
      </w:r>
    </w:p>
    <w:p>
      <w:pPr>
        <w:pStyle w:val="ArticleBody"/>
        <w:jc w:val="left"/>
      </w:pPr>
      <w:r>
        <w:rPr>
          <w:rFonts w:ascii="Times New Roman" w:hAnsi="Times New Roman" w:eastAsia="Times New Roman" w:cs="Times New Roman"/>
        </w:rPr>
        <w:t>Илчлэлт номын арван наймдугаар бүлгийн хоёр дахь дуу хоолой нь удахгүй ирэх Ням гаргийн хууль тогтоогдох үед, газрын араатан луугийн адил ярих тэр мөчид эгшиглэнэ. Чухам тэр үед “илжиг” гурав дахь удаагаа цохигдох бөгөөд тэгээд “илжиг” ярих болно. Илжиг 2001 оны есдүгээр сарын 11-ний дараа, 2023 оны аравдугаар сарын 7-ны дараа цохигдсон бөгөөд дараа нь удахгүй ирэх Ням гаргийн хуулийн үед дахин цохигдож, тэндээ ярих болно. Балаамын гэрчлэлд түүнийг тэнгэрэлч замаас нь хазайлгасан бөгөөд тэр тэнгэрэлч нь Исламын дөрвөн салхийг тогтоон барих тушаал авсан дөрвөн тэнгэрэлчийг төлөөлдөг; харин Ням гаргийн хуулийн үед Исламын илжиг долоо дахь бүрээний дуугаар, өөрөөр хэлбэл гурав дахь гаслангийн дуугаар ярьдаг.</w:t>
      </w:r>
    </w:p>
    <w:p>
      <w:pPr>
        <w:pStyle w:val="ArticleBody"/>
        <w:jc w:val="left"/>
      </w:pPr>
      <w:r>
        <w:rPr>
          <w:rFonts w:ascii="Times New Roman" w:hAnsi="Times New Roman" w:eastAsia="Times New Roman" w:cs="Times New Roman"/>
        </w:rPr>
        <w:t>Исламын үзэгдэл, 2020 оны 7-р сарын 18-наас хойш саатсаар ирсэн тэрхүү үзэгдэл, тэнд л өгүүлдэг; учир нь тэр үед энэ нь цаашид саатахгүй болно. Нэг зуун дөчин дөрвөн мянгыг тамгалах хугацаанд олон дуу хоолой байдаг бөгөөд тэр хугацаа удалгүй ирэх Ням гаргийн хуулиар эхлэх Бурханы гүйцэтгэх шүүлтээс өмнө оршдог. Бурханы гүйцэтгэх шүүлт нь долоон аягатай долоон тэнгэрэлчээр дүрслэгдсэн байдаг. Тэр хугацаа Ариун Сүнс асгарахаар эхэлдэг бөгөөд энэ нь Ариун Сүнс асгарч, галт хэлнүүд уг үйл явдалд гэрчилсэн Пентэкостын давталтыг илэрхийлдэг. Тэр цаг мөчид болох асгаралт нь цаашид хэмжигдсэн байхаа больдог, учир нь Ариун Сүнс тэр үед хэмжээлшгүйгээр асгардаг.</w:t>
      </w:r>
    </w:p>
    <w:p>
      <w:pPr>
        <w:pStyle w:val="ArticleScripture"/>
        <w:jc w:val="left"/>
      </w:pPr>
      <w:r>
        <w:rPr>
          <w:rFonts w:ascii="Times New Roman" w:hAnsi="Times New Roman" w:eastAsia="Times New Roman" w:cs="Times New Roman"/>
        </w:rPr>
        <w:t>“Гурав дахь тэнгэрэлчийн мэдээний тунхаглалд нэгддэг тэнгэрэлч өөрийн сүр жавхаагаар бүх дэлхийг гэрэлтүүлэх ёстой. Энд дэлхий дахины цар хүрээтэй, урьд хожид үзэгдээгүй хүч чадал бүхий ажлыг зөгнөн өгүүлжээ. 1840–44 оны адвентийн хөдөлгөөн нь Бурханы хүчний сүр жавхлант илрэл байсан; эхний тэнгэрэлчийн мэдээ дэлхийн бүх номлолын өртөөнд хүргэгдсэн бөгөөд зарим улс оронд арван зургаадугаар зууны Шинэчлэлийн үеэс хойш аль ч нутагт үзэгдэж байгаагүй хэмжээнд шашны хамгийн хүчтэй сонирхол өрнөсөн юм; гэвч эдгээр нь гурав дахь тэнгэрэлчийн сүүлчийн анхааруулгын дор өрнөх хүчирхэг хөдөлгөөнөөр даван гарагдах болно.</w:t>
      </w:r>
    </w:p>
    <w:p>
      <w:pPr>
        <w:pStyle w:val="ArticleScripture"/>
        <w:jc w:val="left"/>
      </w:pPr>
      <w:r>
        <w:rPr>
          <w:rFonts w:ascii="Times New Roman" w:hAnsi="Times New Roman" w:eastAsia="Times New Roman" w:cs="Times New Roman"/>
        </w:rPr>
        <w:t>“Энэ ажил нь Пентекостын өдрийнхтэй адил байх болно. Сайн мэдээний эхлэл дээр Ариун Сүнс асгарснаар өгөгдсөн ‘эртний бороо’ нь үнэт үрийг соёолуулсанчлан, мөн түүнчлэн ‘хожуугийн бороо’ нь төгсгөлд нь ургацыг боловсруулан гүйцээхийн тулд өгөгдөх болно.” Агуу тэмцэл, 611.</w:t>
      </w:r>
    </w:p>
    <w:p>
      <w:pPr>
        <w:pStyle w:val="ArticleBody"/>
        <w:jc w:val="left"/>
      </w:pPr>
      <w:r>
        <w:rPr>
          <w:rFonts w:ascii="Times New Roman" w:hAnsi="Times New Roman" w:eastAsia="Times New Roman" w:cs="Times New Roman"/>
        </w:rPr>
        <w:t>2001 оны 9 дүгээр сарын 11-нд нэг зуун дөчин дөрвөн мянгыг тамгалах үйл хэрэг эхэлж, Ариун Сүнс хэмжээтэйгээр асгаруулагдсан. Тэрхүү асгаралтын хэмжилт нь Пентекостын түүхэнд, Христийн амилалтаас эхлэн, дүрслэгдсэн бөгөөд тэнд нэгэн тэнгэрэлч өгүүлж, “Бурханы Хүү, гараад ир; Эцэг чамайг дуудаж байна” хэмээсэн нь, яг л Есүс Лазарыг булшнаас “Лазар, гараад ир” хэмээх үгээр дуудан гаргасантай адил юм. 2023 онд Христ хоёр гэрчийн үхсэн, хатсан ясыг “гараад ир” хэмээн дуудсан.</w:t>
      </w:r>
    </w:p>
    <w:p>
      <w:pPr>
        <w:pStyle w:val="ArticleBody"/>
        <w:jc w:val="left"/>
      </w:pPr>
      <w:r>
        <w:rPr>
          <w:rFonts w:ascii="Times New Roman" w:hAnsi="Times New Roman" w:eastAsia="Times New Roman" w:cs="Times New Roman"/>
        </w:rPr>
        <w:t>Христ амилсныхаа дараа эхлээд Өөрийн Эцэгт өргөгдөн очсон бөгөөд дараа нь 2001 оны 9-р сарын 11-нд үйлдсэнчлэн доош бууж ирсэн. Үүний дараа Тэрээр Маритай уулзсан нь, Эммаус руу явах замд тааралдсан шавь нартайгаа уулзан тэдэнд сургаал өгсөн нь, улмаар бусад шавь нартаа үзэгдсэн нь бэлгэддэг шиг, шавь нараа аажмаар улам гэгээрүүлсэн. Эцсийн өргөгдлөөсөө өмнө Тэрээр дөчин өдрийн турш шавь нарт сургаж, түүний дараа дахин арван хоног өнгөрөхөд тэд бүгдээрээ нэгэн санаа зорилготойгоор нэг дор цугласан байхад Ариун Сүнс хэмжээлшгүйгээр асгарсан юм.</w:t>
      </w:r>
    </w:p>
    <w:p>
      <w:pPr>
        <w:pStyle w:val="ArticleScripture"/>
        <w:jc w:val="left"/>
      </w:pPr>
      <w:r>
        <w:rPr>
          <w:rFonts w:ascii="Times New Roman" w:hAnsi="Times New Roman" w:eastAsia="Times New Roman" w:cs="Times New Roman"/>
        </w:rPr>
        <w:t>“Есүс шавь нартайгаа уулзахдаа, Өөрийн үхлээс өмнө тэдэнд хэлсэн үгсээ тэдэнд сануулсан нь, Мосегийн хуульд, эш үзүүлэгчдийн номд, мөн Түүний тухай Дууллуудад бичигдсэн бүхэн заавал биелэгдэх ёстой гэсэн үгс байв. ‘Тэгээд Тэр тэдэнд Судруудыг ойлгох оюуныг нь нээж, тэдэнд айлдсан нь: Ийнхүү бичигдсэн байдаг, мөн Христ зовж шаналах, гурав дахь өдөр үхэгсдээс амилан босох нь зохистой байсан; мөн нүглүүдийн гэмшил ба уучлалыг Түүний нэрээр бүх үндэстнүүдийн дунд, Иерусалимаас эхлэн тунхаглах ёстой. Харин та нар эдгээрийн гэрч нар мөн.’” The Desire of Ages, 804.</w:t>
      </w:r>
    </w:p>
    <w:p>
      <w:pPr>
        <w:pStyle w:val="ArticleBody"/>
        <w:jc w:val="left"/>
      </w:pPr>
      <w:r>
        <w:rPr>
          <w:rFonts w:ascii="Times New Roman" w:hAnsi="Times New Roman" w:eastAsia="Times New Roman" w:cs="Times New Roman"/>
        </w:rPr>
        <w:t>2023 оны долоодугаар сард Есүсийн дуу хоолой үхсэн хоёр гэрчийг сэрээж, Мосегийн хуульд (“долоон цаг үе”), эш үзүүлэгчдэд (Небухаднезарын араатнуудын дүрслэл), болон Дууллуудад (Мосе ба Хурганы туршлага) бичигдсэн бүхний талаар Өөрийн шавь нарын ойлголтыг нээж эхлэв. Түүний сурган заах ажил амилалтынх нь үеэс эхэлж, дараагийн дөчин хоногийн турш улам эрчимжив. Энэ нь Түүний идэхийг хүссэн хүсэлтээр эхэлсэн юм.</w:t>
      </w:r>
    </w:p>
    <w:p>
      <w:pPr>
        <w:pStyle w:val="ArticleScripture"/>
        <w:jc w:val="left"/>
      </w:pPr>
      <w:r>
        <w:rPr>
          <w:rFonts w:ascii="Times New Roman" w:hAnsi="Times New Roman" w:eastAsia="Times New Roman" w:cs="Times New Roman"/>
        </w:rPr>
        <w:t>Тэд баярласандаа одоохондоо итгэж ядан, гайхан зогсож байх үед Тэр тэдэнд, “Энд та нарт идэх юм байна уу?” гэж айлдав. Тэд Түүнд шарсан загасны нэг хэсэг болон зөгийн балтай сархинаг өгчээ. Тэр түүнийг авч, тэдний өмнө идэв. Тэгээд Тэр тэдэнд айлдахдаа, “Би та нартай хамт байхдаа та нарт хэлсэн үгс минь энэ мөн: Миний тухай Мосегийн хуульд, эш үзүүлэгчдийн бичээсүүдэд, мөн Дууллуудад бичигдсэн бүхэн заавал биелэгдэх ёстой” гэв. Лук 24:41–44.</w:t>
      </w:r>
    </w:p>
    <w:p>
      <w:pPr>
        <w:pStyle w:val="ArticleBody"/>
        <w:jc w:val="left"/>
      </w:pPr>
      <w:r>
        <w:rPr>
          <w:rFonts w:ascii="Times New Roman" w:hAnsi="Times New Roman" w:eastAsia="Times New Roman" w:cs="Times New Roman"/>
        </w:rPr>
        <w:t>Залбирал нь үргэлжилж буй түүхэн замнал дахь гол тэмдэгтийн нэг байсан бөгөөд Христийн амиллаас эхлэн Тэр дөчин хоногийн дараа тэнгэрт хальж одох хүртэлх түүхэнд Пентекост хүртэл арван хоног үлдсэн юм (арав гэдэг нь сорилтыг илэрхийлнэ). Тэр үед Ариун Сүнс хэмжээлшгүйгээр асгаруулагдах байв. Түүний амилалт, тэнгэрт хальсан нь, дараа нь дахин бууж ирсэн нь 2001 оны 9 дүгээр сарын 11-нийг төлөөлдөг. 2023 оны 7 дугаар сар нь дөчин хоногийн төгсгөлийг төлөөлөх бөгөөд 2023 оны 7 дугаар сарын дараах арван хоног нь удахгүй ирэх Ням гарагийн хуулийг авчирна. Тэр эцсийн арван хоногийн хугацаанд эв нэгдэл ба залбирал нь тэмдэгт болно. Эв нэгдлийг Езекиелийн гучин долдугаар бүлэг дэх анхны эш үзүүллэг төлөөлсөн бөгөөд тэр нь яс, шөрмөс, махыг нийлүүлэн нэгтгэсэн. Езекиелийн хоёр дахь эш үзүүллэг нь дөрвөн салхины амьсгал байсан бөгөөд амьсгал нь залбирлын бэлгэдэл юм. Тэр эцсийн арван хоногт нэг зуун дөчин дөрвөн мянга нь Лазарын дүрслэлээр урьдчилан төлөөлөгдсөнчлөн тамгалагдана.</w:t>
      </w:r>
    </w:p>
    <w:p>
      <w:pPr>
        <w:pStyle w:val="ArticleScripture"/>
        <w:jc w:val="left"/>
      </w:pPr>
      <w:r>
        <w:rPr>
          <w:rFonts w:ascii="Times New Roman" w:hAnsi="Times New Roman" w:eastAsia="Times New Roman" w:cs="Times New Roman"/>
        </w:rPr>
        <w:t>“Тэрээр Бетани уруу очихоо саатуулсан шалтгаан нь энэ байв. Лазарыг амилуулсан энэхүү оргил гайхамшиг нь Түүний үйл хэрэг дээр болон Өөрийн тэнгэрлэг чанарын тухай Түүний нэхэмжлэл дээр Бурханы тамгыг дарж батлах ёстой байсан юм.” The Desire of Ages, 529.</w:t>
      </w:r>
    </w:p>
    <w:p>
      <w:pPr>
        <w:pStyle w:val="ArticleBody"/>
        <w:jc w:val="left"/>
      </w:pPr>
      <w:r>
        <w:rPr>
          <w:rFonts w:ascii="Times New Roman" w:hAnsi="Times New Roman" w:eastAsia="Times New Roman" w:cs="Times New Roman"/>
        </w:rPr>
        <w:t>Энэхүү титэмлэх гайхамшгийн үеэр зөвхөн ухаалаг онгон бүсгүйчүүд тамгалагддаг төдийгүй, мунхаг онгон бүсгүйчүүд ч мөн энэ асуудлын буруу талд тамгалагддаг.</w:t>
      </w:r>
    </w:p>
    <w:p>
      <w:pPr>
        <w:pStyle w:val="ArticleScripture"/>
        <w:jc w:val="left"/>
      </w:pPr>
      <w:r>
        <w:rPr>
          <w:rFonts w:ascii="Times New Roman" w:hAnsi="Times New Roman" w:eastAsia="Times New Roman" w:cs="Times New Roman"/>
        </w:rPr>
        <w:t>“Христийн титэм гайхамшиг болох Лазарийг амилуулсан явдал нь Есүсийг болон Түүний гайхамшигт үйлсийг ертөнцөөс зайлуулах тахилч нарын шийдвэрийг эцэслэн баталгаажуулсан бөгөөд тэдгээр нь ард түмний дунд байсан тэдний нөлөөг түргэн устгаж байв.” Элч нарын үйлс, 67.</w:t>
      </w:r>
    </w:p>
    <w:p>
      <w:pPr>
        <w:pStyle w:val="ArticleBody"/>
        <w:jc w:val="left"/>
      </w:pPr>
      <w:r>
        <w:rPr>
          <w:rFonts w:ascii="Times New Roman" w:hAnsi="Times New Roman" w:eastAsia="Times New Roman" w:cs="Times New Roman"/>
        </w:rPr>
        <w:t>Зуун дөчин дөрвөн мянгыг тамгалсан түүх дэх, удахгүй ирэх Ням гарагийн хуулийн үе хүртэлх олон дуу хоолой нь “мөр мөрийн дээрх мөр” бөгөөд тэдгээр нь Бурханы эш үзүүллэгийн Үгийн дуу хоолой мөн; тэрхүү дуу хоолой нь “аливаа үзэгдлийн биелэлт” гүйцэлдэх тэр цаг үед эгшиглэдэг. Тэд долоо дахь лац нээгдэх үед эгшиглэдэг.</w:t>
      </w:r>
    </w:p>
    <w:p>
      <w:pPr>
        <w:pStyle w:val="ArticleScripture"/>
        <w:jc w:val="left"/>
      </w:pPr>
      <w:r>
        <w:rPr>
          <w:rFonts w:ascii="Times New Roman" w:hAnsi="Times New Roman" w:eastAsia="Times New Roman" w:cs="Times New Roman"/>
        </w:rPr>
        <w:t>Тэр долоо дахь лацыг нээхэд, тэнгэрт хагас цагийн хэртэй нам гүм байв. Тэгээд би Бурханы өмнө зогсдог долоон тэнгэрэлчийг харлаа; тэдэнд долоон бүрээ өгөгдөв. Бас өөр нэгэн тэнгэрэлч ирж, алтан хүжийн савтайгаар тахилын ширээний дэргэд зогсов; сэнтийн өмнөх алтан тахилын ширээн дээр бүх ариун хүмүүсийн залбирлуудтай хамт өргөхийн тулд түүнд их хүж өгөгдөв. Ариун хүмүүсийн залбирлуудтай хамт байсан хүжний утаа тэнгэрэлчийн гараас Бурханы өмнө өгсөн одов. Тэгээд тэнгэрэлч хүжийн савыг авч, тахилын ширээний галаар дүүргээд, газар уруу хаяв; тэгэхэд дуу чимээнүүд, аянга ниргэлтүүд, цахилгаанууд, мөн газар хөдлөлт болов. Илчлэлт 8:1–5.</w:t>
      </w:r>
    </w:p>
    <w:p>
      <w:pPr>
        <w:pStyle w:val="ArticleBody"/>
        <w:jc w:val="left"/>
      </w:pPr>
      <w:r>
        <w:rPr>
          <w:rFonts w:ascii="Times New Roman" w:hAnsi="Times New Roman" w:eastAsia="Times New Roman" w:cs="Times New Roman"/>
        </w:rPr>
        <w:t>Долоодугаар лацыг нээхэд тэнгэрт нам гүм байдал бий болсон нь, тэр үе нь эрин үеийн захиран зарцуулалтын өөрчлөлтийг илэрхийлдэгтэй холбоотой; ариун захиран зарцуулалтын өөрчлөлт бүрд, тэнгэрт үргэлж нам гүм байдал байдаг бөгөөд үүнийг тэнгэрэлчүүд хөгжмөө болон магтаалаа зогсоосон загалмай гэрчилдэг. Тэнгэр дэх нам гүм байдлыг Эвлэрүүллийн өдрийн шаардлагууд ч мөн гэрчилдэг бөгөөд 1844 оны 10 дугаар сарын 22-нд Хабаккук ХОЁРДУГААР бүлэг, ХОРИНДУГААР зүйлд бүх газар дэлхийд нам гүм байхыг тушаасан.</w:t>
      </w:r>
    </w:p>
    <w:p>
      <w:pPr>
        <w:pStyle w:val="ArticleScripture"/>
        <w:jc w:val="left"/>
      </w:pPr>
      <w:r>
        <w:rPr>
          <w:rFonts w:ascii="Times New Roman" w:hAnsi="Times New Roman" w:eastAsia="Times New Roman" w:cs="Times New Roman"/>
        </w:rPr>
        <w:t>“Хүн уучлалыг олж, амьдрахын тулд Өөрийн Хүүг үхэлд өгөхдөө Бурхан ямар агуу хайр, ямар их дордлон бууснаа надад үзүүлсэн. Еден цэцэрлэгийн гоо үзэсгэлэн, төгс сайхныг харах завшаантай байсан Адам Ева хоёрт, цэцэрлэг доторх нэг модноос бусад бүх модноос идэх зөвшөөрөл өгөгдсөнийг надад үзүүлсэн. Гэвч могой Еваг уруу татаж, Ева нөхрөө уруу татсанаар тэд хоёул хориглогдсон модноос идсэн. Тэд Бурханы тушаалыг зөрчиж, нүгэлтэн болсон. Энэ мэдээ тэнгэр даяар тархаж, бүх ятга чимээгүй болов. Тэнгэрэлчүүд уй гашууд автаж, Адам Ева хоёр дахин гараа сунган амийн модноос идэж, үхэшгүй мөнхийн нүгэлтнүүд болох вий хэмээн эмээв. Харин Бурхан: Би гэм буруутнуудыг цэцэрлэгээс хөөн гаргаж, хүнийг түүнд ойртон очиж, үхэшгүй мөнхийг үргэлжлүүлдэг жимснээс нь идэж чадахгүй байлгахын тулд херубууд болон дүрэлзсэн илдээр амийн мод хүрэх замыг хамгаална, гэж айлдав.” Early Writings, 125.</w:t>
      </w:r>
    </w:p>
    <w:p>
      <w:pPr>
        <w:pStyle w:val="ArticleBody"/>
        <w:jc w:val="left"/>
      </w:pPr>
      <w:r>
        <w:rPr>
          <w:rFonts w:ascii="Times New Roman" w:hAnsi="Times New Roman" w:eastAsia="Times New Roman" w:cs="Times New Roman"/>
        </w:rPr>
        <w:t>Хүмүүс нүгэлтэн болсон үед тэнгэр дуугүй болов, нүгэлтнүүдийг золин аврахын тулд Христийн цус урсгагдсан үед тэнгэр дуугүй болов, мөн Христ Өөрийн ард түмнээс нүглийг зайлуулан шүүлтийн ажлаа эхлүүлэхэд тэнгэр дуугүй болов.</w:t>
      </w:r>
    </w:p>
    <w:p>
      <w:pPr>
        <w:pStyle w:val="ArticleScripture"/>
        <w:jc w:val="left"/>
      </w:pPr>
      <w:r>
        <w:rPr>
          <w:rFonts w:ascii="Times New Roman" w:hAnsi="Times New Roman" w:eastAsia="Times New Roman" w:cs="Times New Roman"/>
        </w:rPr>
        <w:t>“Христийн хүний төлөөх зуучлал нь дээрх ариун сүмд явагддаг бөгөөд авралын төлөвлөгөөнд Түүний загалмай дээрх үхэл ямархуу чухал байсан шигээ мөн тийнхүү зайлшгүй чухал юм. Тэрээр Өөрийн үхлээр, амилсныхаа дараа тэнгэрт өргөгдөн очиж бүрэн гүйцээхээр дээш гарсан тэр ажлыг эхлүүлсэн билээ.” Агуу тэмцэл, 489.</w:t>
      </w:r>
    </w:p>
    <w:p>
      <w:pPr>
        <w:pStyle w:val="ArticleBody"/>
        <w:jc w:val="left"/>
      </w:pPr>
      <w:r>
        <w:rPr>
          <w:rFonts w:ascii="Times New Roman" w:hAnsi="Times New Roman" w:eastAsia="Times New Roman" w:cs="Times New Roman"/>
        </w:rPr>
        <w:t>Шүүлтийн ажил 1844 онд гурав дахь тэнгэрэлч ирэхэд эхэлсэн боловч Бурханы ард түмэн бурханлаг чанартай мөнхөд нэг болохын оронд цөлд үхэхийг сонгосон. Гурав дахь тэнгэрэлч 2001 оны 9 дүгээр сарын 11-нд дахин ирсэн бөгөөд тэнгэрт дахин нам гүм байдал тогтсон юм. Дараа нь Иуда овгийн Арслан эцсийн үеийнхний түүхэнд гурав дахь тэнгэрэлч ирэхийг тэнгэрэлч нар ажиглаж байхад долоо дахь лацыг авч эхэлсэн.</w:t>
      </w:r>
    </w:p>
    <w:p>
      <w:pPr>
        <w:pStyle w:val="ArticleBody"/>
        <w:jc w:val="left"/>
      </w:pPr>
      <w:r>
        <w:rPr>
          <w:rFonts w:ascii="Times New Roman" w:hAnsi="Times New Roman" w:eastAsia="Times New Roman" w:cs="Times New Roman"/>
        </w:rPr>
        <w:t>Шүүлтийн долоон тэнгэрэлч тэнд устгалын ажлаа эхлүүлэхэд бэлэн байв; гэвч нэг зуун дөчин дөрвөн мянгыг тамгалж байх зуур тэдэнд “Барь, барь, барь, барь” гэж тушаасан. Итгэмжит хүмүүсийн хоёр талт залбирал нь Пентекостын өмнөх бөгөөд дөчин өдрийн дараа эхэлсэн арван өдрөөр төлөөлөгдөн тэнгэр өөд өргөгдсөн; тэрхүү дөчин өдөр нь цөлийн бэлгэдэл бөгөөд Илчлэлт арван нэгдүгээр бүлгийн гурван өдөр хагасын (цөлийн бэлгэдэл) төлөөлөл юм. Дараа нь хоёр гэрчид цөлөөс гарсан дуу хоолойгоор Даниелын хоёр залбирлыг биелүүлэх ёстой гэж зааварлагдсан. Тэр нь Даниел хоёрдугаар бүлэгт, Даниел болон гурван шударга хүн араатнуудын хөргийн тухай Небухаднезарын нууц зүүдийг ойлгох гэрэл авахын төлөө залбирсан залбирал, мөн есдүгээр бүлэгт Даниел ганцаараа залбирч, Левит хорин зургаадугаар бүлгийн залбирлын шаардлагыг биелүүлсэн залбирал юм.</w:t>
      </w:r>
    </w:p>
    <w:p>
      <w:pPr>
        <w:pStyle w:val="ArticleBody"/>
        <w:jc w:val="left"/>
      </w:pPr>
      <w:r>
        <w:rPr>
          <w:rFonts w:ascii="Times New Roman" w:hAnsi="Times New Roman" w:eastAsia="Times New Roman" w:cs="Times New Roman"/>
        </w:rPr>
        <w:t>Даниел хоёрын хамтын залбирал нь эш үзүүллэгийн түүхийн гаднах шугамын дотор нуугдсан байсан далд нууцын талаар гэрэл гуйсан залбирал байв. Даниел есийн хувийн, хувь хүний залбирал нь дотоод хэрэгцээний талаар өршөөл гуйсан залбирал байв. Сүүлчийн борооны гал 2001 онд бууж эхлэх үед, шугам дээр шугамын аргачлалыг ойлгодог хүмүүст сонсогдох олон дуу хоолой байлаа. Газар луу шидэгдэж байсан тахилын ширээний гал нь мэргэн ба мунхгийг эцэслэн ялгасан мэдээ байсан бөгөөд тэр мэдээ бэлгэдлийн арван өдрийн турш цааш хөгжихийн хэрээр улам бүр тодорхой болсоор байв.</w:t>
      </w:r>
    </w:p>
    <w:p>
      <w:pPr>
        <w:pStyle w:val="ArticleBody"/>
        <w:jc w:val="left"/>
      </w:pPr>
      <w:r>
        <w:rPr>
          <w:rFonts w:ascii="Times New Roman" w:hAnsi="Times New Roman" w:eastAsia="Times New Roman" w:cs="Times New Roman"/>
        </w:rPr>
        <w:t>Энэ мэдээ нь гурав дахь гайгийн хурцдан нэмэгдэж буй хямралын тухай байсан бөгөөд Езекиелийн гучин долоодугаар бүлэгт энэ нь эхлээд хоёр гэрчийг нэг дор цуглуулж, дараа нь тэднийг сүр хүчтэй цэрэг мэт босгон зогсоосон хоёр эш үзүүллэг байв. Үүний дараа гучин долоодугаар бүлэгт тэд нэг саваа болж нийлдэг бөгөөд нэг саваа болон нэгдэхээр илэрхийлэгдсэн тэрхүү нэгдэл нь бурханлаг чанар ба хүний чанарын хослолыг төлөөлдөг бөгөөд энэ нь нэг зуун дөчин дөрвөн мянгыг тамгалах эцсийн үйл явдлуудын үед биелдэг.</w:t>
      </w:r>
    </w:p>
    <w:p>
      <w:pPr>
        <w:pStyle w:val="ArticleBody"/>
        <w:jc w:val="left"/>
      </w:pPr>
      <w:r>
        <w:rPr>
          <w:rFonts w:ascii="Times New Roman" w:hAnsi="Times New Roman" w:eastAsia="Times New Roman" w:cs="Times New Roman"/>
        </w:rPr>
        <w:t>2023 оны долоодугаар сард залбиралууд өгсөж эхэлсэн бөгөөд тэдгээр нь Даниелын номын есдүгээр бүлэг болон хоёрдугаар бүлгийн залбиралууд байв. Дараа нь дуу хоолойнууд сонсогдож, мөн аянга нижигнэж, улмаар цахилгаан үзэгдэв. Цахилгаан ба аянга нь байгалийн ертөнцөд ч, эш үзүүллэгт ч бороог дагалддаг. Бороо 2001 оны 9 дүгээр сарын 11-нд эхэлсэн. Цахилгаан ба аянгын тухай анхны эшлэл нь үүнийг Бурханаас эмээх ариун эмээлтийг төрүүлэхээр зориулагдсан мэдээ болохыг тодорхойлдог.</w:t>
      </w:r>
    </w:p>
    <w:p>
      <w:pPr>
        <w:pStyle w:val="ArticleScripture"/>
        <w:jc w:val="left"/>
      </w:pPr>
      <w:r>
        <w:rPr>
          <w:rFonts w:ascii="Times New Roman" w:hAnsi="Times New Roman" w:eastAsia="Times New Roman" w:cs="Times New Roman"/>
        </w:rPr>
        <w:t>Гурав дахь өдрийн өглөө болоход аянга нижигнэж, цахилгаан цахиж, уулан дээр өтгөн үүл нөмөрч, бүрээний дуу үлэмж чанга сонсогдов; тийнхүү хуаранд байсан бүх ард түмэн чичирчээ. Египетээс гарсан нь 19:16.</w:t>
      </w:r>
    </w:p>
    <w:p>
      <w:pPr>
        <w:pStyle w:val="ArticleBody"/>
        <w:jc w:val="left"/>
      </w:pPr>
      <w:r>
        <w:rPr>
          <w:rFonts w:ascii="Times New Roman" w:hAnsi="Times New Roman" w:eastAsia="Times New Roman" w:cs="Times New Roman"/>
        </w:rPr>
        <w:t>Аянга цахилгаан ба нижигнэх дуу нь бүрээний “дуу”-тай хамт байв. Тэд бороотой хамт илэрдэг бөгөөд Бурханы ард түмнийг удирдах эш үзүүллэгийн мөрийг илэрхийлдэг.</w:t>
      </w:r>
    </w:p>
    <w:p>
      <w:pPr>
        <w:pStyle w:val="ArticleScripture"/>
        <w:jc w:val="left"/>
      </w:pPr>
      <w:r>
        <w:rPr>
          <w:rFonts w:ascii="Times New Roman" w:hAnsi="Times New Roman" w:eastAsia="Times New Roman" w:cs="Times New Roman"/>
        </w:rPr>
        <w:t>Үүлс ус асгаруулан цутгав; тэнгэрүүд дуу авиаг гаргав; Таны сумнууд ч мөн хаа сайгүй нисэн одов. Таны аянгын дуу тэнгэрт байв; цахилгаанууд ертөнцийг гэрэлтүүлэв; газар дэлхий чичирч, донслов. Таны зам тэнгист, Таны жим агуу их усанд буй; Таны мөрүүд үл мэдэгдэнэ. Та Өөрийн ард түмнийг Мосе, Аарон нарын гараар сүрэг мэт удирдан дагуулсан. Дуулал 77:17–20.</w:t>
      </w:r>
    </w:p>
    <w:p>
      <w:pPr>
        <w:pStyle w:val="ArticleBody"/>
        <w:jc w:val="left"/>
      </w:pPr>
      <w:r>
        <w:rPr>
          <w:rFonts w:ascii="Times New Roman" w:hAnsi="Times New Roman" w:eastAsia="Times New Roman" w:cs="Times New Roman"/>
        </w:rPr>
        <w:t>Аянга ба нижигнүүр нь Бурханы дуу хоолой мөн бөгөөд энэ нь борооны цаг үед тохиолддог; тэр хугацаанд Тэр Өөрийн салхинуудыг (Ислам бол зүүн салхи) Өөрийн сангаас гаргаж ирдэг.</w:t>
      </w:r>
    </w:p>
    <w:p>
      <w:pPr>
        <w:pStyle w:val="ArticleScripture"/>
        <w:jc w:val="left"/>
      </w:pPr>
      <w:r>
        <w:rPr>
          <w:rFonts w:ascii="Times New Roman" w:hAnsi="Times New Roman" w:eastAsia="Times New Roman" w:cs="Times New Roman"/>
        </w:rPr>
        <w:t>Тэр дуу хоолойгоо гаргах үед тэнгэрүүдэд усны их шуугиан бий болдог; тэрээр газрын хязгаараас уурыг дээш хөөргөж, бороотой хамт цахилгааныг бүтээж, салхийг Өөрийн сан хөмрөгөөс гарган ирүүлдэг. Иеремиа 10:13.</w:t>
      </w:r>
    </w:p>
    <w:p>
      <w:pPr>
        <w:pStyle w:val="ArticleBody"/>
        <w:jc w:val="left"/>
      </w:pPr>
      <w:r>
        <w:rPr>
          <w:rFonts w:ascii="Times New Roman" w:hAnsi="Times New Roman" w:eastAsia="Times New Roman" w:cs="Times New Roman"/>
        </w:rPr>
        <w:t>Бурхан арслан мэт хашхирч Өөрийн дуу хоолойг гаргасан бөгөөд үүний хариуд долоон аянга дуу хоолойгоо гаргасан; тэрхүү долоон аянга нь Миллерийн хөдөлгөөний түүхийн турш дахь Бурханы мөрийг, мөн 2001 оны 9 дүгээр сарын 11-нд Тэр Өөрийн эрдэнэсээс зүүн салхийг гарган авчирсан үед дахин ирсэн гурав дахь тэнгэрэлчийн хөдөлгөөн дэх Бурханы мөрийг төлөөлдөг.</w:t>
      </w:r>
    </w:p>
    <w:p>
      <w:pPr>
        <w:pStyle w:val="ArticleScripture"/>
        <w:jc w:val="left"/>
      </w:pPr>
      <w:r>
        <w:rPr>
          <w:rFonts w:ascii="Times New Roman" w:hAnsi="Times New Roman" w:eastAsia="Times New Roman" w:cs="Times New Roman"/>
        </w:rPr>
        <w:t>Тэрээр газрын хязгааруудаас уур мананг хөөргөн гаргадаг; бороонд зориулан аянга цахилгааныг бий болгодог; салхийг Өөрийн агуулахаас гарган авчирдаг. Египетийн уугануудыг, хүн болоод мал адгуусныг цохисон Нэгэн мөн. Дуулал 135:7, 8.</w:t>
      </w:r>
    </w:p>
    <w:p>
      <w:pPr>
        <w:pStyle w:val="ArticleBody"/>
        <w:jc w:val="left"/>
      </w:pPr>
      <w:r>
        <w:rPr>
          <w:rFonts w:ascii="Times New Roman" w:hAnsi="Times New Roman" w:eastAsia="Times New Roman" w:cs="Times New Roman"/>
        </w:rPr>
        <w:t>Тэр Өөрийн агуулахуудаас салхийг гаргасан; Египетийн ууганууд цохигдож, Дээгүүр Өнгөрөх баяр загалмайг бэлгэдсэн тэр үед, харин загалмай нь эргээд 1844 онд гурав дахь тэнгэрэлч ирэхийг бэлгэдсэн бөгөөд энэ нь цаашлаад зүүн салхины өдөр, 2001 оны 9 дүгээр сарын 11-нд гурав дахь тэнгэрэлч дахин ирэхийг бэлгэдсэн юм.</w:t>
      </w:r>
    </w:p>
    <w:p>
      <w:pPr>
        <w:pStyle w:val="ArticleBody"/>
        <w:jc w:val="left"/>
      </w:pPr>
      <w:r>
        <w:rPr>
          <w:rFonts w:ascii="Times New Roman" w:hAnsi="Times New Roman" w:eastAsia="Times New Roman" w:cs="Times New Roman"/>
        </w:rPr>
        <w:t>Долоон лацаар битүүмжилсэн номын лацууд тайлагдах үед энэ нь үнэний дэвшин хөгжих явцыг илэрхийлдэг. Долоо дахь лац тайлагдах нь нэг зуун дөчин дөрвөн мянгын тамгалагдах цагийг илэрхийлдэг. Долоон лацаар битүүмжилсэн ном анх дурдагдах үед цахилгаан цахиж, аянга нижигнэж, дуу хоолой гарсан боловч газар хөдлөлт байсангүй.</w:t>
      </w:r>
    </w:p>
    <w:p>
      <w:pPr>
        <w:pStyle w:val="ArticleScripture"/>
        <w:jc w:val="left"/>
      </w:pPr>
      <w:r>
        <w:rPr>
          <w:rFonts w:ascii="Times New Roman" w:hAnsi="Times New Roman" w:eastAsia="Times New Roman" w:cs="Times New Roman"/>
        </w:rPr>
        <w:t>Сэнтийнээс аянга цахилгаан, нижигнэх дуу чимээ, мөн дуу хоолойнууд гарч байлаа. Сэнтийн өмнө галаар асаж буй долоон дэнлүү байсан нь Бурханы долоон Сүнс мөн. Илчлэл 4:5.</w:t>
      </w:r>
    </w:p>
    <w:p>
      <w:pPr>
        <w:pStyle w:val="ArticleBody"/>
        <w:jc w:val="left"/>
      </w:pPr>
      <w:r>
        <w:rPr>
          <w:rFonts w:ascii="Times New Roman" w:hAnsi="Times New Roman" w:eastAsia="Times New Roman" w:cs="Times New Roman"/>
        </w:rPr>
        <w:t>Дуу хоолой, аянга цахилгаан, нижигнэлүүдийн анхны дурдлагад бороог Ариун Сүнсээр төлөөлүүлэн үзүүлсэн бөгөөд Тэр нь галын долоон дэнлүү мөн; харин газар хөдлөлт байхгүй. Долоодугаар лацыг авч хаях үед тун удахгүй ирэх Ням гаргийн хуулийн газар хөдлөлт тодорхойлогддог. Илчлэлт номын дөрөвдүгээр бүлэгт Иудагийн овгийн Арслангийн гүйцээсэн үнэний лац задралын эхлэл тодорхойлогддог бөгөөд лацдах цаг үеийг тодорхойлохдоо тэрхүү үеийн эхлэл ба төгсгөлийг мөн тодорхойлдог.</w:t>
      </w:r>
    </w:p>
    <w:p>
      <w:pPr>
        <w:pStyle w:val="ArticleBody"/>
        <w:jc w:val="left"/>
      </w:pPr>
      <w:r>
        <w:rPr>
          <w:rFonts w:ascii="Times New Roman" w:hAnsi="Times New Roman" w:eastAsia="Times New Roman" w:cs="Times New Roman"/>
        </w:rPr>
        <w:t>Одоогийн энэ үеийн эхлэл нь 2001 оны 9 дүгээр сарын 11-нд тэнгэрэлч Өөрийн алдраар газрыг гэрэлтүүлэхээр бууж ирсэн үе байсан; дараа нь Исаиа 6-д, Ням гаргийн хуулиар төгсөх “дуу хоолойнууд, цахилгаанууд, аянган нүргэлээнүүд, салхи ба бороо”-гоор төлөөлөгдсөн мэдээг хардаг атлаа цахилгаануудын утгыг ойлгон ухаарч чадахгүй, мөн сонсдог атлаа дуу хоолойнууд болон аянган нүргэлээнүүдийг ойлгож чадахгүй ард түмэнд, агуу газар хөдлөлтөнд нэрвэгдэх хүртэл нь, тунхаглах ёстой хэмээн бидэнд мэдүүлдэг. Нэг зуун дөчин дөрвөн мянгыг лацдах үе бол үзэгдэл бүрийн үр нөлөө биеллээ олдог үе мөн.</w:t>
      </w:r>
    </w:p>
    <w:p>
      <w:pPr>
        <w:pStyle w:val="ArticleBody"/>
        <w:jc w:val="left"/>
      </w:pPr>
      <w:r>
        <w:rPr>
          <w:rFonts w:ascii="Times New Roman" w:hAnsi="Times New Roman" w:eastAsia="Times New Roman" w:cs="Times New Roman"/>
        </w:rPr>
        <w:t>Тэрхүү түүх нь мөргөгчдийн хоёр ангийг төрүүлж, илэрхийлдэг. Нэг ангийнхан бороог танин мэддэг бөгөөд тиймээс түүнийг хүлээн авдаг. Учир нь тэд аянгыг харж, дуу хоолойнуудыг, аянгыг, мөн салхийг сонсож чаддаг. Тамгалах үеийн төгсгөлд, удахгүй гарах Ням гаргийн хуулийн агуу газар хөдлөлт нь Бурханы гүйцэтгэх шүүлтүүдийг эхлүүлдэг.</w:t>
      </w:r>
    </w:p>
    <w:p>
      <w:pPr>
        <w:pStyle w:val="ArticleScripture"/>
        <w:jc w:val="left"/>
      </w:pPr>
      <w:r>
        <w:rPr>
          <w:rFonts w:ascii="Times New Roman" w:hAnsi="Times New Roman" w:eastAsia="Times New Roman" w:cs="Times New Roman"/>
        </w:rPr>
        <w:t>Тэнгэр дэх Бурханы сүм нээгдэж, Түүний сүм дотор гэрээнийх нь авдар үзэгдэв. Мөн аянга цахилж, дуу хоолой гарч, нижигнэн дуугарч, газар хөдөлж, их мөндөр буув. Илчлэл 11:19.</w:t>
      </w:r>
    </w:p>
    <w:p>
      <w:pPr>
        <w:pStyle w:val="ArticleBody"/>
        <w:jc w:val="left"/>
      </w:pPr>
      <w:r>
        <w:rPr>
          <w:rFonts w:ascii="Times New Roman" w:hAnsi="Times New Roman" w:eastAsia="Times New Roman" w:cs="Times New Roman"/>
        </w:rPr>
        <w:t>Агуу газар хөдлөлтийн үед “аянга, дуу хоолой, нүргэлээн”-д “мөндөр” орно. “Мөндөр” нь долоо дахь лац нээгдэж, лацдах цагийн эхэнд үүнийг хийхээр бэлтгэж байсан долоон тэнгэрэлчийн асгаж эхлэх шүүлтүүдийг төлөөлдөг; яг л тэд Иерусалимын дундуур явж, нутагт үйлдэгдсэн (гадаад) болон сүм дотор үйлдэгдсэн (дотоод) жигшүүрт зүйлсийн төлөө санаа алдан гашуудсан хүмүүсийн духан дээр тэмдэг тавихаар тэнгэрэлчийг хүлээж байсан шиг юм.</w:t>
      </w:r>
    </w:p>
    <w:p>
      <w:pPr>
        <w:pStyle w:val="ArticleBody"/>
        <w:jc w:val="left"/>
      </w:pPr>
      <w:r>
        <w:rPr>
          <w:rFonts w:ascii="Times New Roman" w:hAnsi="Times New Roman" w:eastAsia="Times New Roman" w:cs="Times New Roman"/>
        </w:rPr>
        <w:t>“Мөндөр” нь Бурханы сүйтгэгч шүүлтүүдийн цагийг заадаг бөгөөд энэ нь тэр үед Вавилоноос дуудагдан гарч буй Бурханы өөр сүрэгт зориулсан нигүүлслийн цаг мөн; агуу олон түмний хамгийн сүүлчийнх нь Бурханы сүрэгт нэгдэж дуусахад хүний сорилтын хугацаа бүрэн хаагдана.</w:t>
      </w:r>
    </w:p>
    <w:p>
      <w:pPr>
        <w:pStyle w:val="ArticleScripture"/>
        <w:jc w:val="left"/>
      </w:pPr>
      <w:r>
        <w:rPr>
          <w:rFonts w:ascii="Times New Roman" w:hAnsi="Times New Roman" w:eastAsia="Times New Roman" w:cs="Times New Roman"/>
        </w:rPr>
        <w:t>Долоодугаар тэнгэрэлч аягаа агаарт асгав; тэгэхэд тэнгэр дэх сүмээс, сэнтийнээс, «Гүйцэлдлээ» хэмээн өгүүлэх агуу дуу гарчээ. Тэгээд дуу хоолойнууд, аянгуунууд, цахилгаанууд болов; мөн газар дээр хүмүүс оршсоноос хойш үзэгдээгүй тийм агуу, тийм хүчирхэг их газар хөдлөлт болов. Агуу хот гурван хэсэгт хуваагдаж, үндэстнүүдийн хотууд нуран унав; мөн агуу Вавилон Бурханы өмнө дурсагдан, Түүний уур хилэнгийн догшин дарсны аягыг түүнд өгөхийн тулд байв. Илчлэл 16:17–19.</w:t>
      </w:r>
    </w:p>
    <w:p>
      <w:pPr>
        <w:pStyle w:val="ArticleBody"/>
        <w:jc w:val="left"/>
      </w:pPr>
      <w:r>
        <w:rPr>
          <w:rFonts w:ascii="Times New Roman" w:hAnsi="Times New Roman" w:eastAsia="Times New Roman" w:cs="Times New Roman"/>
        </w:rPr>
        <w:t>Эрхэм уншигч аа: Та дуу хоолойнууд болон аянгын нижигнээнсийг сонсож чадах уу? Та цахилгааныг харж чадах уу? Та салхийг мэдэрч чадах уу? Удалгүй та тос гуйх мунхаг онгон бүсгүйчүүдийн дуу хоолойг сонсох болно.</w:t>
      </w:r>
    </w:p>
    <w:p>
      <w:pPr>
        <w:pStyle w:val="ArticleBody"/>
        <w:jc w:val="left"/>
      </w:pPr>
      <w:r>
        <w:rPr>
          <w:rFonts w:ascii="Times New Roman" w:hAnsi="Times New Roman" w:eastAsia="Times New Roman" w:cs="Times New Roman"/>
        </w:rPr>
        <w:t>Бид энэ судлалыг дараагийн өгүүлэлд үргэлжлүүлэн авч үзнэ.</w:t>
      </w:r>
    </w:p>
    <w:p>
      <w:pPr>
        <w:pStyle w:val="ArticleScripture"/>
        <w:jc w:val="left"/>
      </w:pPr>
      <w:r>
        <w:rPr>
          <w:rFonts w:ascii="Times New Roman" w:hAnsi="Times New Roman" w:eastAsia="Times New Roman" w:cs="Times New Roman"/>
        </w:rPr>
        <w:t>Бид амар тайвныг хүлээсэн боловч, сайн юм ирсэнгүй; эдгэрлийн цагийг хүсэн хүлээсэн боловч, харагтун, гай зовлон ирэв! Түүний морьдын хамраар тургих чимээ Данаас сонсогдов; түүний хүчтэнүүдийн янцгаах дуунд бүхий л газар нутаг чичирч байв. Учир нь тэд ирж, газар нутгийг болон доторх бүхнийг нь, хотыг болон тэнд оршин суугчдыг нь залгин сүйтгэв. Учир нь, харагтун, Би та нарын дунд номхруулагдашгүй могой, хорт могойнуудыг илгээнэ; тэд та нарыг хатгах болно гэж ЭЗЭН айлдаж байна. Уй гашуугийн эсрэг өөрийгөө тайтгаруулахыг хүсэхэд зүрх минь дотор минь сульджээ. Харагтун, алс холын нутагт оршин суугчдаас болж миний ард түмний охины гаслант хашхирааны дуу сонсогдож байна: ЭЗЭН Сионд байхгүй гэж үү? Түүний Хаан түүний дотор байхгүй гэж үү? Тэд яагаад сийлмэл дүрсүүдээрээ, харь хий хоосон зүйлсээрээ Намайг уурлуулах болов? Ургац хураалт өнгөрч, зун дууссан боловч, бид аврагдсангүй. Миний ард түмний охины шархны төлөө би шархалж байна; би харлан гашуудаж байна; мэл гайхал намайг эзэмджээ. Гилеадад ямар ч гавар байхгүй гэж үү? Тэнд эмч байхгүй гэж үү? Тэгвэл яагаад миний ард түмний охины эдгэрэл сэргэхгүй байна вэ? Иеремиа 8:15–22.</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Даниелын ном — Нэг зуун гучин тавдугаар хэсэг</dc:title>
  <dc:subject>1776, 1789, ба 1798 оны эш үзүүллэгийн дуу хоолой: 144,000-ыг тамгалах үйл явдлын оршил</dc:subject>
  <dc:creator>Jeff Pippenger</dc:creator>
  <cp:keywords/>
  <dc:description>Generated by ArticleDigger from daniel\135_daniel.json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