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Гучин Зургаа</w:t>
      </w:r>
    </w:p>
    <w:p>
      <w:pPr>
        <w:pStyle w:val="ArticleSubtitle"/>
        <w:jc w:val="left"/>
      </w:pPr>
      <w:r>
        <w:rPr>
          <w:rFonts w:ascii="Arial" w:hAnsi="Arial" w:eastAsia="Arial" w:cs="Arial"/>
        </w:rPr>
        <w:t>Бүгд Найрамдах үзэл ба Протестантизмын эш үзүүллэгт шилжилт: Үхлээс Амилал руу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2020 онд эхэлсэн газрын араатны Бүгд Найрамдах намын эвэр болон жинхэнэ Протестант эвэр хоёуланд нь шилжилт бий. Жинхэнэ Протестант эвэр 2020 оны 7 дугаар сарын 18-нд алагдсан бөгөөд Бүгд Найрамдах намын эвэр 2020 оны 11 дүгээр сарын 3-нд алагдсан. Илчлэлт номын арван нэгдүгээр бүлгийн дагуу, бэлгэдлийн гурван хагас өдрийн дараа тэд дахин хөл дээрээ зогсоно. Тэд зогсох үед жинхэнэ Протестант эвэр Лаодикейчуудаас Филадельфичууд руу шилжинэ. Тэд сүмээс гаргагдаж, хөдөлгөөнд аваачигдсан байх болно. Тэд долоо дахь сүмийн туршлагаас гаргагдаж, зургаа дахь сүмийн туршлагад оруулсан байна. Тэд долоогоос гарсан найм дахь нь болсон юм.</w:t>
      </w:r>
    </w:p>
    <w:p>
      <w:pPr>
        <w:pStyle w:val="ArticleBody"/>
        <w:jc w:val="left"/>
      </w:pPr>
      <w:r>
        <w:rPr>
          <w:rFonts w:ascii="Times New Roman" w:hAnsi="Times New Roman" w:eastAsia="Times New Roman" w:cs="Times New Roman"/>
        </w:rPr>
        <w:t>Адвентизмийн эхэн үеийн хөдөлгөөн нь Филаделфийн хөдөлгөөн байсан бөгөөд эцэст нь Филаделфийн хөдөлгөөн дахин сэргээгдэнэ. Илчлэлт номын арван дөрөвдүгээр бүлгийн гурван тэнгэрэлчийн ажил хөдөлгөөн байдлаар эхэлсэн бөгөөд мөн хөдөлгөөн байдлаар төгсөнө. Зургаадахь Филаделфи чуулганаар төлөөлөгдсөн Филаделфийн хөдөлгөөн 1856 онд үхсэн бөгөөд 2023 оны долоодугаар сарын төгсгөлөөс эхлэн одоо долоон дундаас гарсан найм дахь нь болон дахин амилж байна.</w:t>
      </w:r>
    </w:p>
    <w:p>
      <w:pPr>
        <w:pStyle w:val="ArticleBody"/>
        <w:jc w:val="left"/>
      </w:pPr>
      <w:r>
        <w:rPr>
          <w:rFonts w:ascii="Times New Roman" w:hAnsi="Times New Roman" w:eastAsia="Times New Roman" w:cs="Times New Roman"/>
        </w:rPr>
        <w:t>Ижил түүхэн дотор Бүгд Найрамдах эвэр ч мөн адил үхэл ба амилалтын зэрэгцээ туршлагыг туулж байгаа бөгөөд төгсгөлийн цаг болох 1989 онд Рейганаас хойших зургаа дахь ерөнхийлөгч долоон ерөнхийлөгчөөс гаралтай найм дахь ерөнхийлөгч болдог. Бүгд Найрамдах эвэр шилжих үйл явц нь тэрхүү эвэр тэрслүү Протестантизмын эвэртэй нэгдэн нийлэхээр дүрслэгддэг бөгөөд энэ нь сүнслэг садар самуун, мөн араатны дүр юм. Бүгд Найрамдах эвэр нь долоогоос гаралтай найм дахь нь болдог. Учир нь энэ нь Илчлэл номын арван долдугаар бүлэг болон Даниелын хоёрдугаар бүлэгт өгүүлэгддэг долоон толгойгоос гаралтай найм дахь толгой болох Католицизмын араатны дүрийг төлөөлдөг.</w:t>
      </w:r>
    </w:p>
    <w:p>
      <w:pPr>
        <w:pStyle w:val="ArticleBody"/>
        <w:jc w:val="left"/>
      </w:pPr>
      <w:r>
        <w:rPr>
          <w:rFonts w:ascii="Times New Roman" w:hAnsi="Times New Roman" w:eastAsia="Times New Roman" w:cs="Times New Roman"/>
        </w:rPr>
        <w:t>Бүгд найрамдах үзлийн эвэрний улс төрийн шилжилт 1776 оноос 1798 он хүртэлх бэлтгэлийн хугацаанд төлөөлөгдөн илэрхийлэгддэг. Энэхүү эш үзүүллэгийн хугацаа нь Небухаднезарын араатнуудын дүрсний нууцлаг далд нууцыг лацнаас нь тайлагдсаныг танин мэдэхэд зайлшгүй хэрэгтэй түлхүүр мөн. Тэрхүү бэлтгэлийн хугацаа нь Христ болон антихристийн аль алинд нь хамаарах гучин жилийн бэлтгэлийн үеэр төлөөлөгдөн илэрхийлэгддэг.</w:t>
      </w:r>
    </w:p>
    <w:p>
      <w:pPr>
        <w:pStyle w:val="ArticleBody"/>
        <w:jc w:val="left"/>
      </w:pPr>
      <w:r>
        <w:rPr>
          <w:rFonts w:ascii="Times New Roman" w:hAnsi="Times New Roman" w:eastAsia="Times New Roman" w:cs="Times New Roman"/>
        </w:rPr>
        <w:t>2001 оны 9 дүгээр сарын 11-нээс удахгүй гарах Ням гаргийн хууль хүртэлх лацдах үе нь үзэгдэл бүрийн нөлөө биеллээ олдог эш үзүүллэгийн үе мөн. Энэ нь Илчлэлт номын арван нэгдүгээр бүлгийн “их газар хөдлөлт”-ийн цагт папын засаглал долоон хаанчлалын нэгэн адил, найм дахь хаанчлал болон дэлхийн сэнтийд эргэн заларч төгсөх үеийг төлөөлдөг. Иймээс энэ нь 538 онд папын засаглал анх удаа сэнтийд залрагдахаас өмнөх үеэр хэв шинжээр дүрслэгдсэн байна. 538 онд папын засаглал Орлеаны зөвлөл дээр Ням гаргийн хууль баталж, бэлтгэлийн гучин жилийн төгсгөлийг заан, удахгүй гарах Ням гаргийн хуулийг хэв шинжээр илэрхийлсэн. Есүс хэзээ ч өөрчлөгддөггүй тул, папын засаглал анх удаа сэнтийд заларч байсан үеийн адил, үхлийн шарх эдгэрэх бөгөөд үүнийг дагалдан Ням гаргийн хуулиас өмнөх нэгэн үе зайлшгүй байх ёстой.</w:t>
      </w:r>
    </w:p>
    <w:p>
      <w:pPr>
        <w:pStyle w:val="ArticleBody"/>
        <w:jc w:val="left"/>
      </w:pPr>
      <w:r>
        <w:rPr>
          <w:rFonts w:ascii="Times New Roman" w:hAnsi="Times New Roman" w:eastAsia="Times New Roman" w:cs="Times New Roman"/>
        </w:rPr>
        <w:t>Тэр үе нь 508, 533, 538 онуудын зааг тэмдгүүдтэй холбоотой түүхүүдээр төлөөлөгдөнө. 508 онд бэлтгэлийн үе, өөрөөр хэлбэл папын эрх мэдлийг тогтоох үйл явц эхэлсэн. Луугийн хүч болох харь Ромын дөрөв дэх хаанчлал номхотгогдсон байсан бөгөөд 533 онд Юстиниан папыг “сүмүүдийн тэргүүн, мөн тэрс үзэлтнүүдийг засагч” хэмээн зарлигджээ. 538 онд папын эрх мэдэл хяналтыг гартаа авахын тулд үлдсэн цорын ганц зүйл нь Готуудыг Ром хотоос зайлуулах явдал байсан бөгөөд энэ нь 538 онд болсон юм. Тэрхүү гучин жилийн түүхэн шугам нь Христийн төрөлттэй зэрэгцэн явж, үүний дараа Иоханы үйлчлэл өрнөж, улмаар Есүс баптисм хүртэхдээ Мессиагийн хувиар хүч чадал хүртэхэд хүргэсэн юм.</w:t>
      </w:r>
    </w:p>
    <w:p>
      <w:pPr>
        <w:pStyle w:val="ArticleBody"/>
        <w:jc w:val="left"/>
      </w:pPr>
      <w:r>
        <w:rPr>
          <w:rFonts w:ascii="Times New Roman" w:hAnsi="Times New Roman" w:eastAsia="Times New Roman" w:cs="Times New Roman"/>
        </w:rPr>
        <w:t>Христийн түүх дэх бэлтгэлийн үе нь лацдах цаг үетэй зэрэгцэн явдаг бөгөөд энэ нь Протестант эвэрний дотоод шугамд ханддаг; харин антихристийн төлөөх бэлтгэлийн үе нь Бүгд Найрамдах эвэрний гадаад шугамд ханддаг. Эдгээр хоёр үе нь 2001 оны 9 дүгээр сарын 11, 2023 оны 10 дугаар сарын 7, мөн тун удахгүй ирэх Ням гаргийн хуулийн талаар хоёр гэрчийг өгдөг. Нэг үе нь гаднахыг, нөгөө нь нэг зуун дөчин дөрвөн мянгын лацдах цаг үеийн дотоод гэрчлэлийг онцолж байна.</w:t>
      </w:r>
    </w:p>
    <w:p>
      <w:pPr>
        <w:pStyle w:val="ArticleBody"/>
        <w:jc w:val="left"/>
      </w:pPr>
      <w:r>
        <w:rPr>
          <w:rFonts w:ascii="Times New Roman" w:hAnsi="Times New Roman" w:eastAsia="Times New Roman" w:cs="Times New Roman"/>
        </w:rPr>
        <w:t>Гэрээний Элчид замыг бэлдсэн цөл дэх дуу хоолой болсон Иоханы ажил нь үхлийн гэрээний элч болох нүглийн хүнд замыг бэлдсэн Юстинианы зарлигтай зэрэгцэн оршдог. 2023 оны 10 дугаар сарын 7 нь 538 онд байсанчлан Ням гаргийн хууль хэрэгжих үед юу тохиолдохыг сануулсан анхааруулга байв. 2023 оны 10 дугаар сарын 7 нь папын засаглал анх удаа дэлхийн сэнтийд заларсан тэр бэлтгэлийн хугацаан дахь 533 онтой зэрэгцдэг. Энэ нь удахгүй ирэх Ням гаргийн хуулийн үед, 538 онд байсанчлан, пап дахин нэгэнтээ сүмүүдийн тэргүүн төдийгүй мөн тэрс үзэлтнүүдийг засагч болохыг сануулсан анхааруулга юм. Энэ нь мөн гурав дахь гайгийн Исламын өсөн нэмэгдэж буй дайны анхааруулга мөн.</w:t>
      </w:r>
    </w:p>
    <w:p>
      <w:pPr>
        <w:pStyle w:val="ArticleBody"/>
        <w:jc w:val="left"/>
      </w:pPr>
      <w:r>
        <w:rPr>
          <w:rFonts w:ascii="Times New Roman" w:hAnsi="Times New Roman" w:eastAsia="Times New Roman" w:cs="Times New Roman"/>
        </w:rPr>
        <w:t>Энэ нь Исламыг (зүүнээс ирэх мэдээ), мөн папын эрх мэдэл дахин сэргэх тухай анхааруулгыг (хойноос ирэх мэдээ) тодорхойлон илтгэсэн анхааруулга юм. Тэрхүү анхааруулга нь эцсийн өдрүүдэд замыг бэлтгэгч элчийн үйл хэрэгтэй давхцдаг. Учир нь Гэрээний Элч дараа нь нэг зуун дөчин дөрвөн мянгатай гэрээ байгуулахаар ирэх юм.</w:t>
      </w:r>
    </w:p>
    <w:p>
      <w:pPr>
        <w:pStyle w:val="ArticleBody"/>
        <w:jc w:val="left"/>
      </w:pPr>
      <w:r>
        <w:rPr>
          <w:rFonts w:ascii="Times New Roman" w:hAnsi="Times New Roman" w:eastAsia="Times New Roman" w:cs="Times New Roman"/>
        </w:rPr>
        <w:t>Бэлтгэлийн гурван үе (Христ ба антихристийн гучин жил, мөн тамгалах хугацаа) нь мөн 1776 оноос 1798 он хүртэлх үеэр дүрслэгддэг. Газрын араатны төгсгөл нь Библийн эш үзүүллэгийн зургаа дахь хаанчлал болох түүний төгсгөлөөс өмнө орших тодорхой нэгэн үетэй байдаг; иймд газрын араатан Библийн эш үзүүллэгийн зургаа дахь хаанчлал болон эхлэхийн эхлэл ч мөн тэрхүү хаанчлалын эхлэлээс өмнө орших эш үзүүллэгийн нэгэн үетэй байх ёстой. Альфа ба Омега нь аливаа зүйлийн төгсгөлийг тэр зүйлийн эхлэлтэй нь хамтатган үргэлж дүрслэн харуулдаг.</w:t>
      </w:r>
    </w:p>
    <w:p>
      <w:pPr>
        <w:pStyle w:val="ArticleBody"/>
        <w:jc w:val="left"/>
      </w:pPr>
      <w:r>
        <w:rPr>
          <w:rFonts w:ascii="Times New Roman" w:hAnsi="Times New Roman" w:eastAsia="Times New Roman" w:cs="Times New Roman"/>
        </w:rPr>
        <w:t>1776, 1789, 1798 онууд нь 2001 оны 9 дүгээр сарын 11, 2023 оны 10 дугаар сарын 7, мөн удахгүй ирэх ням гаргийн хуулийг төлөөлнө. 1776 оноос 1798 он хүртэл зургаа дахь хаанчлалыг тогтоон байгуулах эш үзүүллэгийн бэлтгэл биелсэн бөгөөд энэ нь 508, 533, 538 онууд тав дахь хаанчлалыг тогтоон байгуулах бэлтгэлийг төлөөлж байсан шиг юм. Зургаа дахь хаанчлал нь тав дахь хаанчлалын дүр байх ёстой тул эдгээр нь эш үзүүллэгийн яг адил шинжүүдийг агуулсан байх ёстой.</w:t>
      </w:r>
    </w:p>
    <w:p>
      <w:pPr>
        <w:pStyle w:val="ArticleBody"/>
        <w:jc w:val="left"/>
      </w:pPr>
      <w:r>
        <w:rPr>
          <w:rFonts w:ascii="Times New Roman" w:hAnsi="Times New Roman" w:eastAsia="Times New Roman" w:cs="Times New Roman"/>
        </w:rPr>
        <w:t>Христийн баптисм хүртэхэд хүргэсэн гучин жилийн бэлтгэл нь мөнөөх ижил хугацааг төлөөлдөг. Учир нь Христ Өөрийн баптисмаас эхлэн нэг долоо хоногийн турш гэрээг батлахаар ирэхдээ Өөрийн нигүүлслийн хаанчлалыг тогтоож байсан юм. Тэр долоон жилийн хугацаанд Өөрийн нигүүлслийн хаанчлалыг тогтоохдоо, Тэрхүү хаанчлалыг батлахын тулд Өөрийн цусаа урсгасан бөгөөд ингэснээрээ Өөрийн алдар суугийн хаанчлалыг хэзээ тогтоохын жишээг үлдээсэн юм. Тэрхүү алдар суугийн хаанчлал бол Даниелын хоёрдугаар бүлгийн хаанчлал бөгөөд хүний гар хүрэлгүйгээр уулнаас цавчигдан гарсан чулуугаар төлөөлөгдөн үзүүлэгддэг. Уайт эгч бидэнд энэ хаанчлал хожмын борооны үед тогтоогдоно гэж мэдүүлдэг бөгөөд хожмын бороо 2001 оны 9 дүгээр сарын 11-нд эхэлсэн юм.</w:t>
      </w:r>
    </w:p>
    <w:p>
      <w:pPr>
        <w:pStyle w:val="ArticleScripture"/>
        <w:jc w:val="left"/>
      </w:pPr>
      <w:r>
        <w:rPr>
          <w:rFonts w:ascii="Times New Roman" w:hAnsi="Times New Roman" w:eastAsia="Times New Roman" w:cs="Times New Roman"/>
        </w:rPr>
        <w:t>“Хожмын бороо нь цэвэр ариун хүмүүс дээр ирж байна—тэгээд бүгд урьдын адил түүнийг хүлээн авах болно.</w:t>
      </w:r>
    </w:p>
    <w:p>
      <w:pPr>
        <w:pStyle w:val="ArticleScripture"/>
        <w:jc w:val="left"/>
      </w:pPr>
      <w:r>
        <w:rPr>
          <w:rFonts w:ascii="Times New Roman" w:hAnsi="Times New Roman" w:eastAsia="Times New Roman" w:cs="Times New Roman"/>
        </w:rPr>
        <w:t>“Дөрвөн тэнгэрэлч тавьж явуулах үед Христ Өөрийн хаанчлалыг тогтооно. Өөрсдийн хийж чадах бүхнээ хийж буй хүмүүсээс өөр хэн ч хожмын бороог хүлээн авахгүй. Христ бидэнд туслах байсан. Бүгд Бурханы нигүүлслээр, Есүсийн цусаар дамжин ялагч болж чадна. Бүх тэнгэр энэ ажилд анхаарлаа хандуулж байна. Тэнгэрэлч нар ч сонирхон анхаарч байна.” Spalding and Magan, 3.</w:t>
      </w:r>
    </w:p>
    <w:p>
      <w:pPr>
        <w:pStyle w:val="ArticleBody"/>
        <w:jc w:val="left"/>
      </w:pPr>
      <w:r>
        <w:rPr>
          <w:rFonts w:ascii="Times New Roman" w:hAnsi="Times New Roman" w:eastAsia="Times New Roman" w:cs="Times New Roman"/>
        </w:rPr>
        <w:t>2001 оны 9 дүгээр сарын 11-нд уур хилэнт морь (Ислам)-оор дүрслэгдсэн дөрвөн салхи суллагдаж, улмаар нэг зуун дөчин дөрвөн мянгыг тамгалж байх хугацаанд баригдан тогтоогдов. 1776, 1789, 1798 онууд нь нэг зуун дөчин дөрвөн мянгын тамгалагдах үеийг төлөөлдөг бөгөөд эдгээр гурван огноо нь Библийн эш үзүүллэгийн зургаа дахь хаант улс байгуулагдахад хүргэсэн хууль зүйн тогтоолуудыг илэрхийлдэг. 1789 хэмээх хоёр дахь огноо нь Америкийн Нэгдсэн Улсын Үндсэн хуулийг заан тодорхойлдог бөгөөд тиймээс энэ нь 1798 онд гарч ирэх ёстой байсан хоёр талт эрх мэдэл болохыг Үндсэн хуулиар тодорхойлсон мэдээ байсан юм. Энэ нь 533 он 538 онд гарч ирэх хоёр талт эрх мэдлийн тунхаглал байсан шиг, мөн Иохан Баптист Христийн баптисм дээр ирэх хоёр талт эрх мэдлийг тунхагласан шиг юм.</w:t>
      </w:r>
    </w:p>
    <w:p>
      <w:pPr>
        <w:pStyle w:val="ArticleBody"/>
        <w:jc w:val="left"/>
      </w:pPr>
      <w:r>
        <w:rPr>
          <w:rFonts w:ascii="Times New Roman" w:hAnsi="Times New Roman" w:eastAsia="Times New Roman" w:cs="Times New Roman"/>
        </w:rPr>
        <w:t>Христийн хоёрдмол хүчийг бүрдүүлдэг хоёр хүч нь бурханлаг чанар хүний мөн чанартай нэгдсэн боловч нүгэл үйлддэггүйг харуулсан Түүний үлгэр жишээ байв. Антихристийн хоёрдмол хүчийг бүрдүүлдэг хоёр хүч нь түүнийг сүмүүдийн тэргүүнээр өргөмжилсөн явдал, мөн түүнийг тэрс үзэлтнүүдийг залруулагч болгон өргөмжилсөн явдал байв. Газрын араатны хоёрдмол хүчийг бүрдүүлдэг хоёр хүч нь Бүгд найрамдах үзэл ба Протестантизмын хоёр эвэр мөн.</w:t>
      </w:r>
    </w:p>
    <w:p>
      <w:pPr>
        <w:pStyle w:val="ArticleScripture"/>
        <w:jc w:val="left"/>
      </w:pPr>
      <w:r>
        <w:rPr>
          <w:rFonts w:ascii="Times New Roman" w:hAnsi="Times New Roman" w:eastAsia="Times New Roman" w:cs="Times New Roman"/>
        </w:rPr>
        <w:t>“‘Тэгээд тэр хурганы адил хоёр эвэртэй байв.’ Хурга мэт эвэр нь залуу нас, гэмгүй ариун чанар, дөлгөөн байдлыг илтгэдэг бөгөөд 1798 онд эш үзүүлэгчид ‘гарч ирж буй’ байдлаар үзүүлэгдэх үедээ Америкийн Нэгдсэн Улсын шинж чанарыг оновчтойгоор төлөөлдөг. Хаадын дарлал, санваартнуудын үл тэвчих байдлаас зугтан Америк руу анх дүрвэж, орогнох газар эрсэн Христийн шашинт цөллөгдөгсдийн дунд иргэний болон шашны эрх чөлөөний өргөн суурин дээр төр улсаа байгуулахаар шийдсэн олон хүн байв. Тэдний үзэл санаа Тусгаар тогтнолын Тунхаглалд тусгагдсан бөгөөд уг тунхаглал нь ‘бүх хүн тэгш бүтээгдсэн’ бөгөөд ‘амьд явах, эрх чөлөөтэй байх, аз жаргалыг эрэлхийлэх’ салшгүй эрхээр заяагдсан гэсэн агуу үнэнийг илэрхийлдэг. Мөн Үндсэн хууль нь ард түмэнд өөрсдийгөө удирдах эрхийг баталгаажуулж, ард түмний саналаар сонгогдсон төлөөлөгчид хуулийг тогтоож, хэрэгжүүлэхээр заасан байдаг. Шашны итгэлийн эрх чөлөөг мөн олгосон бөгөөд хүн бүр өөрийн мөс чанарын зааврын дагуу Бурханд мөргөхийг зөвшөөрсөн юм. Бүгд найрамдах ёс ба Протестантизм нь энэ үндэстний үндсэн зарчмууд болсон. Эдгээр зарчим нь түүний хүч чадал, цэцэглэлтийн нууц мөн. Христийн ертөнц даяарх дарлагдсан, мөлжигдсөн хүмүүс сонирхол, найдвар дүүрэнгээр энэ газар орныг харж ирсэн. Сая сая хүн түүний эрэгт хүрэхийг эрэлхийлсэн бөгөөд Америкийн Нэгдсэн Улс дэлхийн хамгийн хүчирхэг үндэстнүүдийн нэгний байр сууринд хүрч өссөн юм.” Агуу Тэмцэл, 441.</w:t>
      </w:r>
    </w:p>
    <w:p>
      <w:pPr>
        <w:pStyle w:val="ArticleBody"/>
        <w:jc w:val="left"/>
      </w:pPr>
      <w:r>
        <w:rPr>
          <w:rFonts w:ascii="Times New Roman" w:hAnsi="Times New Roman" w:eastAsia="Times New Roman" w:cs="Times New Roman"/>
        </w:rPr>
        <w:t>1776, 1789, 1798 онууд нь найм дахь нь долоогийнх гэдгийг онцлон харуулдаг гурван түүхийг төлөөлдөг. 1776 он нь Тусгаар тогтнолын тунхаглалыг нийтэлсэн явдал болон Эхний, Хоёр дахь Тив дамнасан Конгрессын түүхийг төлөөлдөг. 1789 он нь Үндсэн хуулийг нийтэлсэн явдал болон Холбооны зүйлсийн түүхийг төлөөлдөг. 1798 он нь Харь гарагийнхан ба Гүтгэлгийн тухай хуулиудыг нийтэлсэн явдал болон Библийн эш үзүүллэгийн зургаа дахь хаант улс болох газрын араатны эхлэлийг төлөөлдөг.</w:t>
      </w:r>
    </w:p>
    <w:p>
      <w:pPr>
        <w:pStyle w:val="ArticleBody"/>
        <w:jc w:val="left"/>
      </w:pPr>
      <w:r>
        <w:rPr>
          <w:rFonts w:ascii="Times New Roman" w:hAnsi="Times New Roman" w:eastAsia="Times New Roman" w:cs="Times New Roman"/>
        </w:rPr>
        <w:t>Тив дамнасан Анхны Их Хурал 1774 онд болсон бөгөөд Америкийн Хувьсгалт дайны үед засаглах байгууллагын үүргийг гүйцэтгэж, Америкийн Нэгдсэн Улсын эхэн үеийн түүхэнд шийдвэрлэх ач холбогдолтой байгууллага байсан юм. Тив дамнасан Их Хурлууд нь эш үзүүллэгийн хувьд анхны их хурал ба сүүлчийн их хурал гэсэн хоёр үед хуваагдана. Тив дамнасан Анхны Их Хурал хоёр ерөнхийлөгчтэй байсан бөгөөд 1774 оны 9 дүгээр сарын 5-наас 10 дугаар сарын 26-ныг хүртэл Филадельфид хуралдсан. Пейтон Рандольф 9 дүгээр сарын 5-наас 10 дугаар сарын 22-ныг хүртэл хурлын анхны ерөнхийлөгчөөр ажилласан бөгөөд дараа нь Хенри Миддлтон 1774 оны 10 дугаар сарын 26 хүртэлх дараагийн таван өдөр даргалсан.</w:t>
      </w:r>
    </w:p>
    <w:p>
      <w:pPr>
        <w:pStyle w:val="ArticleBody"/>
        <w:jc w:val="left"/>
      </w:pPr>
      <w:r>
        <w:rPr>
          <w:rFonts w:ascii="Times New Roman" w:hAnsi="Times New Roman" w:eastAsia="Times New Roman" w:cs="Times New Roman"/>
        </w:rPr>
        <w:t>Хоёрдугаар Тив Дундын Конгресс 1775 оноос 1781 он хүртэл үргэлжилсэн. Хоёрдугаар Тив Дундын Конгресс оршин тогтносон хугацаандаа зургаан ерөнхийлөгчтэй байв. Пэйтон Рэндолф 1775 оны 5 дугаар сарын 10-наас 1775 оны 5 дугаар сарын 24-нийг хүртэл ерөнхийлөгчөөр даргалсан. Тэрээр Нэгдүгээр Тив Дундын Конгрессын төдийгүй мөн Хоёрдугаар Тив Дундын Конгрессын анхны ерөнхийлөгч байсан. Нэгдүгээр болон Хоёрдугаар Тив Дундын Конгрессын түүхийн туршид нийт найман ерөнхийлөгч байсан.</w:t>
      </w:r>
    </w:p>
    <w:p>
      <w:pPr>
        <w:pStyle w:val="ArticleBody"/>
        <w:jc w:val="left"/>
      </w:pPr>
      <w:r>
        <w:rPr>
          <w:rFonts w:ascii="Times New Roman" w:hAnsi="Times New Roman" w:eastAsia="Times New Roman" w:cs="Times New Roman"/>
        </w:rPr>
        <w:t>Хоёр дахь Тив дамнасан Конгрессын хоёр дахь ерөнхийлөгч нь Жон Хэнкок байсан бөгөөд Хэнкок 1775 оны 5-р сарын 24-нөөс 1777 оны 10-р сарын 31 хүртэл тэргүүлсэн. Хенри Лоренс 1777 оны 11-р сарын 1-нээс 1778 оны 12-р сарын 9 хүртэл тэргүүлсэн. Жон Жэй 1778 оны 12-р сарын 10-наас 1779 оны 9-р сарын 28 хүртэл тэргүүлсэн. Самуэл Хантингтон 1779 оны 9-р сарын 28-наас 1781 оны 7-р сарын 9 хүртэл тэргүүлсэн. Томас МакКин 1781 оны 7-р сарын 10-наас 1781 оны 11-р сарын 4 хүртэл тэргүүлсэн.</w:t>
      </w:r>
    </w:p>
    <w:p>
      <w:pPr>
        <w:pStyle w:val="ArticleBody"/>
        <w:jc w:val="left"/>
      </w:pPr>
      <w:r>
        <w:rPr>
          <w:rFonts w:ascii="Times New Roman" w:hAnsi="Times New Roman" w:eastAsia="Times New Roman" w:cs="Times New Roman"/>
        </w:rPr>
        <w:t>Пэйтон Рэндолф нь Нэгдүгээр болон Хоёрдугаар Тивийн Конгрессын аль алиных нь анхны ерөнхийлөгч байсан. Энэ нь Тивийн Конгрессын хоёр үеийн туршид найман ерөнхийлөгчийн хугацаа байсныг илтгэж байгаа боловч, тэрхүү хоёр үе тус бүрийн анхны ерөнхийлөгч нь нэг л хүн байсан гэсэн үг юм. Иймээс ерөнхийлөгчийн найман хугацаа байсан хэдий ч, бодит байдалд ердөө долоон ерөнхийлөгч байсан. Анхны ерөнхийлөгч нь ерөнхийлөгчөөр ажилласан долоон хүний нэг байсан боловч, Рэндолф тэр түүхэнд хоёр удаа тэргүүлсэн учир, мөн тэрээр долоогоос гарсан найм дахьг төлөөлдөг.</w:t>
      </w:r>
    </w:p>
    <w:p>
      <w:pPr>
        <w:pStyle w:val="ArticleBody"/>
        <w:jc w:val="left"/>
      </w:pPr>
      <w:r>
        <w:rPr>
          <w:rFonts w:ascii="Times New Roman" w:hAnsi="Times New Roman" w:eastAsia="Times New Roman" w:cs="Times New Roman"/>
        </w:rPr>
        <w:t>Тивийн Конгрессуудын түүхэнд Хувьсгалт дайныг Конгресс удирдан явуулсан. Ийм учраас Жорж Вашингтон тэр үед хэзээ ч ерөнхийлөгч байгаагүй, учир нь тэрээр цэргийн хүчний дээрх анхны Ерөнхий командлагчаар томилогдсон байв.</w:t>
      </w:r>
    </w:p>
    <w:p>
      <w:pPr>
        <w:pStyle w:val="ArticleBody"/>
        <w:jc w:val="left"/>
      </w:pPr>
      <w:r>
        <w:rPr>
          <w:rFonts w:ascii="Times New Roman" w:hAnsi="Times New Roman" w:eastAsia="Times New Roman" w:cs="Times New Roman"/>
        </w:rPr>
        <w:t>Хоёр үеийн аль алиных нь анхны ерөнхийлөгч байсан тул Рэндолф нь анхны бодит ерөнхийлөгч Жорж Вашингтоныг дүрслэн илтгэх хоёр гэрчийг төлөөлдөг. Вашингтон Рэндолфоор төлөөлөгдсөн байдаг бөгөөд иймээс Рэндолф, Вашингтоны бэлгэдэл болохын хувьд, анхны ерөнхийлөгч Рэндолфын эш үзүүллэгийн шинжүүдийг хоёуланг нь илэрхийлэхээс гадна, мөн Рэндолф нь долооны дотроос гарсан найм дахь нь байсан гэдгийг ч илтгэнэ. Иймд Жорж Вашингтон, анхны ерөнхийлөгч бөгөөд анхны Ерөнхий командлагчийн хувьд, эш үзүүллэгийн утгаар мөн найм дахь нь байсан бөгөөд долооны дотроос гарсан нэгэн байв.</w:t>
      </w:r>
    </w:p>
    <w:p>
      <w:pPr>
        <w:pStyle w:val="ArticleBody"/>
        <w:jc w:val="left"/>
      </w:pPr>
      <w:r>
        <w:rPr>
          <w:rFonts w:ascii="Times New Roman" w:hAnsi="Times New Roman" w:eastAsia="Times New Roman" w:cs="Times New Roman"/>
        </w:rPr>
        <w:t>Есүс аливаа зүйлийн төгсгөлийг эхлэлээр нь дүрслэн үзүүлдэг тул сүүлчийн ерөнхийлөгч бөгөөд Ерөнхий командлагч нь долооноос гарсан найм дахь нь байх болно. Энэхүү эш үзүүллэгийн баримт нь 1776 оны анхны тэмдэглэлт цаг үеийн огноо болон Тусгаар тогтнолын тунхаглалын нийтлэгдсэн явдлаар төлөөлөгдөх Нэгдүгээр болон Хоёрдугаар Тивийн Конгрессуудын түүхэнд тогтоогддог.</w:t>
      </w:r>
    </w:p>
    <w:p>
      <w:pPr>
        <w:pStyle w:val="ArticleBody"/>
        <w:jc w:val="left"/>
      </w:pPr>
      <w:r>
        <w:rPr>
          <w:rFonts w:ascii="Times New Roman" w:hAnsi="Times New Roman" w:eastAsia="Times New Roman" w:cs="Times New Roman"/>
        </w:rPr>
        <w:t>1776 оны замын тэмдэг нь 2001 оны 9 дүгээр сарын 11 болон Патриот хуулийг бэлгэдэн дүрсэлдэг бөгөөд тэнд Америкийн тусгаар тогтнол Английн хуулийн дор бус, Ромын хуулийн эрх мэдлийн дор тавигдсан юм. Энэ нь тун удахгүй ирэх Ням гаргийн хуулиар папын засаглал дахин нэгэнтээ дэлхийн хаан ширээг эзлэх замыг бэлтгэдэг эш үзүүллэгийн хугацааны эхлэлийг тэмдэглэдэг.</w:t>
      </w:r>
    </w:p>
    <w:p>
      <w:pPr>
        <w:pStyle w:val="ArticleBody"/>
        <w:jc w:val="left"/>
      </w:pPr>
      <w:r>
        <w:rPr>
          <w:rFonts w:ascii="Times New Roman" w:hAnsi="Times New Roman" w:eastAsia="Times New Roman" w:cs="Times New Roman"/>
        </w:rPr>
        <w:t>1776 оноор төлөөлөгдсөн эш үзүүллэгийн хугацааны адил, уг эш үзүүллэгийн хугацаа нь 1781 онд Хоёрдугаар Тивийн Конгресс өндөрлөснөөс 1789 он хүртэлх түүхийг төлөөлдөг бөгөөд 1789 он нь Үндсэн хууль нийтлэгдсэнтэй холбогдох замын тэмдгийг тогтоодог огноо мөн. Тэрхүү түүхэнд мөн найман ерөнхийлөгч байсан. 1781 оноос 1789 он хүртэлх түүх бол Холбооны өгүүллүүдийн түүх мөн. Холбооны өгүүллүүд нь анхны Үндсэн хуулийг төлөөлж байсан боловч Холбооны өгүүллүүдийн сул тал нь түүнийг солиход хүргэж, 1789 онд Үндсэн хуулийг соёрхон батлахад хүргэсэн.</w:t>
      </w:r>
    </w:p>
    <w:p>
      <w:pPr>
        <w:pStyle w:val="ArticleBody"/>
        <w:jc w:val="left"/>
      </w:pPr>
      <w:r>
        <w:rPr>
          <w:rFonts w:ascii="Times New Roman" w:hAnsi="Times New Roman" w:eastAsia="Times New Roman" w:cs="Times New Roman"/>
        </w:rPr>
        <w:t>Тэр үе дэх найман ерөнхийлөгч нь Хоёр Тивийн Конгрессын түүхэнд ерөнхийлөгч байгаагүй долоон ерөнхийлөгчөөс, мөн тэрхүү анхны эш үзүүллэгийн үед бас ерөнхийлөгч байсан нэгэн хүнээс бүрдэж байв. Жон Хэнкок Хоёр дахь Тивийн Конгресст ч, мөн Холбооны Зүйлүүдээр төлөөлөгдсөн үед ч үйлчилсэн. Эш үзүүллэгийн түвшинд, Хоёр Тивийн Конгрессын үед ерөнхийлөгч байсан хүн ердөө долоо байсан тул, эш үзүүллэгийн утгаар Жон Хэнкок Холбооны Зүйлүүдийн үеийн наймын нэг байсан боловч, тэрээр мөн өмнөх үеийн долоон хүний нэг байв. Иймээс тэр бол долоогоос гарсан найм дахь нь байлаа.</w:t>
      </w:r>
    </w:p>
    <w:p>
      <w:pPr>
        <w:pStyle w:val="ArticleBody"/>
        <w:jc w:val="left"/>
      </w:pPr>
      <w:r>
        <w:rPr>
          <w:rFonts w:ascii="Times New Roman" w:hAnsi="Times New Roman" w:eastAsia="Times New Roman" w:cs="Times New Roman"/>
        </w:rPr>
        <w:t>1789 оноор төлөөлөгдсөн хоёр дахь эш үзүүллэгийн хугацаанд мөн долоон хүний дотроос гарсан атлаа найм дахь нь болсон ерөнхийлөгч (Хэнкок) байсан нь, 1776 оноор төлөөлөгдсөн эхний эш үзүүллэгийн хугацаанд Пэйтон Рэндолфын байсанчлан байв. 1789 он нь 2021 оны 1 дүгээр сарын 6-ны Пелосигийн шүүлтүүдтэй нийцэж, тэдгээрийг төлөөлдөг.</w:t>
      </w:r>
    </w:p>
    <w:p>
      <w:pPr>
        <w:pStyle w:val="ArticleScripture"/>
        <w:jc w:val="left"/>
      </w:pPr>
      <w:r>
        <w:rPr>
          <w:rFonts w:ascii="Times New Roman" w:hAnsi="Times New Roman" w:eastAsia="Times New Roman" w:cs="Times New Roman"/>
        </w:rPr>
        <w:t>“ЭЗЭН Сион хотын хэрэм дээр үнэнч харуулуудтай бөгөөд тэд чангаар хашхирч, үл хэмнэн, дуу хоолойгоо бүрээ мэт өргөж, Түүний ард түмэнд тэдний гэм бурууг, Иаковын гэрт тэдний нүглийг үзүүлэх ёстой. ЭЗЭН үнэний дайсанд дөрөвдүгээр тушаалын Амралтын өдрийн эсрэг шийдэмгий хүчин чармайлт гаргахыг зөвшөөрсөн билээ. Тэрээр үүгээр эцсийн өдрүүдийн сорил болдог тэр асуудалд тодорхой, хүчтэй сонирхлыг сэрээхээр зорьж байна. Энэ нь гурав дахь тэнгэрэлчийн мэдээг хүч чадалтайгаар тунхаглагдах замыг нээнэ.”</w:t>
      </w:r>
    </w:p>
    <w:p>
      <w:pPr>
        <w:pStyle w:val="ArticleScripture"/>
        <w:jc w:val="left"/>
      </w:pPr>
      <w:r>
        <w:rPr>
          <w:rFonts w:ascii="Times New Roman" w:hAnsi="Times New Roman" w:eastAsia="Times New Roman" w:cs="Times New Roman"/>
        </w:rPr>
        <w:t>“Үнэнд итгэдэг хэн боловч эдүгээ дуугүй байг хэмээн бүү үзэг. Одоо хэн ч хайхрамжгүй байж үл болно; харин бүгд нигүүлслийн сэнтийн өмнө гуйлт, залбиралаа өргөн, ‘Та нар Миний нэрээр юуг ч гуйвал, Би түүнийг үйлдэнэ’ (Иохан 14:13) гэсэн амлалтыг эш татан гуйгтун. Одоо аюултай цаг үе мөн. Хэрэв өөрийгөө эрх чөлөөний орон хэмээн сайрхдаг энэ газар Үндсэн хуульд нь агуулагддаг зарчим бүрийг золиослохоор бэлтгэж, шашны эрх чөлөөг дарангуйлах, папын худал сургаал ба мэхлэлтийг албадан тогтоох зарлиг гаргаж байгаа бол Бурханы ард түмэн Хамгийн Дээдийн өмнө итгэлээр гуйлтаа өргөх хэрэгтэй. Түүнд найдвараа тавьдаг хүмүүст Бурханы амлалтуудад урам зориг өгөх бүрэн үндэс бий. Хувийн аюул болон зовлонд унах төлөв байдал нь цөхрөл төрүүлэх ёсгүй, харин Бурханы ард түмний эрч хүч ба найдлагыг улам хурцатгах учиртай; учир нь тэдний аюулын цаг нь Бурхан Өөрийн хүч чадлын илүү тод илрэлүүдийг тэдэнд соёрхон үзүүлэх үе мөн.”</w:t>
      </w:r>
    </w:p>
    <w:p>
      <w:pPr>
        <w:pStyle w:val="ArticleScripture"/>
        <w:jc w:val="left"/>
      </w:pPr>
      <w:r>
        <w:rPr>
          <w:rFonts w:ascii="Times New Roman" w:hAnsi="Times New Roman" w:eastAsia="Times New Roman" w:cs="Times New Roman"/>
        </w:rPr>
        <w:t>“Бид дарлал, зовлон шаналал ирнэ хэмээн тайван хүлээлттэйгээр зүгээр сууж, бузар мууг зайлуулан зогсоохын тулд юу ч хийлгүй гараа эвхэж суух ёсгүй. Нэгдмэлээр өргөх бидний хашхираан тэнгэр өөд хүргэгдэг. Залбир, ажилла; ажилла, залбир. Гэвч хэн ч бодлогогүйгээр бүү үйлдэг. Урьд урьдаас илүүгээр зүрх сэтгэлдээ дөлгөөн, даруу байх ёстойгоо сур. Хувь хүмүүс ч бай, чуулганууд ч бай, хэний ч эсрэг доромжлон яллах ёсгүй. Оюун санаатай Христ хэрхэн харьцсантай адил харьцаж сур. Заримдаа хурц үгс хэлэгдэх хэрэгтэй байдаг; харин тод шулуун үнэнийг хэлэхээсээ өмнө Бурханы Ариун Сүнс зүрхэнд чинь оршин байгааг лавтай мэдэг; тэгээд тэр үнэн өөртөө зам гарган зүсэг. Зүсэх ажлыг чи хийх ёсгүй.” Selected Messages, book 2, 370.</w:t>
      </w:r>
    </w:p>
    <w:p>
      <w:pPr>
        <w:pStyle w:val="ArticleBody"/>
        <w:jc w:val="left"/>
      </w:pPr>
      <w:r>
        <w:rPr>
          <w:rFonts w:ascii="Times New Roman" w:hAnsi="Times New Roman" w:eastAsia="Times New Roman" w:cs="Times New Roman"/>
        </w:rPr>
        <w:t>Үндсэн хуулиар төлөөлүүлэн үзүүлсэн бэлтгэлийн эш үзүүллэгийн хугацаан дахь хоёр дахь замын тэмдэг нь дараагийн замын тэмдэг дээр Үндсэн хууль хүчингүй хийгдэх ёстойг илтгэн харуулдаг. Тэрхүү хоёр дахь замын тэмдэг нь Баптист Иоханаар, мөн Юстинианы зарлигаар дүрслэгдсэн бөгөөд эдгээр нь хоёулаа тухайн хугацаанд төлөөлөгдсөн эцсийн үйл явдлын ирэлттэй холбоотойгоор танин мэдүүлж, анхааруулгыг хүргэсэн юм. Иоханы хувьд энэ нь Христ Өөрийн амийн гэрээг Өөрийн үнэт цусаар баталгаажуулах үед Түүний эрх мэдлээр зэвсэглэгдэх явдал байсан; харин Юстинианы хувьд энэ нь антихристийн эрх мэдлээр зэвсэглэгдэх явдал байсан бөгөөд тэрээр өөрийн үхлийн гэрээг зовлон эдлэгчдийн цусаар батлах ёстой байв.</w:t>
      </w:r>
    </w:p>
    <w:p>
      <w:pPr>
        <w:pStyle w:val="ArticleBody"/>
        <w:jc w:val="left"/>
      </w:pPr>
      <w:r>
        <w:rPr>
          <w:rFonts w:ascii="Times New Roman" w:hAnsi="Times New Roman" w:eastAsia="Times New Roman" w:cs="Times New Roman"/>
        </w:rPr>
        <w:t>1789 онд Үндсэн хууль нь газрын араатны хоёр эвэрт эрх мэдэл олгогдсоныг тодорхойлон харуулсан бөгөөд үүгээрээ 1798 онд Гадаадынхан ба Үймээн самууны тухай хуулиудаар төлөөлөгдөн илэрхийлэгдсэн газрын араатны эрх мэдлийн хоёр эвэр удахгүй сүйрэхийг мөн тодорхойлсон юм. 2020 онд хоёр гэрч гудамжинд алагдах үедээ тэд 2021 оны 1 дүгээр сарын 6-ны Пелосигийн шүүлтүүдээр бэлгэдэгдсэн Үндсэн хуульд чиглэсэн үргэлжилсэн дайралтыг илчилж, түүнээс сэрэмжлүүлсэн юм.</w:t>
      </w:r>
    </w:p>
    <w:p>
      <w:pPr>
        <w:pStyle w:val="ArticleBody"/>
        <w:jc w:val="left"/>
      </w:pPr>
      <w:r>
        <w:rPr>
          <w:rFonts w:ascii="Times New Roman" w:hAnsi="Times New Roman" w:eastAsia="Times New Roman" w:cs="Times New Roman"/>
        </w:rPr>
        <w:t>2021 оны 1 дүгээр сарын 6 нь 533 онд Юстинианы зарлигаар бэлгэдэгдсэнчлэн тун удахгүй гарах Ням гаргийн хуулийн үед папын засаг эрх мэдэлжих тухай анхааруулга юм. 2021 оны 1 дүгээр сарын 6 болон 533 он хоёулаа 538 онд Орлеаны зөвлөл дээрх Ням гаргийн хуулиар, мөн 1798 оны Alien and Sedition Acts-аар бэлгэдэгдсэнчлэн тун удахгүй гарах Ням гаргийн хуулийн тухай анхааруулга өгдөг бөгөөд эдгээр нь мөн тун удахгүй гарах Ням гаргийн хуулийн үед газрын араатан луу мэт ярихыг бэлгэдсэн юм.</w:t>
      </w:r>
    </w:p>
    <w:p>
      <w:pPr>
        <w:pStyle w:val="ArticleBody"/>
        <w:jc w:val="left"/>
      </w:pPr>
      <w:r>
        <w:rPr>
          <w:rFonts w:ascii="Times New Roman" w:hAnsi="Times New Roman" w:eastAsia="Times New Roman" w:cs="Times New Roman"/>
        </w:rPr>
        <w:t>Ням гарагийн хуулийн үед папын засаглалын үхлийн шарх эдгэж, Илчлэлт номын арван долдугаар бүлгийн долоон толгойн нэгэн адил байдаг найм дахь толгой амилан босно. 1798 оны Гадаадынхны болон Самуун дэгдээлтийн тухай хуулиуд нь газрын араатны луу мэт ярихыг илэрхийлдэг бөгөөд энэ нь зөвхөн нарны шүтлэгийг албадан мөрдүүлэхээр зогсохгүй, түүнээс хойш бүх дэлхийг Илчлэлт номын арван гуравдугаар бүлгийн тэнгисийн араатны эрх мэдлийг, долоон толгойн нэгэн адил байдаг найм дахь толгойн хувьд, хүлээн зөвшөөрөхөд албадахаар хүргэдэг. Иймээс 1776, 1789, 1798 онуудаар бэлтгэлийн хугацаан дотор төлөөлөгдөн илэрхийлэгдсэн гурван үе тус бүрд, долоон дотроос байх найм дахьгийн эш үзүүллэгийн оньсого эш үзүүллэгийн байдлаар төлөөлөгдөн дүрслэгдсэн байдаг.</w:t>
      </w:r>
    </w:p>
    <w:p>
      <w:pPr>
        <w:pStyle w:val="ArticleBody"/>
        <w:jc w:val="left"/>
      </w:pPr>
      <w:r>
        <w:rPr>
          <w:rFonts w:ascii="Times New Roman" w:hAnsi="Times New Roman" w:eastAsia="Times New Roman" w:cs="Times New Roman"/>
        </w:rPr>
        <w:t>Нууцыг таних эхний хоёр замын тэмдэг (1776 ба 1789) нь газрын араатны эш үзүүллэгийн түүхийн дотор биелж буй оньсогыг хөндөж, харин гурав дахь замын тэмдэг нь папын эрх мэдлийн төлөө биелж буй нууцыг таньж өгдөг.</w:t>
      </w:r>
    </w:p>
    <w:p>
      <w:pPr>
        <w:pStyle w:val="ArticleBody"/>
        <w:jc w:val="left"/>
      </w:pPr>
      <w:r>
        <w:rPr>
          <w:rFonts w:ascii="Times New Roman" w:hAnsi="Times New Roman" w:eastAsia="Times New Roman" w:cs="Times New Roman"/>
        </w:rPr>
        <w:t>Бид энэхүү судлалыг дараагийн өгүүлэлд үргэлжлүүлэн авч үзнэ.</w:t>
      </w:r>
    </w:p>
    <w:p>
      <w:pPr>
        <w:pStyle w:val="ArticleScripture"/>
        <w:jc w:val="left"/>
      </w:pPr>
      <w:r>
        <w:rPr>
          <w:rFonts w:ascii="Times New Roman" w:hAnsi="Times New Roman" w:eastAsia="Times New Roman" w:cs="Times New Roman"/>
        </w:rPr>
        <w:t>“‘Газар дэлхий дээр оршин суугчдад хандан, тэд араатны хөргийг бүтээх ёстой гэж хэлж байна.’ Энд хууль тогтоох эрх мэдэл ард түмэнд оршдог засаглалын хэлбэр тодорхойгоор дүрслэгдсэн бөгөөд энэ нь зөгнөлд заагдсан үндэстэн бол Америкийн Нэгдсэн Улс мөн гэдгийн хамгийн тод нотолгоо юм.</w:t>
      </w:r>
    </w:p>
    <w:p>
      <w:pPr>
        <w:pStyle w:val="ArticleScripture"/>
        <w:jc w:val="left"/>
      </w:pPr>
      <w:r>
        <w:rPr>
          <w:rFonts w:ascii="Times New Roman" w:hAnsi="Times New Roman" w:eastAsia="Times New Roman" w:cs="Times New Roman"/>
        </w:rPr>
        <w:t>“Гэвч ‘араатны дүр’ гэж юу вэ? мөн энэ нь хэрхэн бүтээгдэх ёстой вэ? Энэ дүрийг хоёр эвэртэй араатан бүтээдэг бөгөөд энэ нь араатанд зориулсан дүр юм. Түүнчлэн үүнийг араатны дүр гэж нэрлэдэг. Тэгвэл энэ дүр ямар шинжтэй болох, мөн хэрхэн бүтээгдэхийг мэдэхийн тулд бид араатан өөрөө—папын эрх мэдлийн тогтолцооны—шинж чанаруудыг судлах ёстой.</w:t>
      </w:r>
    </w:p>
    <w:p>
      <w:pPr>
        <w:pStyle w:val="ArticleScripture"/>
        <w:jc w:val="left"/>
      </w:pPr>
      <w:r>
        <w:rPr>
          <w:rFonts w:ascii="Times New Roman" w:hAnsi="Times New Roman" w:eastAsia="Times New Roman" w:cs="Times New Roman"/>
        </w:rPr>
        <w:t>“Эртний сүм сайн мэдээний энгийн байдлаас хазайж, харь үндэстний зан үйл ба ёс заншлыг хүлээн авснаар завхран доройтоход, тэрээр Бурханы Сүнс болон хүч чадлыг алдсан; мөн ард түмний мөс чанарыг захирахын тулд иргэний эрх мэдлийн дэмжлэгийг эрэн хайсан. Үүний үр дүнд төрийн эрх мэдлийг захирч, түүнийг өөрийн зорилгыг урагшлуулахад, ялангуяа ‘тэрс үзлийг’ шийтгэхэд ашигласан папын засаглал бий болсон. Америкийн Нэгдсэн Улс араатны дүрийг байгуулахын тулд шашны эрх мэдэл иргэний засгийг тийнхүү захирч, төрийн эрх мэдэл мөн сүмээр өөрийн зорилгыг хэрэгжүүлэхэд ашиглагдах ёстой.”</w:t>
      </w:r>
    </w:p>
    <w:p>
      <w:pPr>
        <w:pStyle w:val="ArticleScripture"/>
        <w:jc w:val="left"/>
      </w:pPr>
      <w:r>
        <w:rPr>
          <w:rFonts w:ascii="Times New Roman" w:hAnsi="Times New Roman" w:eastAsia="Times New Roman" w:cs="Times New Roman"/>
        </w:rPr>
        <w:t>“Сүм хийд хэзээ нэгэн цагт иргэний эрх мэдлийг олж авмагц, өөрийн сургаалд үл нийлэх явдлыг шийтгэхийн тулд түүнийг ашиглаж ирсэн. Дэлхийн эрх мэдэлтнүүдтэй холбоо байгуулснаараа Ромын мөрөөр явсан протестант сүмүүд мөн адил мөс чанарын эрх чөлөөг хязгаарлах хүсэл эрмэлзлийг илэрхийлсэн. Үүний нэг жишээ нь Английн Сүмээс үл нийцэгчдийг удаан хугацаанд хавчин мөшгөсөн явдал юм. Арван зургаа, арван долоодугаар зууны туршид мянга мянган нонконформист үйлчлэгчид сүмүүдээсээ дүрвэхэд хүрч, пасторууд болон ард олны олон нь торгууль, хорих ял, эрүү шүүлт, мөн аллагаар амь үрэгдэхэд хүртэл өртсөн юм.</w:t>
      </w:r>
    </w:p>
    <w:p>
      <w:pPr>
        <w:pStyle w:val="ArticleScripture"/>
        <w:jc w:val="left"/>
      </w:pPr>
      <w:r>
        <w:rPr>
          <w:rFonts w:ascii="Times New Roman" w:hAnsi="Times New Roman" w:eastAsia="Times New Roman" w:cs="Times New Roman"/>
        </w:rPr>
        <w:t>“Анхны сүмийг иргэний засгийн газрын тусламжийг эрэлхийлэхэд хүргэсэн зүйл нь урвалт байв; энэ нь папын эрхт тогтолцоо—араатныг—хөгжих замыг бэлтгэсэн юм. Паул: ‘… урвалт ирж, … нүглийн хүн илчлэгдэх болно’ гэж хэлсэн.” 2 Тесалоник 2:3. Иймээс сүм доторх урвалт нь араатны дүрд хүргэх замыг бэлтгэх болно.</w:t>
      </w:r>
    </w:p>
    <w:p>
      <w:pPr>
        <w:pStyle w:val="ArticleScripture"/>
        <w:jc w:val="left"/>
      </w:pPr>
      <w:r>
        <w:rPr>
          <w:rFonts w:ascii="Times New Roman" w:hAnsi="Times New Roman" w:eastAsia="Times New Roman" w:cs="Times New Roman"/>
        </w:rPr>
        <w:t>“Эзэн ирэхээс өмнө шашны доройтол эхний зуунуудад байсан лугаа адил байдалд хүрнэ хэмээн Библи тунхагладаг. ‘Эцсийн өдрүүдэд хэцүү цагууд ирнэ. Учир нь хүмүүс өөрсдийгөө хайрлагч, шунахай, онгироо, бардам, доромжлогч, эцэг эхдээ дуулгаваргүй, талархалгүй, ариун бус, төрөлхийн энэрэлгүй, эвлэршгүй, гүтгэгч, биеэ захирдаггүй, догшин, сайныг үзэн ядагч, урвагч, бодлогогүй омголон, ихэрхүү, Бурханыг хайрлагчаас илүү таашаалыг хайрлагч байх бөгөөд; тэд бурханлаг байдлын дүр төрхийг хадгалсан атлаа түүний хүчийг үгүйсгэнэ.’ 2 Тимот 3:1–5. ‘Хожмын цагт зарим нь итгэлээс няцаж, мэхлэгч сүнснүүд болон чөтгөрүүдийн сургаалд анхаарна гэж Сүнс тодорхой айлдаж байна.’ 1 Тимот 4:1. Сатан ‘бүх хүч, тэмдэг, худал гайхамшгууд, мөн зөвт бусын бүх мэхлэлээр’ үйлдэх болно. Мөн ‘аврагдахын тулд үнэний хайрыг хүлээн аваагүй’ бүхэн ‘худалд итгүүлэх хүчтэй төөрөгдөл’-д орхигдоно. 2 Тесалоник 2:9–11. Ийм бурхангүй байдлын хэмжээнд хүрэхэд, эхний зуунуудад байсан шиг мөн адил үр дүн гарна.” Агуу Тэмцэл,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Гучин Зургаа</dc:title>
  <dc:subject>Бүгд Найрамдах үзэл ба Протестантизмын эш үзүүллэгт шилжилт: Үхлээс Амилал руу</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