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Долоо</w:t>
      </w:r>
    </w:p>
    <w:p>
      <w:pPr>
        <w:pStyle w:val="ArticleSubtitle"/>
        <w:jc w:val="left"/>
      </w:pPr>
      <w:r>
        <w:rPr>
          <w:rFonts w:ascii="Arial" w:hAnsi="Arial" w:eastAsia="Arial" w:cs="Arial"/>
        </w:rPr>
        <w:t>Тэмдэгт он жилүүдийн эш үзүүллэгийн ач холбогдлыг нээн илрүүлэх нь: 1776 оноос 2023 он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2001 оны 9 дүгээр сарын 11-нд эхэлж, АНУ дахь Ням гаргийн хуулиар төгсөх нэг зуун дөчин дөрвөн мянгын тамгалагдах цаг үе нь аливаа үзэгдлийн үр нөлөө биеллээ олдог үе мөн. Тэдгээр үзэгдлүүдийн зарим нь Христийн хоёр дахь ирэлт хүртэл бүрэн сунан үргэлжилдэг боловч, Ням гаргийн хуулийн дараа тохиолдох зүйлс хүртэл ч тамгалагдах энэ үед суурилагдсан байдаг. Нэг зуун дөчин дөрвөн мянгын тамгалагдал нь мөнхийн гэрээ төгсөөр биелдэг газар мөн. Тэр цаг үед Христ Өөрийн хуулийг Өөрийн ард түмний зүрх сэтгэл ба оюун ухаанд мөнхийн төлөө бичдэг. Тэрхүү тамга нь нүгэл үйлддэггүй бурханлаг чанар ба хүн төрөлхтний чанарын нэгдлээр төлөөлөгддөг.</w:t>
      </w:r>
    </w:p>
    <w:p>
      <w:pPr>
        <w:pStyle w:val="ArticleBody"/>
        <w:jc w:val="left"/>
      </w:pPr>
      <w:r>
        <w:rPr>
          <w:rFonts w:ascii="Times New Roman" w:hAnsi="Times New Roman" w:eastAsia="Times New Roman" w:cs="Times New Roman"/>
        </w:rPr>
        <w:t>“Хоёр зуун хорь” хэмээх бэлгэдэлт холбоос нь сэргээн босголтыг ч, мөн бурханлаг чанар хүний чанартай нэгдэхийг ч төлөөлдөг. Хаан Жеймсийн Библиэс Уильям Миллерийн 1831 онд хийсэн анхны олон нийтийн танилцуулга хүртэлх, мөн эцэст нь 1833 онд Vermont Telegraph-д хэвлэгдсэн хүртэлх хоёр зуун хорин жил нь бурханлаг чанар хүний чанартай нэгдэхийг төлөөлдөг. Энэ нь “үнэн”-ий гарын үсгийг агуулдаг бөгөөд “үнэн” гэдэг нь Еврей цагаан толгойн эхний, арван гурав дахь, сүүлчийн үсгүүдийг нэгтгэн “үнэн” гэх үгийг бүрдүүлсэн Гайхамшигт Хэлзүйчийн бүтээсэн еврей үг юм. 1611 он, Хаан Жеймсийн Библиэс 1831 он ба Миллерийн өөрийн захиасыг хэвлүүлсэн үе хүртэлх хоёр зуун хорин жил нь Гайхамшигт Хэлзүйчийн гарын үсгийг тусган харуулдаг.</w:t>
      </w:r>
    </w:p>
    <w:p>
      <w:pPr>
        <w:pStyle w:val="ArticleBody"/>
        <w:jc w:val="left"/>
      </w:pPr>
      <w:r>
        <w:rPr>
          <w:rFonts w:ascii="Times New Roman" w:hAnsi="Times New Roman" w:eastAsia="Times New Roman" w:cs="Times New Roman"/>
        </w:rPr>
        <w:t>Тэдгээр хоёр огнооны (1611 ба 1831) дунд орших 1798 оны төгсгөлийн цаг нь Даниелын номоос (King James Библи) нэгэн мэдээний лацыг нээхийг илэрхийлдэг бөгөөд энэ нь 1831 онд Миллерийн хэвлэлийг авчирсан мэдлэгийн өсөлтийг бий болгосон юм. 1798 оны төгсгөлийн цаг мөн сорилтын үйл явцын эхлэлийг тэмдэглэсэн бөгөөд тэрхүү үйл явц нь мэргэн бус охидын тэрслүү бослогыг төрүүлсэн; Даниел арван хоёрдугаар бүлэгт тэднийг ёс бус хүмүүс хэмээн тодорхойлдог. Иймээс 1798 нь эхний ба сүүлчийн үсгийн дунд орших арван гурав гэсэн тоог төлөөлдөг, учир нь арван гурав нь тэрслүүгийн бэлгэдэл юм. 1798 он мөн 1776 оноос 1798 он хүртэлх, төгсгөлийн цаг болох бэлтгэлийн үетэй холбогддог.</w:t>
      </w:r>
    </w:p>
    <w:p>
      <w:pPr>
        <w:pStyle w:val="ArticleBody"/>
        <w:jc w:val="left"/>
      </w:pPr>
      <w:r>
        <w:rPr>
          <w:rFonts w:ascii="Times New Roman" w:hAnsi="Times New Roman" w:eastAsia="Times New Roman" w:cs="Times New Roman"/>
        </w:rPr>
        <w:t>Миллерийн хоёр зуун хорин жилийн холбоосын адил, 1776 он мөн тэнгэрлэг нэгэн тунхаглал болох Тусгаар тогтнолын Тунхгаар тэмдэглэгдэж, 1798 онд Харь иргэд ба үймээн самууны тухай хуулиудын нийтлэлээр төгсөх нэгэн үеийг эхлүүлдэг. Тэнгэрлэг ба хүний чанарын бэлгэдэлт холбоос болох Миллерийн хоёр зуун хорин жил нь, 1798 онтой холбогдон, Тусгаар тогтнолын Тунхгийн нийтлэлээс 1798 оны Харь иргэд ба үймээн самууны тухай хуулиудын нийтлэл хүртэлх бэлтгэлийн хорин хоёр жилтэй холбогддог. Хорин хоёр нь хоёр зуун хорийн аравны нэг, өөрөөр хэлбэл хоёр зуун хорийн аравны нэгэн өргөл тул, хорин хоёр гэсэн тоо нь хоёр зуун хорь гэсэн тооны адил тэнгэрлэг чанар хүний чанартай холбогдохыг төлөөлдөг.</w:t>
      </w:r>
    </w:p>
    <w:p>
      <w:pPr>
        <w:pStyle w:val="ArticleBody"/>
        <w:jc w:val="left"/>
      </w:pPr>
      <w:r>
        <w:rPr>
          <w:rFonts w:ascii="Times New Roman" w:hAnsi="Times New Roman" w:eastAsia="Times New Roman" w:cs="Times New Roman"/>
        </w:rPr>
        <w:t>Миллерийн хоёр зуун хорин жил нь үнэний тамгатай байдаг шиг, нэг зуун дөчин дөрвөн мянгын лацдах цаг хугацаа ч мөн адил тийм тамгатай бөгөөд 1776 оноос 1798 он хүртэлх бэлтгэлийн үе ч мөн адил тэрхүү ижил тамгатай; учир нь түүний дундах он болох 1789 нь арван гурван колони батламжилсан Үндсэн хууль нийтлэгдсэнийг тэмдэглэдэг.</w:t>
      </w:r>
    </w:p>
    <w:p>
      <w:pPr>
        <w:pStyle w:val="ArticleBody"/>
        <w:jc w:val="left"/>
      </w:pPr>
      <w:r>
        <w:rPr>
          <w:rFonts w:ascii="Times New Roman" w:hAnsi="Times New Roman" w:eastAsia="Times New Roman" w:cs="Times New Roman"/>
        </w:rPr>
        <w:t>1611 онд эхэлж 1831 онд төгссөн, дундаж цэг нь 1798 онд байсан Миллерийн холбоос нь 1776–1798 оны хорин хоёр жилийн хугацаатай, дундаж цэг нь 1789 онтойгоор холбогддог. 1611, 1776, 1789, 1798, 1831 гэсэн эдгээр таван огноо бүгд хэвлэн нийтлэх ажлаар төлөөлөгдөнө. Бэлтгэлийн үеийн огноонууд 1776 оноос 1798 он хүртэлх хорин хоёр жилийн аравны нэгийг агуулдаг бөгөөд тэрхүү хугацаа нь бурханлаг чанар хүн чанартай нэгддэг цаг болох нэг зуун дөчин дөрвөн мянгын тамгалагдах үеийг дүрслэн харуулдаг. Миллерийн хоёр зуун хорин жилийн хугацаа болон 1776 оноос 1798 он хүртэлх хорин хоёр жилийн бэлтгэлийн үе хоёулаа бурханлаг чанар ба хүн чанарын холбоосыг төлөөлдөг.</w:t>
      </w:r>
    </w:p>
    <w:p>
      <w:pPr>
        <w:pStyle w:val="ArticleBody"/>
        <w:jc w:val="left"/>
      </w:pPr>
      <w:r>
        <w:rPr>
          <w:rFonts w:ascii="Times New Roman" w:hAnsi="Times New Roman" w:eastAsia="Times New Roman" w:cs="Times New Roman"/>
        </w:rPr>
        <w:t>Нэг зуун дөчин дөрвөн мянгын тамгалагдах цаг 2001 оны 9 дүгээр сарын 11-нд эхэлсэн бөгөөд гурав дахь гай зовлонгийн Ислам сүнслэг алдарт газрыг цохисноор тэмдэглэгдсэн юм. Хорин хоёр жилийн дараа, 2023 оны 10 дугаар сарын 7-нд, гурав дахь гай зовлонгийн Ислам хэв шинжит, бодит алдарт газрыг дахин цохив. Удахгүй ирэх Ням гаргийн хуулийн үед нэг зуун дөчин дөрвөн мянгын тамгалагдал төгсөх бөгөөд гурав дахь гай зовлонгийн Ислам АНУ-ыг дахин цохих болно.</w:t>
      </w:r>
    </w:p>
    <w:p>
      <w:pPr>
        <w:pStyle w:val="ArticleBody"/>
        <w:jc w:val="left"/>
      </w:pPr>
      <w:r>
        <w:rPr>
          <w:rFonts w:ascii="Times New Roman" w:hAnsi="Times New Roman" w:eastAsia="Times New Roman" w:cs="Times New Roman"/>
        </w:rPr>
        <w:t>Тамгалах цаг үе Исламын газраас гарсан араатан дээрх довтолгоогоор эхэлж, мөн Исламын газраас гарсан араатан дээрх довтолгоогоор төгсөнө. Дунд үед, гурав дахь гай зовлонгийн Ислам Израилийн үндэстнийг цохисон бөгөөд Библийн дагуу тэр нь Иудагаар төлөөлөгддөг. Иуда нь Библийн эртний бодит алдарт нутаг байсан бөгөөд Америкийн Нэгдсэн Улс нь орчин үеийн сүнслэг алдарт нутаг мөн.</w:t>
      </w:r>
    </w:p>
    <w:p>
      <w:pPr>
        <w:pStyle w:val="ArticleBody"/>
        <w:jc w:val="left"/>
      </w:pPr>
      <w:r>
        <w:rPr>
          <w:rFonts w:ascii="Times New Roman" w:hAnsi="Times New Roman" w:eastAsia="Times New Roman" w:cs="Times New Roman"/>
        </w:rPr>
        <w:t>Исламын гурван цохилт бүгд сүр жавхлант газрын эсрэг хэрэгжсэн. Эхний бөгөөд сүүлчийнх нь орчин үеийн сүнслэг сүр жавхлант газрын эсрэг байсан бол дундах цохилт нь эртний бодит сүр жавхлант газрын эсрэг үйлдэгдсэн юм. Дундах замын тэмдэг нь орчин үеийн Израиль улсын эсрэг хийсэн дайралт байсан бөгөөд Мессиагаа цовдолсноор бодит Израиль нь еврей цагаан толгойн арван гурав дахь үсгээр дүрслэгддэг бослогын бэлгэ тэмдэг болсон юм.</w:t>
      </w:r>
    </w:p>
    <w:p>
      <w:pPr>
        <w:pStyle w:val="ArticleBody"/>
        <w:jc w:val="left"/>
      </w:pPr>
      <w:r>
        <w:rPr>
          <w:rFonts w:ascii="Times New Roman" w:hAnsi="Times New Roman" w:eastAsia="Times New Roman" w:cs="Times New Roman"/>
        </w:rPr>
        <w:t>1776 оноос 1798 он хүртэлх бэлтгэлийн хугацаа нь мөн гурав дахь тэнгэрэлчийн хөдөлгөөний хоёр зуун хорин жилтэй холбоотой байдаг. Учир нь 1776 онд Тусгаар тогтнолын тунхаглалаас эхлэн 1996 он, мөн The Time of the End сэтгүүл хэвлэгдэн гарсан үе хүртэл хоёр зуун хорин жил болдог. Тэрхүү түүхийн дунд хэсэгт 1989 оны эцсийн цаг байрлаж байгаа бөгөөд энэ нь мунхаг хорон онгон охидын тэрслүүлийг тэмдэглэдэг. Иймээс 1611, 1776, 1789, 1798, 1831, 1989, 1996, 2001, 2023 он болон тун удахгүй ирэх Ням гарагийн хууль нь бүгд бурханлаг чанар хүн төрөлхтөнтэй нэгдсэн үед нүгэл үйлддэггүй гэсэн үнэнийтэй холбоотой замын тэмдэглэлүүд юм. Арван замын тэмдэглэл, тэдгээрийн хоёр нь хоёр дахин давтагдсан байна.</w:t>
      </w:r>
    </w:p>
    <w:p>
      <w:pPr>
        <w:pStyle w:val="ArticleBody"/>
        <w:jc w:val="left"/>
      </w:pPr>
      <w:r>
        <w:rPr>
          <w:rFonts w:ascii="Times New Roman" w:hAnsi="Times New Roman" w:eastAsia="Times New Roman" w:cs="Times New Roman"/>
        </w:rPr>
        <w:t>Арав гэдэг нь сорилтыг төлөөлдөг тоо бөгөөд 1776 ба 1798 гэсэн давтагдсан хоёр огноог нэмбэл, та арван хоёр замын тэмдэгтэй болно. Энэ нь нэг зуун дөчин дөрвөн мянгыг төлөөлдөг. Эдгээр замын тэмдэг бүхэн 2001 оны 9 дүгээр сарын 11-нээс удахгүй ирэх Ням гаргийн хуулийн үе хүртэл өрнөдөг нэг зуун дөчин дөрвөн мянгын соригдох үйл явцыг хөндөн өгүүлдэг бөгөөд энэ хугацаанд Христ гурав дахь тэнгэрэлчийн ажлыг гүйцэлдүүлэхдээ Өөрийн бурханлаг чанарыг нэг зуун дөчин дөрвөн мянгын хүний мөн чанартай нэгтгэдэг; тэд мөнхийн үлдсэн бүх хугацаанд нүгэл үйлддэггүй. Мэдээж, Исаиагийн хэлснээр “нүдээрээ харж, чихээрээ сонсож, зүрхээрээ ойлгож, эргэж, эдгэхийг” сонгодог хүмүүс л энэ баримтыг харж чадна.</w:t>
      </w:r>
    </w:p>
    <w:p>
      <w:pPr>
        <w:pStyle w:val="ArticleBody"/>
        <w:jc w:val="left"/>
      </w:pPr>
      <w:r>
        <w:rPr>
          <w:rFonts w:ascii="Times New Roman" w:hAnsi="Times New Roman" w:eastAsia="Times New Roman" w:cs="Times New Roman"/>
        </w:rPr>
        <w:t>1844 оны 10 дугаар сарын 22-нд гурав дахь тэнгэрэлч ирсэн нь Христ нэг зуун дөчин дөрвөн мянгыг тамгалах ажлыг гүйцэтгэхээр Өөрийн сүмд гэнэт хүрэлцэн ирсэнтэй хамт тохиосон юм. Тэр үед Миллерийн хөдөлгөөнийг дагагчдын нэг хэсэг Христийг даган Ариунаас ариун газарт орсон боловч, үүний дараа тэд гурав дахь тэнгэрэлчийн өсөн дэвжих гэрлийг цаашид дагахаа больж, анхны Кадешийн тэрслүү явдлыг дахин давтан, бүгд үхтлээ Лаодикийн цөлийн тэнүүлчлэлд оноогдов.</w:t>
      </w:r>
    </w:p>
    <w:p>
      <w:pPr>
        <w:pStyle w:val="ArticleBody"/>
        <w:jc w:val="left"/>
      </w:pPr>
      <w:r>
        <w:rPr>
          <w:rFonts w:ascii="Times New Roman" w:hAnsi="Times New Roman" w:eastAsia="Times New Roman" w:cs="Times New Roman"/>
        </w:rPr>
        <w:t>Христ гэнэт Ариун Дээд Газарт ороход, бурханлаг чанар ба хүний чанарын нэгдэл нь Түүний гүйцэтгэхээр бэлтгэгдсэн ажлыг төлөөлж байсан бөгөөд тэрхүү ажил нь хоёр гэрчтэй Гайхамшигт Хэл Шинжээчээр бэлгэдлээр дүрслэгдсэн байв. Тэдгээр гэрч нь Хабаккук ба Иохан байв. Хоёр номын ХОЁРДУГААР бүлгийн ХОРЬДУГААР зүйлд 1844 оны аравдугаар сарын 22-ны өдрийг заасан байдаг. Нэг нь тэр өдөр эхэлсэн эвлэрүүллийн ажлыг (нэг болголт, at-one-ment) онцлон тэмдэглэсэн бөгөөд нөгөө нь цэвэрлэгдэх ёстой байсан сүмийг тодорхойлсон юм.</w:t>
      </w:r>
    </w:p>
    <w:p>
      <w:pPr>
        <w:pStyle w:val="ArticleBody"/>
        <w:jc w:val="left"/>
      </w:pPr>
      <w:r>
        <w:rPr>
          <w:rFonts w:ascii="Times New Roman" w:hAnsi="Times New Roman" w:eastAsia="Times New Roman" w:cs="Times New Roman"/>
        </w:rPr>
        <w:t>Түүний гэнэт ирсэн сүм нь өдөр тутмынханд (харийн шашинт үзэл) болон эзгүйрлийн жигшүүрт зүйлд (папизм) талхлагдан доройтсон байсан сүмээр төлөөлөгдөнө. Тэрхүү сүм нь мөн устгагдаад гурав хоногийн дотор дахин босгогдсон сүм болох Христийг төлөөлдөг байв. Түүнчлэн, энэ нь 1798 оноос 1844 он хүртэл дөчин зургаан жилийн турш байгуулагдсан Миллерчүүдийн сүмийг төлөөлдөг байв. Мөн энэ нь хүний сүмийг төлөөлдөг бөгөөд тэр нь дөчин зургаан хромосомоор зохион байгуулагдаж, хүний биеийн удамзүйн бүтцийг тодорхойлон захирдаг. Хүний биеийн эс бүр хоёр мянга таван зуун хорин хоног тутам бүрэн шинэчлэгддэг нь санамсаргүй хэрэг биш юм.</w:t>
      </w:r>
    </w:p>
    <w:p>
      <w:pPr>
        <w:pStyle w:val="ArticleBody"/>
        <w:jc w:val="left"/>
      </w:pPr>
      <w:r>
        <w:rPr>
          <w:rFonts w:ascii="Times New Roman" w:hAnsi="Times New Roman" w:eastAsia="Times New Roman" w:cs="Times New Roman"/>
        </w:rPr>
        <w:t>Христийн бурханлаг чанарыг хүн чанартай нэгтгэх ажлыг төлөөлдөг ариун сүмийн талаарх эдгээр бүх тэнгэрлэг дүрслэлд бурханлаг чанар нь хүн чанараас үргэлж урьтаж байдаг. 1611 нь 1831-ээс өмнө. 1776 нь 1798-аас өмнө. 1776 нь 1996-аас өмнө. 2001 нь 2023-аас өмнө. Миллеритүүд Христийг даган Хамгийн Ариун Газарт орсон. Эхэнд Бурхан хүнийг бүтээсэн.</w:t>
      </w:r>
    </w:p>
    <w:p>
      <w:pPr>
        <w:pStyle w:val="ArticleBody"/>
        <w:jc w:val="left"/>
      </w:pPr>
      <w:r>
        <w:rPr>
          <w:rFonts w:ascii="Times New Roman" w:hAnsi="Times New Roman" w:eastAsia="Times New Roman" w:cs="Times New Roman"/>
        </w:rPr>
        <w:t>Одоо бид тамгалах үеийг бэлгэдэн илэрхийлдэг бэлтгэлийн хугацааг төлөөлөх 1776, 1789, 1798 онуудын гурван тэмдэгт үеийг дахин авч үзье. Эхний үе нь 1776 он, Тусгаар тогтнолын тунхаглал, мөн Тивийн хоёр Конгрессын үеээр төлөөлөгдөнө; харин хоёр дахь үе нь 1789 он, Үндсэн хууль, мөн Холбооны зүйлсийн үеэс 1798 он хүртэлх хугацаагаар төлөөлөгдөнө.</w:t>
      </w:r>
    </w:p>
    <w:p>
      <w:pPr>
        <w:pStyle w:val="ArticleBody"/>
        <w:jc w:val="left"/>
      </w:pPr>
      <w:r>
        <w:rPr>
          <w:rFonts w:ascii="Times New Roman" w:hAnsi="Times New Roman" w:eastAsia="Times New Roman" w:cs="Times New Roman"/>
        </w:rPr>
        <w:t>Араатны дүрсний нууц, өөрөөр хэлбэл найм дахь толгой нь долоон толгойн нэг мөн гэсэн үнэн, энэ хоёр үеийн аль алинд нь тодорхойлогддог. Энэ нь мөн тэрхүү түүхийн гурав дахь замын тэмдэгт тодорхойлогддог боловч, тэрхүү замын тэмдэг нь найм дахь нь долооны нэг байхыг папын засаглалаар биелэгдсэнээр авч үздэг. Эхний хоёр үе нь найм дахь нь долооны нэг байх биелэлтийг Америкийн Нэгдсэн Улсын дотор төлөөлдөг.</w:t>
      </w:r>
    </w:p>
    <w:p>
      <w:pPr>
        <w:pStyle w:val="ArticleBody"/>
        <w:jc w:val="left"/>
      </w:pPr>
      <w:r>
        <w:rPr>
          <w:rFonts w:ascii="Times New Roman" w:hAnsi="Times New Roman" w:eastAsia="Times New Roman" w:cs="Times New Roman"/>
        </w:rPr>
        <w:t>Америкийн Нэгдсэн Улс хоёр эвэртэй бөгөөд тэдгээрийн нэг нь эр хүнтэй, нөгөө нь эмэгтэй хүнтэй холбоотой. Эр хүн нь улс төрийн эрх мэдэл бөгөөд энэ нь Бүгд Найрамдах эвэр юм. Эмэгтэй хүн нь шашны эрх мэдэл бөгөөд энэ нь Протестант эвэр юм. Иймээс 1776 он болон Тусгаар тогтнолын тунхаглалаар илэрхийлэгдсэн үе нь Протестант эвэрийг төлөөлж байна, учир нь бурханлаг чанар нь хүнлэг чанараас үргэлж түрүүлдэг. 1789 он болон Үндсэн хуулиар илэрхийлэгдсэн үе нь Бүгд Найрамдах эвэрийг төлөөлж байна.</w:t>
      </w:r>
    </w:p>
    <w:p>
      <w:pPr>
        <w:pStyle w:val="ArticleBody"/>
        <w:jc w:val="left"/>
      </w:pPr>
      <w:r>
        <w:rPr>
          <w:rFonts w:ascii="Times New Roman" w:hAnsi="Times New Roman" w:eastAsia="Times New Roman" w:cs="Times New Roman"/>
        </w:rPr>
        <w:t>2020 онд хоёр эвэр хоёулаа орчин үеийн сатанлаг, атейст лууны хүчнүүдээр алагдсан. Жинхэнэ протестант эвэр 2020 оны 7 дугаар сарын 18-нд алагдсан бөгөөд Бүгд Найрамдах намын эвэр үүний дараа 2020 оны 11 дүгээр сарын 3-нд алагдсан. 2023 онд хоёр гэрч босож ирэхэд, тэдний үхсэн биеийн дээр баярлан цэнгэж байсан дэлхий айж эхэлсэн.</w:t>
      </w:r>
    </w:p>
    <w:p>
      <w:pPr>
        <w:pStyle w:val="ArticleBody"/>
        <w:jc w:val="left"/>
      </w:pPr>
      <w:r>
        <w:rPr>
          <w:rFonts w:ascii="Times New Roman" w:hAnsi="Times New Roman" w:eastAsia="Times New Roman" w:cs="Times New Roman"/>
        </w:rPr>
        <w:t>2023 онд газрын түүхийн эцсийн үеийн сүүлчийн үеийнхний дунд нэг зуун дөчин дөрвөн мянгыг тамгалах эцсийн ажил эхэлсэн. Одоо Тэнгэрлэг чанар мөнхийн туршид хүн чанартай нэгдэж байна. Учир нь эцсийн өдрүүдийн итгэлтэй хүмүүс мөнхийн туршид Христийн дүр төрхийг дахин илэрхийлж байна.</w:t>
      </w:r>
    </w:p>
    <w:p>
      <w:pPr>
        <w:pStyle w:val="ArticleBody"/>
        <w:jc w:val="left"/>
      </w:pPr>
      <w:r>
        <w:rPr>
          <w:rFonts w:ascii="Times New Roman" w:hAnsi="Times New Roman" w:eastAsia="Times New Roman" w:cs="Times New Roman"/>
        </w:rPr>
        <w:t>2023 онд газрын араатны үндэстэнд урвасан Сүмийг урвасан Төртэй нэгтгэх эцсийн ажил эхэлсэн. Тэр үед папын засаглалаар төлөөлөгдөх, урвасан Төрийг захирч буй урвасан Сүмээс бүрдэх эрх мэдлийн бүтэц байгуулагдаж, араатны дүрийг дахин бүтээж байв.</w:t>
      </w:r>
    </w:p>
    <w:p>
      <w:pPr>
        <w:pStyle w:val="ArticleBody"/>
        <w:jc w:val="left"/>
      </w:pPr>
      <w:r>
        <w:rPr>
          <w:rFonts w:ascii="Times New Roman" w:hAnsi="Times New Roman" w:eastAsia="Times New Roman" w:cs="Times New Roman"/>
        </w:rPr>
        <w:t>Дуудагдсан хүмүүсийн хувьд агуу сорилт нь “дуу хоолой, аянга цахилгаан, нижигнэх дуу” болон ирэх “газар хөдлөлт”-өөр дүрслэгдсэн араатны дүрийн бүрэлдэн тогтож буйг харах сорилт мөн. Лацдах үе бол үзэгдэл бүр өөрийн төгс нөлөөг (биелэлээ) олдог хугацаа юм. 1776 оноос 1798 он хүртэлх бэлтгэлийн үед, лацдах үеийг хэв шинжлэн үзүүлдэг тэр үед, зуун дөчин дөрвөн мянгын лацдах цагт Езекиел Хамгийн Ариун Газрыг харахдаа үзсэн үзэгдлийн нэг хэсэг болох, дугуйн доторх дугуйнууд байв. Эгч Уайт тэдгээр дугуйг “хүний үйл явдлуудын цогц харилцан үйлчлэл” хэмээн тодорхойлдог. 1776 оноос 1798 он хүртэлх бэлтгэлийн үе нь тэмдэглэвэл зохих тийм “хүний үйл явдлуудын цогц харилцан үйлчлэл”-ийн заримыг агуулж байв.</w:t>
      </w:r>
    </w:p>
    <w:p>
      <w:pPr>
        <w:pStyle w:val="ArticleBody"/>
        <w:jc w:val="left"/>
      </w:pPr>
      <w:r>
        <w:rPr>
          <w:rFonts w:ascii="Times New Roman" w:hAnsi="Times New Roman" w:eastAsia="Times New Roman" w:cs="Times New Roman"/>
        </w:rPr>
        <w:t>Нэг нь Хувьсгалт Франц Америкийн Нэгдсэн Улсыг төлөөлөн бэлгэдсэн гэсэн үнэнтэй холбоотой. Хоёр үндэстэн хоёулаа пап ламын эрх мэдлийг дэлхийн хаан ширээнд залж, мөн хоёулаа түүнийг тэндээс буулгана. Хоёр үндэстэн хоёулаа энэ ажлыг гүйцэлдүүлэхийн тулд цэргийн болон эдийн засгийн хүчээ зориулдаг. Хоёр үндэстэн хоёулаа тогтсон шашнаа гэнэт халж, Католик болдог. Хоёр үндэстэн хоёулаа тогтсон засгийн газрыг нь түлхэн унагадаг “газар хөдлөлт”-ийг амсдаг. Хоёр үндэстний түүх 1789 онтой хоорондоо холбогддог. Учир нь 1789 онд Францын хувьсгал эхэлж, АНУ-ын Үндсэн хууль хүчин төгөлдөр болсон юм.</w:t>
      </w:r>
    </w:p>
    <w:p>
      <w:pPr>
        <w:pStyle w:val="ArticleBody"/>
        <w:jc w:val="left"/>
      </w:pPr>
      <w:r>
        <w:rPr>
          <w:rFonts w:ascii="Times New Roman" w:hAnsi="Times New Roman" w:eastAsia="Times New Roman" w:cs="Times New Roman"/>
        </w:rPr>
        <w:t>Францын хувьсгал арван жил үргэлжилсэн. Наполеон Бонапарт Францын хувьсгалын сүүлчийн үе шатанд эрх мэдэлд хүрч гарч ирэв. Тэр нэр хүндтэй цэргийн удирдагч болж, 1799 оны 11 дүгээр сарын 9-нд амжилттай төрийн эргэлт хийснийхээ дараа Францын Бүгд Найрамдах Улсын Нэгдүгээр консул болох зам нээгдэн, Францын засгийн газарт гол үүрэг гүйцэтгэсэн юм.</w:t>
      </w:r>
    </w:p>
    <w:p>
      <w:pPr>
        <w:pStyle w:val="ArticleBody"/>
        <w:jc w:val="left"/>
      </w:pPr>
      <w:r>
        <w:rPr>
          <w:rFonts w:ascii="Times New Roman" w:hAnsi="Times New Roman" w:eastAsia="Times New Roman" w:cs="Times New Roman"/>
        </w:rPr>
        <w:t>1776-аас 1798 он хүртэлх бэлтгэлийн үеийн хоёр дахь хугацаанд долоогоос гарсан найм дахь хүн (дарааллаар биш) нь Жон Хэнкок байв. Тэрээр 1789 оноор (Францын хувьсгалын жилээр) төлөөлүүлсэн хоёр дахь хугацаан дахь найман ерөнхийлөгчийн нэг байсан. Тэр найман ерөнхийлөгчөөс 1776 оноор төлөөлүүлсэн эхний хугацаанд мөн ерөнхийлөгчөөр тэргүүлж байсан цорын ганц нь байв. Энэхүү эш үзүүллэгийн утгаар тэрээр долоогоос гарсан найм дахь нь байсан юм.</w:t>
      </w:r>
    </w:p>
    <w:p>
      <w:pPr>
        <w:pStyle w:val="ArticleBody"/>
        <w:jc w:val="left"/>
      </w:pPr>
      <w:r>
        <w:rPr>
          <w:rFonts w:ascii="Times New Roman" w:hAnsi="Times New Roman" w:eastAsia="Times New Roman" w:cs="Times New Roman"/>
        </w:rPr>
        <w:t>Тэр бол хүний үеийн тэмдэг мөн. Учир нь эхний үе нь тэнгэрлэгийг төлөөлдөг бөгөөд иймээс тэрээр хоёр үеийг (тэнгэрлэг ба хүний) хооронд нь холбодог тэмдэг юм. Түүний тэмдэг бол хүний түүхэн дэх хамгийн сайн мэддэг тэмдэг бөгөөд энэ нь түүний гайхамшигт гар бичмэлээс илүүг илэрхийлж байв.</w:t>
      </w:r>
    </w:p>
    <w:p>
      <w:pPr>
        <w:pStyle w:val="ArticleBody"/>
        <w:jc w:val="left"/>
      </w:pPr>
      <w:r>
        <w:rPr>
          <w:rFonts w:ascii="Times New Roman" w:hAnsi="Times New Roman" w:eastAsia="Times New Roman" w:cs="Times New Roman"/>
        </w:rPr>
        <w:t>Тусгаар тогтнолын тунхаглал дээрх Жон Хэнкокийн гарын үсэг нь түүхэн дэх хамгийн алдартай гарын үсэг юм. Түүний том, сүрлэг гарын үсэг нь бэлгэ тэмдэг болсон бөгөөд Америкийн тусгаар тогтнол, мөн Америкийн колониуд Британийн ноёрхлын эсрэг зоригтойгоор сөрөн зогссоныг илэрхийлдэг. 1776 онд Тунхаглалд гарын үсэг зурах үед Тивийн Конгрессын Ерөнхийлөгч байсан Хэнкок, III Жорж хаан нүдний шилгүйгээр ч түүнийг уншиж чадахаар өөрийн нэрийг тод томруунаар зурсан гэж уламжлагдан ярьдаг бөгөөд энэ нь түүний зоримог байдал, тусгаар тогтнолын үйл хэргийн төлөөх үнэнч шийдмэг байдлыг бэлгэддэг.</w:t>
      </w:r>
    </w:p>
    <w:p>
      <w:pPr>
        <w:pStyle w:val="ArticleBody"/>
        <w:jc w:val="left"/>
      </w:pPr>
      <w:r>
        <w:rPr>
          <w:rFonts w:ascii="Times New Roman" w:hAnsi="Times New Roman" w:eastAsia="Times New Roman" w:cs="Times New Roman"/>
        </w:rPr>
        <w:t>Хэнкок бол 1789 оноор төлөөлүүлсэн үеийн найман ерөнхийлөгчийн нэг байсан боловч, 1776 оноор төлөөлүүлсэн үеийн ерөнхийлөгчөөр ажилласан долоон хүний нэг мөн байв. Тэрээр Тусгаар тогтнолын Тунхагт гарын үсэг зурагдсан үед ерөнхийлөгч байсан. Хэнкок өөрийн хүний гарын үсгээр эдгээр хоёр үеийг хооронд нь холбодог бөгөөд тэрээр эхний түүхэнд ч, хоёр дахь түүхэнд ч байрладаг. Эхний түүх нь тэнгэрлэгийг төлөөлдөг бөгөөд хоёр дахь нь хүнийг төлөөлдөг; эдгээр хоёр түүхийг хооронд нь холбож буй гарын үсэг бол 1776 оноор төлөөлүүлсэн тэнгэрлэг үеийг 1789 оноор төлөөлүүлсэн хүний үетэй нэгтгэхийн тулд хүний зэмсгийг хэрэглэсэн Гайхамшигт Хэл шинжээчийн гарын үсэг мөн.</w:t>
      </w:r>
    </w:p>
    <w:p>
      <w:pPr>
        <w:pStyle w:val="ArticleBody"/>
        <w:jc w:val="left"/>
      </w:pPr>
      <w:r>
        <w:rPr>
          <w:rFonts w:ascii="Times New Roman" w:hAnsi="Times New Roman" w:eastAsia="Times New Roman" w:cs="Times New Roman"/>
        </w:rPr>
        <w:t>Дэлхийн түүхэнд танигдах байдлын хувьд Хэнкокийн гарын үсэгтэй өрсөлдөх өөр ганцхан гарын үсэг байдаг бөгөөд тэр нь мөн 1789 он болон Францын хувьсгалтай холбоотой гарын үсэг юм. Тэрхүү гарын үсэг нь Хэнкок илэрхийлэхийг зорьсон тэрхүү адил төрлийн зоримог байдлыг агуулсан байдаг бөгөөд Францын түүхэнд олддог.</w:t>
      </w:r>
    </w:p>
    <w:p>
      <w:pPr>
        <w:pStyle w:val="ArticleBody"/>
        <w:jc w:val="left"/>
      </w:pPr>
      <w:r>
        <w:rPr>
          <w:rFonts w:ascii="Times New Roman" w:hAnsi="Times New Roman" w:eastAsia="Times New Roman" w:cs="Times New Roman"/>
        </w:rPr>
        <w:t>Дэлхий нийтийн хүлээн зөвшөөрөл болон бэлгэдлийн ач холбогдлын үүднээс авч үзвэл, Наполеон Бонапартын гарын үсэг нь түүхэн болон соёлын өөр орчинд байсан хэдий ч Жон Хэнкокийнхтой дүйцэхүйц байр суурьтай юм. Францын нэрт цэрэг, улс төрийн удирдагч Наполеон Европын болон дэлхийн түүхэнд, ялангуяа Наполеоны дайнуудын үеэр, үлэмж ул мөр үлдээсэн билээ. Ихэвчлэн зоримог, өвөрмөц хэв маягаараа тодорхойлогддог түүний гарын үсэг нь түүний хүчирхэг нөлөө болон Европт авчирсан өргөн цар хүрээт өөрчлөлтүүдийн, түүний дотор Наполеоны хууль цааз хэмээн алдаршсан эрх зүйн шинэчлэлүүдийн бэлгэдэл болсон юм.</w:t>
      </w:r>
    </w:p>
    <w:p>
      <w:pPr>
        <w:pStyle w:val="ArticleBody"/>
        <w:jc w:val="left"/>
      </w:pPr>
      <w:r>
        <w:rPr>
          <w:rFonts w:ascii="Times New Roman" w:hAnsi="Times New Roman" w:eastAsia="Times New Roman" w:cs="Times New Roman"/>
        </w:rPr>
        <w:t>Хэнкокийн гарын үсэг Британий ноёрхлыг эсэргүүцэх байдал болон Америкийн тусгаар тогтнолын төлөөх эрэл тэмүүллийг бэлгэддэгтэй адил, Наполеоны гарын үсэг өөр төрлийн зориг ба хүсэл тэмүүллийг—Европын улс төрийн хил хязгаарыг дахин хэлбэржүүлэх, мөн Францын хувьсгалын үзэл санааг түгээн дэлгэрүүлэхийг—илэрхийлдэг. Хоёр гарын үсэг хоёулаа өөр өөрсдийн түүхэн зүтгэлтнүүдийн үндэстнүүдийнхээ хувь заяаг төлөвшүүлэхэд гүйцэтгэсэн үүрэг, мөн тэдний үйл ажиллагааны дэлхийн түүхэнд үзүүлсэн өргөн хүрээний үр дагаврыг бэлгэдэн илтгэдэг.</w:t>
      </w:r>
    </w:p>
    <w:p>
      <w:pPr>
        <w:pStyle w:val="ArticleBody"/>
        <w:jc w:val="left"/>
      </w:pPr>
      <w:r>
        <w:rPr>
          <w:rFonts w:ascii="Times New Roman" w:hAnsi="Times New Roman" w:eastAsia="Times New Roman" w:cs="Times New Roman"/>
        </w:rPr>
        <w:t>Езекиел дугуйн доторх дугуйнуудыг харсан нь нэг зуун дөчин дөрвөн мянгыг лацдах цаг үеийн түүхийн турш дахь хүний үйл явдлуудын ээдрээт харилцан шүтэлцээг төлөөлж байсан бөгөөд тэдгээр дугуйнуудын нэг нь 1789 онд Бүгд Найрамдах эвэртэй, Протестант эвэртэй араатан болох Америкийн Нэгдсэн Улсын Үндсэн хууль Египетийн эвэртэй, Содомын эвэртэй араатан болох Францтай огтлолцсон үед нэгэн дугуйгаар дүрслэгдэн бэлгэдэгдсэн байв.</w:t>
      </w:r>
    </w:p>
    <w:p>
      <w:pPr>
        <w:pStyle w:val="ArticleBody"/>
        <w:jc w:val="left"/>
      </w:pPr>
      <w:r>
        <w:rPr>
          <w:rFonts w:ascii="Times New Roman" w:hAnsi="Times New Roman" w:eastAsia="Times New Roman" w:cs="Times New Roman"/>
        </w:rPr>
        <w:t>1789 оноос 1799 он хүртэл Франц улс ёроолгүй ангалын нүхнээс гарч ирсэн шашингүй үзлийн араатнаас үүдэлтэй нэгэн “газар хөдлөлт”-өөр донсолж байв. Нэг зуун дөчин дөрвөн мянгын тамгалах цаг үед 1789 он нь 2020 оны 7 дугаар сарын 18-наас эхлэх үеийг төлөөлдөг бөгөөд тэр үед шашингүй үзлийн араатан жинхэнэ Протестантизмын эврийг унагаж, хөнөөсөн; улмаар 2020 оны 11 дүгээр сарын 3-нд шашингүй үзлийн араатан Бүгд найрамдах үзлийн эврийг мөн унагаж, хөнөөсөн. 1789 оны дугуй нь 2020 оны дугуйг төлөөлдөг бөгөөд энэ нь 2020 оны 7 дугаар сарын 18 (бурханлаг чанар) болон 11 дүгээр сарын 3 (хүн чанар)-аар илэрхийлэгддэг.</w:t>
      </w:r>
    </w:p>
    <w:p>
      <w:pPr>
        <w:pStyle w:val="ArticleBody"/>
        <w:jc w:val="left"/>
      </w:pPr>
      <w:r>
        <w:rPr>
          <w:rFonts w:ascii="Times New Roman" w:hAnsi="Times New Roman" w:eastAsia="Times New Roman" w:cs="Times New Roman"/>
        </w:rPr>
        <w:t>Хүн төрөлхтнөөр төлөөлүүлэн илэрхийлэгддэг Бурханы гарын үсэг нь дэлхийн хамгийн алдартай хоёр гарын үсэгт олддог бөгөөд тэдгээр нь хоёулаа 1789 онтой холбоотой бөгөөд хоёулаа папын эрх мэдлийг газрын дэлхийн сэнтийд залж, мөн тэндээс нь буулгадаг хүчнүүдийг төлөөлдөг. Үнэнгийн талаарх Бурханы гарын үсгийг төлөөлөх гурван замын тэмдгийн дундах нь болох 1789 он нь “арван гурав” колонийн гарын үсэг болон Францын хувьсгалын “бослого”-ын гарын үсгийг агуулдаг.</w:t>
      </w:r>
    </w:p>
    <w:p>
      <w:pPr>
        <w:pStyle w:val="ArticleBody"/>
        <w:jc w:val="left"/>
      </w:pPr>
      <w:r>
        <w:rPr>
          <w:rFonts w:ascii="Times New Roman" w:hAnsi="Times New Roman" w:eastAsia="Times New Roman" w:cs="Times New Roman"/>
        </w:rPr>
        <w:t>1789 оноос 1799 он хүртэлх хугацаа нь Францын хувьсгалын түүхийг илэрхийлдэг бөгөөд арав гэсэн тоо нь сорилтыг илтгэнэ. 1789 он нь “үнэн”-ий эхний үсгийг, харин 1799 он нь Франц дахь тухайн үеийн сүүлчийн үсгийг төлөөлдөг. Дунд үе нь 1793 онд Францын хааныг цаазалснаар тэмдэглэгдсэн бөгөөд энэ нь иргэд түүний бардам ихэмсэг хаанлаг ноёрхлын эсрэг бослого гаргасны улмаас болсон юм.</w:t>
      </w:r>
    </w:p>
    <w:p>
      <w:pPr>
        <w:pStyle w:val="ArticleScripture"/>
        <w:jc w:val="left"/>
      </w:pPr>
      <w:r>
        <w:rPr>
          <w:rFonts w:ascii="Times New Roman" w:hAnsi="Times New Roman" w:eastAsia="Times New Roman" w:cs="Times New Roman"/>
        </w:rPr>
        <w:t>Франц улс няцаан хүлээж аваагүй энхийн сайн мэдээ гарцаагүй үндсээрээ сугалан устгагдах учиртай байсан бөгөөд үр дагавар нь аймшигт байх байв. 1793 оны 1 дүгээр сарын 21-нд, Францыг Шинэчлэгчдийг хавчин мөрдөх үйл хэрэгт бүрэн дүүрэн зүтгүүлсэн тэрхүү өдрөөс яг хоёр зуун тавин найман жилийн дараа, огт өөр зорилготой өөр нэгэн жагсаал Парисын гудамжаар өнгөрөв.” The Great Controversy, 230.</w:t>
      </w:r>
    </w:p>
    <w:p>
      <w:pPr>
        <w:pStyle w:val="ArticleBody"/>
        <w:jc w:val="left"/>
      </w:pPr>
      <w:r>
        <w:rPr>
          <w:rFonts w:ascii="Times New Roman" w:hAnsi="Times New Roman" w:eastAsia="Times New Roman" w:cs="Times New Roman"/>
        </w:rPr>
        <w:t>1789 он нь Америкийн Нэгдсэн Улсын хоёр эвэрт араатны хувьд арван гурав дахь үсгийн бослогыг, харин Францын хоёр эвэрт араатны хувьд эхний үсгийг тэмдэглэв. Францын дунд үсэг нь 1793 он байсан бөгөөд тэр үед Францын хааны толгойг тасалсан; харин Наполеон 1799 онд засгийн эрхийг гартаа авахдаа сүүлчийн үсгийг төлөөлсөн. 1789, 1793, 1799 онуудаар төлөөлөгдсөн Францын түлхэн уналтын түүхэн дэх “үнэн”-ий тэмдэг нь 1776, 1789, 1798 онуудын эш үзүүллэгийн хүрдтэй холбогдон нэгтгэгдсэн эш үзүүллэгийн хүрд мөн.</w:t>
      </w:r>
    </w:p>
    <w:p>
      <w:pPr>
        <w:pStyle w:val="ArticleBody"/>
        <w:jc w:val="left"/>
      </w:pPr>
      <w:r>
        <w:rPr>
          <w:rFonts w:ascii="Times New Roman" w:hAnsi="Times New Roman" w:eastAsia="Times New Roman" w:cs="Times New Roman"/>
        </w:rPr>
        <w:t>Хоёр түүх хоёулаа хүн төрөлхтний түүхэн дэх хамгийн алдартай хоёр гарын үсгийг агуулдаг бөгөөд ингэснээр “үнэн”-ий тэнгэрлэг гарын үсгийг хүний хоёр гарын үсэгтэй холбон нэгтгэдэг. Хоёр хүрд хоёулаа нэг зуун дөчин дөрвөн мянгыг тамгалах үеийн арван гурав дахь үсэгтэй холбогддог бөгөөд энэ нь 2020 онд хоёр гэрч алагдсанаас эхлэн, тэд 2023 онд босон зогсох хүртэлх үе бөгөөд 2023 оны 10 дугаар сарын 7-ноор тэмдэглэгдсэн байдаг.</w:t>
      </w:r>
    </w:p>
    <w:p>
      <w:pPr>
        <w:pStyle w:val="ArticleBody"/>
        <w:jc w:val="left"/>
      </w:pPr>
      <w:r>
        <w:rPr>
          <w:rFonts w:ascii="Times New Roman" w:hAnsi="Times New Roman" w:eastAsia="Times New Roman" w:cs="Times New Roman"/>
        </w:rPr>
        <w:t>Бид дараагийн өгүүлэлд судлалаа үргэлжлүүлэх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Долоо</dc:title>
  <dc:subject>Тэмдэгт он жилүүдийн эш үзүүллэгийн ач холбогдлыг нээн илрүүлэх нь: 1776 оноос 2023 он хүртэл</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