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наймдугаар хэсэг</w:t>
      </w:r>
    </w:p>
    <w:p>
      <w:pPr>
        <w:pStyle w:val="ArticleSubtitle"/>
        <w:jc w:val="left"/>
      </w:pPr>
      <w:r>
        <w:rPr>
          <w:rFonts w:ascii="Arial" w:hAnsi="Arial" w:eastAsia="Arial" w:cs="Arial"/>
        </w:rPr>
        <w:t>Даниел 11-ийг нээх нь: Түүхийн турш дахь эш үзүүллэгийн аян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Даниелын арван нэгдүгээр бүлгийн дөчдүгээр эшлэл нь Бурханы Үгийн хамгийн гүн утгатай эшлэлүүдийн нэгийг илэрхийлдэг. Тэнд дүрслэгдсэн эш үзүүллэгийн түүхүүд бол Езекиелийн үзэгдэл дэх дугуйн доторх дугуйнууд нэг дор нийлэн ирдэг газар мөн. 1798 онд болсон Миллерит хөдөлгөөний төгсгөлийн цаг, мөн 1989 онд болсон гурав дахь тэнгэрэлчийн хөдөлгөөний төгсгөлийн цагаар, эцсийн өдрүүд дэх Бурханы ардын дотоод ба гадаад түүхүүд дүрслэгддэг. Тэрхүү эшлэлийн дотор 1798 онд эхний тэнгэрэлчээр ирсэн, ойртон буй шүүлтийн тунхаглалаас эхлээд дөчин нэгдүгээр эшлэлийн Ням гаргийн хууль хүртэлх зүйлс агуулагддаг. Иймээс уг эшлэл нь үхэгсдээс эхэлсэн Бурханы сүмийн мөрдөн шалгах шүүлтийг, нэг зуун дөчин дөрвөн мянгыг тамгалж дуусах хүртэл, мөн Бурхан Лаодикеийн Адвентизмыг Өөрийн амнаас бөөлжүүлэн гаргах хүртэлх үйл явцыг төлөөлдөг.</w:t>
      </w:r>
    </w:p>
    <w:p>
      <w:pPr>
        <w:pStyle w:val="ArticleBody"/>
        <w:jc w:val="left"/>
      </w:pPr>
      <w:r>
        <w:rPr>
          <w:rFonts w:ascii="Times New Roman" w:hAnsi="Times New Roman" w:eastAsia="Times New Roman" w:cs="Times New Roman"/>
        </w:rPr>
        <w:t>1798 онд папын засаг үхлийн шархаа авсан түүхээс эхлээд, дөчин нэгдүгээр эшлэлд тэрхүү үхлийн шарх эдгэрэх хүртэлх үе нь уг эшлэлийн түүхэнд дүрслэгдсэн байдаг. Дөчин нэгдүгээр эшлэлээс цаашхийг, тэр эшлэлд эхэлдэг Бурханы улам бүр ширүүсэх гүйцэтгэх шүүлтүүдийн нөхцөл хүрээнд байрлуулсан байна. Энэ эш үзүүллэгийн утгаар, дөчин дүгээр эшлэл нь Даниелын арван нэгдүгээр бүлгийн төгсгөл бөгөөд, харин бүлгийн нэг ба хоёрдугаар эшлэлүүд нь эхлэл нь юм. Арван нэгдүгээр бүлэг антихристийн тэрслэлтийг үзүүлдэг бөгөөд, арван дугаар бүлэг нь Хиддекел мөрний үзэгдлийн эхлэлийг, арван хоёрдугаар бүлэг нь төгсгөлийг илэрхийлдэг. Арван ба арван хоёрдугаар бүлгүүд нь эхнийх ба сүүлчийнхийг илэрхийлдэг бөгөөд, арван нэгдүгээр бүлэг нь дундах тэрслэлт юм.</w:t>
      </w:r>
    </w:p>
    <w:p>
      <w:pPr>
        <w:pStyle w:val="ArticleBody"/>
        <w:jc w:val="left"/>
      </w:pPr>
      <w:r>
        <w:rPr>
          <w:rFonts w:ascii="Times New Roman" w:hAnsi="Times New Roman" w:eastAsia="Times New Roman" w:cs="Times New Roman"/>
        </w:rPr>
        <w:t>Арав ба арван хоёрдугаар бүлэг нь нэгэн адил юм. Учир нь арван нэгдүгээр бүлгээс ялгаатай нь, тэдгээр нь үзэгдэлтэй холбоотойгоор Даниелын туршлагыг илэрхийлдэг бөгөөд арван нэгдүгээр бүлэг нь тэрхүү үзэгдэл өөрөө мөн. Аравдугаар бүлэг нь еврей цагаан толгойн эхний үсэг, арван нэгдүгээр бүлэг нь еврей цагаан толгойн арван гурав дахь тэрслүү үсэг, харин арван хоёрдугаар бүлэг нь цагаан толгойн сүүлчийн үсэг юм. Хиддекел мөрний үзэгдэл бол “Үнэн” мөн.</w:t>
      </w:r>
    </w:p>
    <w:p>
      <w:pPr>
        <w:pStyle w:val="ArticleBody"/>
        <w:jc w:val="left"/>
      </w:pPr>
      <w:r>
        <w:rPr>
          <w:rFonts w:ascii="Times New Roman" w:hAnsi="Times New Roman" w:eastAsia="Times New Roman" w:cs="Times New Roman"/>
        </w:rPr>
        <w:t>Арван нэгдүгээр бүлэгт эхлэл нь төгсгөлийг дүрслэн үзүүлдэг. Учир нь Христ хэзээ ч өөрчлөгддөггүй. Дөчдүгээр эшлэлд дүрслэгдсэн төгсгөлийн түүх нь араатны дүрсний шалгалтын үе юм. Тэр шалгалтын үе нь дөчин нэгдүгээр эшлэлд дүрслэгдсэн араатны тамгаар төгсөнө. Иймээс нэг ба хоёрдугаар эшлэлүүд нь нэг зуун дөчин дөрвөн мянгын тамгалагдах үеийг авч үзэх ёстой. Учир нь тэр цаг үе нь мөн араатны дүрс бүрэлдэх үе мөн юм.</w:t>
      </w:r>
    </w:p>
    <w:p>
      <w:pPr>
        <w:pStyle w:val="ArticleScripture"/>
        <w:jc w:val="left"/>
      </w:pPr>
      <w:r>
        <w:rPr>
          <w:rFonts w:ascii="Times New Roman" w:hAnsi="Times New Roman" w:eastAsia="Times New Roman" w:cs="Times New Roman"/>
        </w:rPr>
        <w:t>“Араатны дүрс нь нигүүлслийн хугацаа хаагдахаас өмнө байгуулагдана гэдгийг Эзэн надад тодорхойгоор харуулсан; учир нь энэ нь Бурханы ард түмний хувьд тэдний мөнхийн хувь заяа шийдэгдэх агуу сорилт байх болно....”</w:t>
      </w:r>
    </w:p>
    <w:p>
      <w:pPr>
        <w:pStyle w:val="ArticleScripture"/>
        <w:jc w:val="left"/>
      </w:pPr>
      <w:r>
        <w:rPr>
          <w:rFonts w:ascii="Times New Roman" w:hAnsi="Times New Roman" w:eastAsia="Times New Roman" w:cs="Times New Roman"/>
        </w:rPr>
        <w:t>“Энэ бол Бурханы ард түмэн тамгалагдахаасаа өмнө заавал туулах ёстой шалгалт мөн.” Manuscript Releases, volume 15, 15.</w:t>
      </w:r>
    </w:p>
    <w:p>
      <w:pPr>
        <w:pStyle w:val="ArticleBody"/>
        <w:jc w:val="left"/>
      </w:pPr>
      <w:r>
        <w:rPr>
          <w:rFonts w:ascii="Times New Roman" w:hAnsi="Times New Roman" w:eastAsia="Times New Roman" w:cs="Times New Roman"/>
        </w:rPr>
        <w:t>Төгсгөлийн цагийг танин илтгэдэг хоёр тэмдэг үе үргэлж байдаг. Мосегийн шинэчлэлийн хөдөлгөөнд энэ нь Аароны төрсөн явдал бөгөөд үүний дараа гурван жилийн хойно Мосе төрсөн явдал байв. Вавилоноос гарч, сүмийг дахин барих шинэчлэлийн хөдөлгөөнд энэ нь хаан Дари байсан бөгөөд түүний дараа хаан Кир ирсэн. Христийн шинэчлэлийн хөдөлгөөнд энэ нь Баптисм хүртээгч Иоханы төрсөн явдал байсан бөгөөд үүний дараа зургаан сарын хойно Христ мэндэлсэн. Миллерчүүдийн шинэчлэлийн хөдөлгөөнд энэ нь 1798 онд папын тогтолцооны үхэл байсан бөгөөд үүний дараа 1799 онд папын үхэл болсон. Гурав дахь тэнгэрэлчийн шинэчлэлийн хөдөлгөөнд энэ нь ерөнхийлөгч Рейган болон анхны ерөнхийлөгч Буш байсан бөгөөд тэд хоёул 1989 оныг төлөөлж байв. Даниелын аравдугаар бүлгийн нэгдүгээр эшлэлээс бид хаан Кирийг тодорхойлон заасныг олж хардаг.</w:t>
      </w:r>
    </w:p>
    <w:p>
      <w:pPr>
        <w:pStyle w:val="ArticleScripture"/>
        <w:jc w:val="left"/>
      </w:pPr>
      <w:r>
        <w:rPr>
          <w:rFonts w:ascii="Times New Roman" w:hAnsi="Times New Roman" w:eastAsia="Times New Roman" w:cs="Times New Roman"/>
        </w:rPr>
        <w:t>Персийн хаан Кирусын гурав дахь жилд, Белтешазар хэмээн нэрлэгддэг Даниелд нэгэн зүйл илчлэгдэв; тэрхүү зүйл үнэн байсан боловч тогтоогдсон хугацаа нь урт байв. Тэрээр уг зүйлийг ойлгож, үзэгдлийн утгыг ухаарсан. Даниел 10:1.</w:t>
      </w:r>
    </w:p>
    <w:p>
      <w:pPr>
        <w:pStyle w:val="ArticleBody"/>
        <w:jc w:val="left"/>
      </w:pPr>
      <w:r>
        <w:rPr>
          <w:rFonts w:ascii="Times New Roman" w:hAnsi="Times New Roman" w:eastAsia="Times New Roman" w:cs="Times New Roman"/>
        </w:rPr>
        <w:t>Аравдугаар бүлгийн дараах эшлэлүүдэд арван нэгдүгээр бүлэгт Габриел эш үзүүллэгийн түүхийг дамжуулахаас өмнөх Даниелын туршлага урьдчилан дүрслэгдсэнийг бид хардаг. Кир эцсийн цагийг тэмдэглэдэг. Учир нь үүнээс өмнө Дариын зээ хүү Кир нь Дариын жанжин байж, Белшазарыг хөнөөсөн бөгөөд ингэснээр далан жилийн олзлогдлын төгсгөлийг тэмдэглэсэн юм. Энэ нь сүнслэг Израиль сүнслэг Вавилонд 538 оноос 1798 он хүртэл байсан нэг мянга хоёр зуун жаран жилийн олзлогдлын хэв шинж болсон билээ.</w:t>
      </w:r>
    </w:p>
    <w:p>
      <w:pPr>
        <w:pStyle w:val="ArticleScripture"/>
        <w:jc w:val="left"/>
      </w:pPr>
      <w:r>
        <w:rPr>
          <w:rFonts w:ascii="Times New Roman" w:hAnsi="Times New Roman" w:eastAsia="Times New Roman" w:cs="Times New Roman"/>
        </w:rPr>
        <w:t>“Тасралтгүй хавчлагын энэ урт хугацааны туршид дэлхий дээрх Бурханы сүм нь цөллөгийн үеэр Вавилонд олзлогдон байсан Израилийн хөвгүүдийн нэгэн адил үнэхээр боолчлолд байв.” Prophets and Kings, 714.</w:t>
      </w:r>
    </w:p>
    <w:p>
      <w:pPr>
        <w:pStyle w:val="ArticleBody"/>
        <w:jc w:val="left"/>
      </w:pPr>
      <w:r>
        <w:rPr>
          <w:rFonts w:ascii="Times New Roman" w:hAnsi="Times New Roman" w:eastAsia="Times New Roman" w:cs="Times New Roman"/>
        </w:rPr>
        <w:t>1798 онд нэг мянга хоёр зуун жаран жилийн төгсгөл нь төгсгөлийн цагийг тэмдэглэсэн шиг, мөн адил далан жилийн төгсгөл нь тэр түүхийн “төгсгөлийн цаг”-ийг тэмдэглэсэн юм. Валтасарын үхэл болон Вавилоны хаанчлалын төгсгөл дээр Дариус, Кир хоёр хоёул төлөөлөгдөн гарч ирдэг. Учир нь ажлыг гүйцэлдүүлсэн Дариусын жанжны хувьд Кир нь Дариусыг төлөөлж байсан юм. Эхний Жорж Буш 1989 оны 1 дүгээр сарын 20-нд тангараг өргөх үед, 1989 оны эхний арван есөн хоногт Рейган ерөнхийлөгч хэвээр байсан.</w:t>
      </w:r>
    </w:p>
    <w:p>
      <w:pPr>
        <w:pStyle w:val="ArticleBody"/>
        <w:jc w:val="left"/>
      </w:pPr>
      <w:r>
        <w:rPr>
          <w:rFonts w:ascii="Times New Roman" w:hAnsi="Times New Roman" w:eastAsia="Times New Roman" w:cs="Times New Roman"/>
        </w:rPr>
        <w:t>Хиддекелийн үзэгдэл төгсгөлийн цагт, Кирийн гурав дахь жилд эхэлсэн юм. Габриел арван нэгдүгээр бүлгийн эш үзүүллэгийн түүхийг Даниелд дэлгэн тайлж эхлэхдээ, эхлээд Дариусын эхний жилийг дурддаг нь Даниелд танилцуулах гэж буй эш үзүүллэгийн түүхийн үзэгдэл төгсгөлийн эцсийн үед, 1989 онд эхэлдгийг тодорхой тогтоохын тулд юм. Учир нь бүх эш үзүүлэгчид өөрсдийн амьдарч байсан өдрүүдээс илүүтэйгээр эцсийн өдрүүдийн талаар өгүүлдэг билээ.</w:t>
      </w:r>
    </w:p>
    <w:p>
      <w:pPr>
        <w:pStyle w:val="ArticleScripture"/>
        <w:jc w:val="left"/>
      </w:pPr>
      <w:r>
        <w:rPr>
          <w:rFonts w:ascii="Times New Roman" w:hAnsi="Times New Roman" w:eastAsia="Times New Roman" w:cs="Times New Roman"/>
        </w:rPr>
        <w:t>Харин би үнэний Сударт тэмдэглэгдсэн зүйлийг чамд үзүүлье: эдгээр зүйлсэд надтай хамт бат зогсдог нь та нарын ноён Михаилаас өөр хэн ч үгүй. Мөн би, Мид хүн Дариусын хаанчлалын эхний жилд, үнэхээр би түүнд түшиг болж, түүнийг бэхжүүлэхээр зогссон билээ. Даниел 10:21; 11:1.</w:t>
      </w:r>
    </w:p>
    <w:p>
      <w:pPr>
        <w:pStyle w:val="ArticleBody"/>
        <w:jc w:val="left"/>
      </w:pPr>
      <w:r>
        <w:rPr>
          <w:rFonts w:ascii="Times New Roman" w:hAnsi="Times New Roman" w:eastAsia="Times New Roman" w:cs="Times New Roman"/>
        </w:rPr>
        <w:t>1989 он дахь төгсгөлийн цаг үеийг төлөөлдөг Дариусын хаанчлалын эхний жилд Габриел “зогссон” бөгөөд ингэснээр “төгсгөлийн цаг үед” нэгэн тэнгэрэлч ирдгийг тодорхойлон харуулж байна. 1798 онд эхний тэнгэрэлч ирсэн бөгөөд 1989 онд гурав дахь тэнгэрэлч ирсэн. Гурав дахь тэнгэрэлчийн мэдээ 2001 онд хүчээр баталгаажих хүртэл гурав дахь тэнгэрэлчийн лацдалт эхлээгүй боловч 1989 онд гурав дахь тэнгэрэлч ирсэн хөдөлгөөнийг төгсгөлийн цаг үед Габриел зогссоноор төлөөлүүлжээ. Габриел Даниелд “үнэний сударт тэмдэглэгдсэн зүйлийг” үзүүлэх гэж байгаа бөгөөд Хиддекелийн үзэгдэл нь Габриелын одоо тайлбарлан дэлгэн тавих гэж буй “Үнэн”-ий гарын үсгийг агуулж байна.</w:t>
      </w:r>
    </w:p>
    <w:p>
      <w:pPr>
        <w:pStyle w:val="ArticleBody"/>
        <w:jc w:val="left"/>
      </w:pPr>
      <w:r>
        <w:rPr>
          <w:rFonts w:ascii="Times New Roman" w:hAnsi="Times New Roman" w:eastAsia="Times New Roman" w:cs="Times New Roman"/>
        </w:rPr>
        <w:t>Аравдугаар бүлгийн арван дөрөвдүгээр эшлэлд Габриел Даниелд Хиддекелийн үзэгдэлд өөрийн авч үзэж буй зүйл нь “эцсийн өдрүүдэд Бурханы ард түмэнд юу тохиолдох тухай” болохыг аль хэдийн мэдэгдсэн байв.</w:t>
      </w:r>
    </w:p>
    <w:p>
      <w:pPr>
        <w:pStyle w:val="ArticleScripture"/>
        <w:jc w:val="left"/>
      </w:pPr>
      <w:r>
        <w:rPr>
          <w:rFonts w:ascii="Times New Roman" w:hAnsi="Times New Roman" w:eastAsia="Times New Roman" w:cs="Times New Roman"/>
        </w:rPr>
        <w:t>“Одоо би сүүлчийн өдрүүдэд чиний ард түмэнд юу тохиолдохыг чамд ойлгуулахаар ирлээ. Учир нь энэ үзэгдэл олон өдрийн тухай юм.” Даниел 10:14</w:t>
      </w:r>
    </w:p>
    <w:p>
      <w:pPr>
        <w:pStyle w:val="ArticleBody"/>
        <w:jc w:val="left"/>
      </w:pPr>
      <w:r>
        <w:rPr>
          <w:rFonts w:ascii="Times New Roman" w:hAnsi="Times New Roman" w:eastAsia="Times New Roman" w:cs="Times New Roman"/>
        </w:rPr>
        <w:t>Даниел номын арван нэгдүгээр бүлгийн хоёрдугаар эшлэл нь 1989 онд төгсгөлийн цагт лац нь тайлагдсан мэдлэгийг илэрхийлдэг бөгөөд энэ нь Бурханы ард түмэнд “эцсийн өдрүүдэд” юу “тохиолдохыг” тодорхойлон заадаг.</w:t>
      </w:r>
    </w:p>
    <w:p>
      <w:pPr>
        <w:pStyle w:val="ArticleScripture"/>
        <w:jc w:val="left"/>
      </w:pPr>
      <w:r>
        <w:rPr>
          <w:rFonts w:ascii="Times New Roman" w:hAnsi="Times New Roman" w:eastAsia="Times New Roman" w:cs="Times New Roman"/>
        </w:rPr>
        <w:t>Харин одоо би чамд үнэнийг үзүүлье. Үзэгтүн, Персэд дахиад гурван хаан гарч ирнэ; дөрөв дэх нь тэд бүгдээс хавьгүй баян байх бөгөөд тэрээр өөрийн баялгаас улбаалсан хүч чадлаараа Грекийн хаант улсын эсрэг бүгдийг хөдөлгөн босгоно. Даниел 11:2.</w:t>
      </w:r>
    </w:p>
    <w:p>
      <w:pPr>
        <w:pStyle w:val="ArticleBody"/>
        <w:jc w:val="left"/>
      </w:pPr>
      <w:r>
        <w:rPr>
          <w:rFonts w:ascii="Times New Roman" w:hAnsi="Times New Roman" w:eastAsia="Times New Roman" w:cs="Times New Roman"/>
        </w:rPr>
        <w:t>Кир нь 1989 оноос хойших хоёр дахь хааныг урьдаас дүрслэн үзүүлдэг. Тэр бол Библийн эш үзүүлгийн сүүлчийн өдрүүд дэх, Мидичүүд ба Персүүдээр төлөөлөгдсөн хоёр эвэрээс бүрдэх хаанчлалыг төлөөлдөг Мидо-Персийн эзэнт гүрний хаан юм. 1989 онд төгсгөлийн цагт хоёр эвэртэй газрын араатны хаанчлалын хоёр дахь хааны дараа, бас гурван хаан (Клинтон, Буш сүүлчийн, Обама) байх ёстой байв; дараа нь тэд бүгдээс хавьгүй баян нэгэн хаан байх ёстой байлаа. Эхний Бушийн дараа гарч ирсэн тэр гурван хаан ерөнхийлөгчийн албаа хашсаны дараа, зөвхөн ерөнхийлөгч болсон учраасаа чинээлэг болсон юм. Харин тэднээс хавьгүй баян байсан дөрөв дэх нь болох Трамп, бүх цагийн хамгийн баян ерөнхийлөгч байсан бөгөөд, ерөнхийлөгч болсноосоо болж хөрөнгөжөөгүй, харин ерөнхийлөгчид нэр дэвшихээсээ бүр өмнө, үндсэндээ үл хөдлөх хөрөнгийн хөрөнгө оруулалтын ажлаараа мөнгөө олсон юм.</w:t>
      </w:r>
    </w:p>
    <w:p>
      <w:pPr>
        <w:pStyle w:val="ArticleBody"/>
        <w:jc w:val="left"/>
      </w:pPr>
      <w:r>
        <w:rPr>
          <w:rFonts w:ascii="Times New Roman" w:hAnsi="Times New Roman" w:eastAsia="Times New Roman" w:cs="Times New Roman"/>
        </w:rPr>
        <w:t>Харьцангуйгаар авч үзвэл, Америкийн түүхэн дэх хамгийн чинээлэг ерөнхийлөгч нь урьд нь АНУ-ын анхны ерөнхийлөгч байв. Дональд Трампаас өмнө Жорж Вашингтон Америкийн түүхэн дэх хамгийн чинээлэг ерөнхийлөгч байсан бөгөөд тэрээр Дональд Трампын адил үл хөдлөх хөрөнгийн хөрөнгө оруулалтаар хөрөнгөжсөн юм. Вашингтон, Трамп хоёулаа уламжлалт бус улс төрийн гарал замналаас ерөнхийлөгчийн албанд хүрч ирсэн. Вашингтон ерөнхийлөгч болохоосоо өмнө голчлон цэргийн удирдагч байсан бол, Трамп нь бизнесмен бөгөөд телевизийн нэрт зүтгэлтэн байсан бөгөөд Вашингтоны адил өмнө нь улс төрийн ямар ч туршлагагүй байв.</w:t>
      </w:r>
    </w:p>
    <w:p>
      <w:pPr>
        <w:pStyle w:val="ArticleBody"/>
        <w:jc w:val="left"/>
      </w:pPr>
      <w:r>
        <w:rPr>
          <w:rFonts w:ascii="Times New Roman" w:hAnsi="Times New Roman" w:eastAsia="Times New Roman" w:cs="Times New Roman"/>
        </w:rPr>
        <w:t>Хоёр ерөнхийлөгч хоёулаа өөрсдийн хүчирхэг зан чанар болон манлайллын хэв маягаараа танигдсан байсан бөгөөд эдгээр шинжийг илэрхийлсэн байдал нь нэлээд өөр байв. Вашингтон Хувьсгалт дайны үеэр болон Бүгд Найрамдах улсын эхний жилүүдэд тэвчээртэй, тайван, өөртөө итгэлтэй манлайлал, мөн нэгтгэн зангидах оршихуйгаараа алдаршсан бол, Трамп манлайлал ба төрийн удирдлагад шийдэмгий, шахам хандлагаараа танигдсан юм. Вашингтон ч, Трамп ч хоёулаа ихээхэн маргаан дагуулсан хүмүүс байсан ч, шалтгаан нь үлэмж өөр байлаа. Вашингтон хэдийгээр өргөнөөр хүндлэгдэж байсан боловч өөрийн цаг үедээ боолчлолын талаарх үзэл санаа нь зэрэг олон асуудлаар шүүмжлэлд өртөж байв. Трампын ерөнхийлөгчийн алба хашсан үе нь нийгмийн сүлжээнд нийтэлсэн “ширүүн жиргээнүүд”-ээс нь эхлээд, Америк-эн тэргүүний бодлогын шийдвэрүүд, мөн өөрийнх нь өөрийгөө ухамсарласан байдал зэрэг олон тооны маргаанаар тэмдэглэгдсэн юм.</w:t>
      </w:r>
    </w:p>
    <w:p>
      <w:pPr>
        <w:pStyle w:val="ArticleBody"/>
        <w:jc w:val="left"/>
      </w:pPr>
      <w:r>
        <w:rPr>
          <w:rFonts w:ascii="Times New Roman" w:hAnsi="Times New Roman" w:eastAsia="Times New Roman" w:cs="Times New Roman"/>
        </w:rPr>
        <w:t>Хамгийн баян бөгөөд зургаа дахь ерөнхийлөгч нь глобалист луугийн хүчнүүдийг хөдөлгөөнд оруулах ёстой байв. Арван нэгдүгээр бүлгийн хоёрдугаар эшлэлийн түүхийг 1776, 1789, 1798 оны үеийн түүхэн дээр давхардуулан үзэхэд, газрын араатны сүүлчийн ерөнхийлөгчид хамаарах нэмэлт мэдээлэл илэрдэг; учир нь Есүс төгсгөлийг эхлэлээр дүрслэн харуулдаг. 1776, 1789 онуудаар төлөөлөгдсөн эхний хоёр үе нь эцсийн ерөнхийлөгч нь долоогоос гарсан найм дахь ерөнхийлөгч байхыг гэрчлэх хоёр гэрч болдог. Трамп нь Рейганы дараах зургаа дахь ерөнхийлөгч байсан бөгөөд найм дахь ерөнхийлөгчийн хувьд тэрээр “долоогоос гарсан” нэгэн байх болно. Эцсийн, найм дахь ерөнхийлөгч нь Америкийн Нэгдсэн Улс араатны дүрийг “...д болон ...ын” болгон байгуулах үед захирах болно.</w:t>
      </w:r>
    </w:p>
    <w:p>
      <w:pPr>
        <w:pStyle w:val="ArticleBody"/>
        <w:jc w:val="left"/>
      </w:pPr>
      <w:r>
        <w:rPr>
          <w:rFonts w:ascii="Times New Roman" w:hAnsi="Times New Roman" w:eastAsia="Times New Roman" w:cs="Times New Roman"/>
        </w:rPr>
        <w:t>АНУ араатны дүрийг байгуулах үед захирах ерөнхийлөгч нь найм дахь нь, өөрөөр хэлбэл долоон хаадын нэг байх ёстой бөгөөд үүнийг Пейтон Рэндольф, Жон Хэнкок нарын гэрчлэл нотолдог. Папын засаглал нь долоон толгойн нэгээс гарсан найм дахь толгой мөн бөгөөд тэр эш үзүүллэгийн үхлийн шарх авсан. Папын засаглалын дүр байхын тулд, долоон хаадын нэгээс гарсан найм дахь ерөнхийлөгч мөн адил эш үзүүллэгийн хувьд “шархадсан” эсвэл “алуулсан” хэмээх танигдмал байдалтай байх ёстой.</w:t>
      </w:r>
    </w:p>
    <w:p>
      <w:pPr>
        <w:pStyle w:val="ArticleBody"/>
        <w:jc w:val="left"/>
      </w:pPr>
      <w:r>
        <w:rPr>
          <w:rFonts w:ascii="Times New Roman" w:hAnsi="Times New Roman" w:eastAsia="Times New Roman" w:cs="Times New Roman"/>
        </w:rPr>
        <w:t>Папын засаглал үхлийн шархаа луугийн хүчнээс (Францаас) авсан бөгөөд энэ нь Паул «хууль бусын нууц» (нүглийн хүн) тэр үед аль хэдийн ажиллаж байсан гэж тодорхойлсон цагаас хойш папын засаглалын тэмцэлдэж ирсэн луугийн хүч байв. Язгуур шүтлэгийн луу нь папын засаглалыг хаан ширээг эзлэхээс саатуулж байсан бөгөөд тэр нь 538 онд түүнийг эзэлсэн юм.</w:t>
      </w:r>
    </w:p>
    <w:p>
      <w:pPr>
        <w:pStyle w:val="ArticleBody"/>
        <w:jc w:val="left"/>
      </w:pPr>
      <w:r>
        <w:rPr>
          <w:rFonts w:ascii="Times New Roman" w:hAnsi="Times New Roman" w:eastAsia="Times New Roman" w:cs="Times New Roman"/>
        </w:rPr>
        <w:t>Папын засаглалын эхлэлээс эцсийн мөхөл хүртэл тэрээр луугийн хүчнүүдийн эсрэг тэмцдэг. Папын засаглалын дүр нь уг дүр луугийн нэгэн хүчтэй тэмцдэг байхыг шаарддаг. Илчлэлт арван долоод долоон толгойн дотроос гарсан найм дахь толгой болох папын засаглал эцэстээ галаар шатаагдаж, арван хаад түүний махан биеийг иддэг. Энэ хоёр үхэлд (1798 он болон эцсийн өдрүүдэд) папын араатан луугийн нэгэн хүчээр хөнөөгддөг. АНУ араатны дүрийг байгуулахын тулд найм дахь ерөнхийлөгч нь мөн өөрийн дайтаж байсан луугийн нэгэн хүчээр хөнөөгдөх шаардлагатай бөгөөд 1989 онд төгсгөлийн цаг эхэлснээс хойших зургаа дахь хаан нь бүх луугийн хүчнүүдийг хөдөлгөн боссон хаан мөн.</w:t>
      </w:r>
    </w:p>
    <w:p>
      <w:pPr>
        <w:pStyle w:val="ArticleBody"/>
        <w:jc w:val="left"/>
      </w:pPr>
      <w:r>
        <w:rPr>
          <w:rFonts w:ascii="Times New Roman" w:hAnsi="Times New Roman" w:eastAsia="Times New Roman" w:cs="Times New Roman"/>
        </w:rPr>
        <w:t>Рональд Рейган урвагч протестант байсан, харин анхны Жорж Буш бол сонгодог глобалист байсан. Түүний алдарт эшлэлүүдийн нэг нь 1988 оны 8-р сарын 18-нд ингэж хэлэхдээ худал ярьсан явдал юм: “Тэгээд татварыг нэмэхгүй хүн нь би мөн. Одоо миний өрсөлдөгч тэдгээрийг эцсийн арга хэмжээ болгон, эсвэл гурав дахь арга хэмжээ болгон нэмнэ гэж хэлж байна. Гэвч улс төрч ингэж ярих үед та нар тэр нь түүний сонгох нэг арга мөн гэдгийг мэднэ. Миний өрсөлдөгч татвар нэмэхийг үгүйсгэхгүй. Харин би үгүйсгэнэ. Конгресс намайг татвар нэмэхийг шахна, харин би үгүй гэж хэлнэ. Тэд шахна, би үгүй гэж хэлнэ, тэд дахиад шахна, тэгээд би тэдэнд хэлэх ганц зүйл маань энэ: миний уруулаас унш: шинэ татвар байхгүй.”</w:t>
      </w:r>
    </w:p>
    <w:p>
      <w:pPr>
        <w:pStyle w:val="ArticleBody"/>
        <w:jc w:val="left"/>
      </w:pPr>
      <w:r>
        <w:rPr>
          <w:rFonts w:ascii="Times New Roman" w:hAnsi="Times New Roman" w:eastAsia="Times New Roman" w:cs="Times New Roman"/>
        </w:rPr>
        <w:t>Тэрхүү олон нийтийн худал мэдэгдлээс гадна, луугийн хүчийг төлөөлөгчийн нэг шинж болох тэр зүйлээс өөрөөр, түүний хамгийн алдартай эшлэл нь 1990 оны 9 дүгээр сарын 11-нд Конгрессын хамтарсан хуралдаан дээр хэлсэн үг байв. Тэрээр ийнхүү хэлсэн: “Одоо бид шинэ ертөнц харагдан ирж буйг харж байна. Шинэ дэлхийн дэг журам хэмээх зүйл бодитойгоор бий болох маш үнэн боломж бүхий ертөнц. Уинстон Черчиллийн үгээр хэлбэл, ‘дэлхийн дэг журам’ буюу ‘шударга ёс, шударга тоглолтын зарчмууд … хүчтэйгээс сул доройг хамгаалдаг …’ тийм дэг журам. Хүйтэн дайны мухардлаас чөлөөлөгдсөн Нэгдсэн Үндэстний Байгууллага үүсгэн байгуулагчдынхаа түүхэн үзлийг биелүүлэхэд бэлэн зогсож буй ертөнц.” Ахмад Буш өөрийгөө Бүгд Найрамдах намын хүн гэж тодорхойлдог байсан ч, тэр даяаршлыг баримтлагч байсан.</w:t>
      </w:r>
    </w:p>
    <w:p>
      <w:pPr>
        <w:pStyle w:val="ArticleBody"/>
        <w:jc w:val="left"/>
      </w:pPr>
      <w:r>
        <w:rPr>
          <w:rFonts w:ascii="Times New Roman" w:hAnsi="Times New Roman" w:eastAsia="Times New Roman" w:cs="Times New Roman"/>
        </w:rPr>
        <w:t>Билл Клинтон тангараг өргөх ёслолоо Линкольны дурсгалын цогцолборт анхлан үйлдсэн ерөнхийлөгч байсан бөгөөд энэ нь тэрээр Линкольнд нуруугаа харуулж, Вашингтоны хөшөөний обелиск рүү нүүрээ хандуулсан гэсэн үг юм. Тэрхүү обелиск нь дотроо Чөлөөт өрлөгийн бэлгэ тэмдгүүдээр дүүрэн байдаг. Түүний Үндсэн хуульд үнэнч байх тангаргаа худал өргөхдөө нүүр тулан зогсохоор сонгосон тэрхүү обелиск болон Чөлөөт өрлөгийн бэлгэ тэмдгүүд нь түүнийг боолчлолын эсрэг бэлгэ тэмдэг болох Линкольны дурсгалын цогцолборт нуруугаа харуулсныг төдийгүй, Клинтоны сонгосон энэхүү түүхэн байрлал нь мөн түүний хүлээн авах үгтэй нь нийцэж байсныг илтгэнэ. Учир нь тэрээр өөрийн сурч байсан Иезуитын их сургуульд багшилж байсан нэгэн профессорыг магтан сайшаасан билээ.</w:t>
      </w:r>
    </w:p>
    <w:p>
      <w:pPr>
        <w:pStyle w:val="ArticleBody"/>
        <w:jc w:val="left"/>
      </w:pPr>
      <w:r>
        <w:rPr>
          <w:rFonts w:ascii="Times New Roman" w:hAnsi="Times New Roman" w:eastAsia="Times New Roman" w:cs="Times New Roman"/>
        </w:rPr>
        <w:t>Тэр профессор Кэрролл Куигли 1966 онд хэвлэгдсэн *Tragedy and Hope: A History of the World in Our Time* хэмээх номыг бичсэн бөгөөд уг номыг “глобалист үзэл санааны Библи”-ийг төлөөлдөг хэмээн зөв бөгөөд өргөнөөр ойлгодог. Коран судар Исламд ямар ач холбогдолтой байдгийн адил, мөн Альберт Пайкийн бичиж 1871 онд хэвлүүлсэн *Morals and Dogma of the Ancient and Accepted Scottish Rite of Freemasonry* нь Чөлөөт өрлөгийн нууцлаг сургаалуудын хамгийн иж бүрэн тайлбар хэмээн үзэгддэгтэй адил; эсвэл *The Book of Mormon* нь Хожмын Үеийн Гэгээнтнүүдэд ямар байдаг шиг, Куиглийн ном нь глобалист философийн Библи мөн. Хэрэв Клинтон Коран дахь Мухаммедыг магтсан бол, эсвэл *The Book of Mormon*-ы Жозеф Смитийг магтсан бол ихэнх хүн мэдэх байсан, мөн Альберт Пайк гэж хэн байсныг зарим нь мэдэх байсан; харин Клинтон Куиглийг магтсан нь өөрийнх нь глобалист мөрийн хөтөлбөртэй нийцэж, Абрахам Линкольноор төлөөлөгддөг зарчмуудыг үгүйсгэсэн хэрэг байсан гэдгийг цөөн хүн л мэдэж байв.</w:t>
      </w:r>
    </w:p>
    <w:p>
      <w:pPr>
        <w:pStyle w:val="ArticleBody"/>
        <w:jc w:val="left"/>
      </w:pPr>
      <w:r>
        <w:rPr>
          <w:rFonts w:ascii="Times New Roman" w:hAnsi="Times New Roman" w:eastAsia="Times New Roman" w:cs="Times New Roman"/>
        </w:rPr>
        <w:t>Илтгэлдээ Клинтон ийнхүү хэлсэн байдаг: “Өсвөр насандаа би Жон Кеннедигийн иргэншлийн төлөөх дуудлагыг сонссон. Дараа нь Жоржтауны их сургуульд оюутан байхдаа Кэррол Квигли хэмээх профессорын үгээр тэрхүү дуудлага тодорхой болсон бөгөөд тэр бидэнд Америк бол түүхэн дэх хамгийн агуу үндэстэн мөн гэж хэлсэн. Учир нь манай ард түмэн үргэлж хоёр зүйлд итгэсээр ирсэн: маргааш өнөөдрөөс илүү дээр байж чадна гэдэгт, мөн тийм болгохын тулд хүн нэг бүр хувь хүний ёс суртахууны хариуцлага хүлээдэг гэдэгт.” Кэррол Квиглигийн “Америкийг дахин агуу болгох” тухай үзэл санаа нь Америкийн Нэгдсэн Улс үндэсний бүрэн эрхт байдлаа Нэгдсэн Үндэстний Байгууллагад шилжүүлэн өгөх ёстой гэсэнд оршиж байв. Клинтон бол Ардчилсан намын хүн, даяарчлалыг дэмжигч, луугийн төлөөлөгч байсан.</w:t>
      </w:r>
    </w:p>
    <w:p>
      <w:pPr>
        <w:pStyle w:val="ArticleBody"/>
        <w:jc w:val="left"/>
      </w:pPr>
      <w:r>
        <w:rPr>
          <w:rFonts w:ascii="Times New Roman" w:hAnsi="Times New Roman" w:eastAsia="Times New Roman" w:cs="Times New Roman"/>
        </w:rPr>
        <w:t>“Эцэг ямар байна, хүү нь тийм байдаг” гэдэгчлэн, сүүлчийн Жорж Буш нь глобалист байсан бөгөөд өөрийгөө Бүгд Найрамдах намынх гэж тунхаглаж байсан түүний эцэг ч мөн адил глобалист байсан билээ. Алим модноосоо хол унадаггүй. Библид “Хоёр хүн санал нэгдэхгүй атал хамтдаа явж чадах уу?” хэмээх уран асуултыг тавьдаг. Сүүлчийн Буш Билл болон Хиллари Клинтон нартай хамтран хэрэгжүүлсэн олон ажлыг нь мөрдөн үзэхэд л, сүүлчийн Буш хэнтэй санал нэгдэж байсан нь харагдана.</w:t>
      </w:r>
    </w:p>
    <w:p>
      <w:pPr>
        <w:pStyle w:val="ArticleBody"/>
        <w:jc w:val="left"/>
      </w:pPr>
      <w:r>
        <w:rPr>
          <w:rFonts w:ascii="Times New Roman" w:hAnsi="Times New Roman" w:eastAsia="Times New Roman" w:cs="Times New Roman"/>
        </w:rPr>
        <w:t>Барак Хуссейн Обама Ерөнхийлөгчөөр сонгогдохынхоо өмнөхөн болсон сонгуулийн цуглаан дээр АНУ-ыг үндсээр нь өөрчлөх тухай мэдэгдэл хийсэн. 2008 оны 10-р сарын 30-нд Миссури мужийн Колумбиа хотод Обама: “Бид Америкийн Нэгдсэн Улсыг үндсээр нь өөрчлөхөд тавхан хоног үлдээд байна” гэж хэлсэн. Энэхүү мэдэгдэл нь Обамагийн “найдвар ба өөрчлөлт” хэмээх илүү өргөн хүрээний захиасын нэг хэсэг байсан бөгөөд энэ нь 2008 оны ерөнхийлөгчийн сонгуулийн кампанит ажлынх нь гол сэдэв болж, бодлогын томоохон шинэчлэлүүдэд үнэнч байгааг нь, мөн улс орныг өөр чиглэлд хөтлөхийг нь онцлон тэмдэглэж байв. Түүний улс орныг эргүүлсэн тэр чиглэл нь глобализмын луугийн бодлого, цагаан арьстны эсрэг үзэл, үр хөндөлтийг дэмжих байр суурь, нүүрстөрөгчийн түлшний эсрэг бодлого, Америкийн эсрэг атлаа глобализмыг дэмжих үзэл, Олон янз байдал, Тэгш байдал, Хамруулалт, Шүүмжлэлт Арьсны Онолын хуурамч түүх, цаашлаад үүнтэй адил зүйлс рүү байсан. Обама зүгээр нэг орон нутгийн зохион байгуулагч байгаагүй; тэр бол луугийн хүчний глобалист хөтөлбөрийн төлөөлөгч байсан бөгөөд одоо ч хэвээрээ байна.</w:t>
      </w:r>
    </w:p>
    <w:p>
      <w:pPr>
        <w:pStyle w:val="ArticleBody"/>
        <w:jc w:val="left"/>
      </w:pPr>
      <w:r>
        <w:rPr>
          <w:rFonts w:ascii="Times New Roman" w:hAnsi="Times New Roman" w:eastAsia="Times New Roman" w:cs="Times New Roman"/>
        </w:rPr>
        <w:t>Гэвч Трамп орчин үеийн жирийн улс төрчөөс ялгаатай нь 1989 оноос эхэлсэн хугацаан дахь бусад долоон ерөнхийлөгчийг нийлүүлснээс ч илүү олон амлалтаа биелүүлсэн юм. Тэрээр Америкийг дахин агуу болгоход тууштай зорьж байсан бөгөөд үүнийг хэрэгжүүлэхийг оролдохдоо зөвхөн АНУ-д төдийгүй, бүх дэлхий даяарх глобалист эрх мэдэлтнүүдийг хөдөлгөн бужигнуулсан билээ.</w:t>
      </w:r>
    </w:p>
    <w:p>
      <w:pPr>
        <w:pStyle w:val="ArticleBody"/>
        <w:jc w:val="left"/>
      </w:pPr>
      <w:r>
        <w:rPr>
          <w:rFonts w:ascii="Times New Roman" w:hAnsi="Times New Roman" w:eastAsia="Times New Roman" w:cs="Times New Roman"/>
        </w:rPr>
        <w:t>Жо Байден дэлхийг хамарсан үзэлтнүүдийн бас нэгэн төлөөлөгчөөс өөр хэн нэгэн мөн гэдгийг нотлох ямар ч баримт түүнд огтхон ч байхгүй.</w:t>
      </w:r>
    </w:p>
    <w:p>
      <w:pPr>
        <w:pStyle w:val="ArticleBody"/>
        <w:jc w:val="left"/>
      </w:pPr>
      <w:r>
        <w:rPr>
          <w:rFonts w:ascii="Times New Roman" w:hAnsi="Times New Roman" w:eastAsia="Times New Roman" w:cs="Times New Roman"/>
        </w:rPr>
        <w:t>Католицизмын араатан луугийн хүчнүүдтэй удаан үргэлжилсэн дайн хийсэн бөгөөд Америкийн Нэгдсэн Улс папын засаглалын дүрийг байгуулах үед засаглаж буй ерөнхийлөгч нь эш үзүүллэгийн зайлшгүй шаардлагаар луугийн хүчнүүдтэй тэмцэлд байх болно. Амьд байгаа ерөнхийлөгчдөөс Дональд Трампаас өөр хэн нь ч луугийн хүчнүүдтэй дайн хийхгүй, учир нь Ардчилсан намынхан ил тод глобалистууд (луунууд) бөгөөд сүүлчийн Жорж Буш нь, түүний эцэг ямар байсан шигээ, тийм байсан (өөрийгөө Бүгд Найрамдах намынх хэмээн зарладаг боловч үнэндээ глобалист луу), учир нь Есүс үргэлж сүүлчийнхийг эхнийхээр дүрслэн үзүүлдэг.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“Бурханы ард түмнийг агуу хямрал хүлээж байна. Дэлхийг ч мөн хямрал хүлээж байна. Бүх эрин үеийн дундах хамгийн онцгой шийдвэрлэх тэмцэл яг бидний өмнө тулж ирээд байна. Бошиглолын үгийн эрх мэдэлд тулгуурлан дөчөөс илүү жилийн турш удахгүй тохиолдоно хэмээн бид тунхаглаж ирсэн үйл явдлууд одоо бидний нүдний өмнө өрнөж байна. Мөс чанарын эрх чөлөөг хязгаарлах Үндсэн хуульд нэмэлт, өөрчлөлт оруулах асуудал аль хэдийн үндэстний хууль тогтоогчдын өмнө тавигдсан байна. Ням гаргийг сахиулах тухай асуудал үндэсний хэмжээний анхаарал, ач холбогдолтой хэрэг болжээ. Энэ хөдөлгөөний үр дүн юу байхыг бид сайн мэднэ. Харин бид тэр шийдвэрлэх мөчид бэлэн үү? Ард түмэнд өмнө нь буй аюулын талаар сэрэмжлүүлэг өгөх Бурхан бидэнд даалгасан үүргийг бид үнэнчээр биелүүлсэн үү?”</w:t>
      </w:r>
    </w:p>
    <w:p>
      <w:pPr>
        <w:pStyle w:val="ArticleScripture"/>
        <w:jc w:val="left"/>
      </w:pPr>
      <w:r>
        <w:rPr>
          <w:rFonts w:ascii="Times New Roman" w:hAnsi="Times New Roman" w:eastAsia="Times New Roman" w:cs="Times New Roman"/>
        </w:rPr>
        <w:t>“Ням гаргийг хуульчлан мөрдүүлэх энэ хөдөлгөөнд оролцож буй хүмүүсийн дунд ч гэсэн, энэхүү үйлдлийн үр дүнд юу дагалдан гарахыг үл харж сохорсон хүн олон байна. Тэд өөрсдөө шашин шүтэх эрх чөлөөний эсрэг шууд цохилт өгч буйгаа ухаардаггүй. Библийн Амралтын өдрийн шаардлагыг, мөн ням гаргийн байгуулал тогтсон байдаг хуурамч суурийг хэзээ ч ойлгож байгаагүй хүн олон. Шашны хууль тогтоомжийг дэмжсэн аливаа хөдөлгөөн нь үнэндээ, олон үеийн турш мөс чанарын эрх чөлөөний эсрэг тууштай дайтаж ирсэн папын засагт хийж буй буулт мөн. Ням гаргийг сахих явдал ‘ёс бусын нууц’-аас гаралтай, өөрийгөө Христийнх хэмээн нэрлэдэг байгуулал болохын хувьд оршин тогтнодог; харин түүнийг албадан мөрдүүлэх нь Ромын шашны гол тулгын чулуу болсон зарчмуудыг бодитоор хүлээн зөвшөөрөх явдал болно. Манай улс Ням гаргийг хуульчлан тогтоох хэмжээнд хүртлээ төрийнхөө үндсэн зарчмуудаас тийнхүү няцан буцах үед, протестантизм энэ үйлдлээрээ папын шашинтай гар барих болно; энэ нь идэвхтэй дарангуйллаа дахин сэргээхийн боломжийг удтал шуналтайгаар отон хүлээж ирсэн харгис ноёрхолд амь оруулж буйгаас өөр юу ч биш юм.”</w:t>
      </w:r>
    </w:p>
    <w:p>
      <w:pPr>
        <w:pStyle w:val="ArticleScripture"/>
        <w:jc w:val="left"/>
      </w:pPr>
      <w:r>
        <w:rPr>
          <w:rFonts w:ascii="Times New Roman" w:hAnsi="Times New Roman" w:eastAsia="Times New Roman" w:cs="Times New Roman"/>
        </w:rPr>
        <w:t>“Шашны хууль тогтоох эрх мэдлийг хэрэгжүүлж буй Үндэсний Шинэчлэлийн хөдөлгөөн бүрэн төлөвшсөн цагтаа, өнгөрсөн үеүүдэд ноёрхож байсан тэр л тэвчээргүй байдал ба дарлалыг илэрхийлэн харуулах болно. Тэр үед хүний зөвлөлүүд Бурханы эрхийг өөртөө аван, өөрсдийн дарангуй хүчээр мөс чанарын эрх чөлөөг няцалж байв; мөн тэдний тушаалыг эсэргүүцсэн хүмүүсийн хувьд хорих ял, цөллөг, үхэл дагалддаг байлаа. Хэрэв папизм буюу түүний зарчмууд дахин хуульчлагдан эрх мэдэлд хүрвэл, олны дунд түгсэн төөрөгдлүүдэд буулт хийн мөс чанар болон үнэнийг золиослохгүй хүмүүсийн эсрэг хавчлагын гал дахин дүрэлзэх болно. Энэ хорон муу зүйл бодит болохын даваан дээр байна.</w:t>
      </w:r>
    </w:p>
    <w:p>
      <w:pPr>
        <w:pStyle w:val="ArticleScripture"/>
        <w:jc w:val="left"/>
      </w:pPr>
      <w:r>
        <w:rPr>
          <w:rFonts w:ascii="Times New Roman" w:hAnsi="Times New Roman" w:eastAsia="Times New Roman" w:cs="Times New Roman"/>
        </w:rPr>
        <w:t>“Бурхан бидэнд өмнө маань буй аюулуудыг харуулсан гэрлийг өгсөн байхад, бид үүнийг ард түмний өмнө авчрахын тулд өөрсдийн хүч чадлын хэрээр бүхий л хүчин чармайлтаа гаргахыг үл хайхарвал, Түүний мэлмийд хэрхэн гэмгүй зогсож чадах билээ? Тэднийг энэ асар чухал асуудалтай анхааруулгагүйгээр нүүр тулахад нь орхин, бид сэтгэл хангалуун байж чадах уу?”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наймдугаар хэсэг</dc:title>
  <dc:subject>Даниел 11-ийг нээх нь: Түүхийн турш дахь эш үзүүллэгийн аян</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