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Ес</w:t>
      </w:r>
    </w:p>
    <w:p>
      <w:pPr>
        <w:pStyle w:val="ArticleSubtitle"/>
        <w:jc w:val="left"/>
      </w:pPr>
      <w:r>
        <w:rPr>
          <w:rFonts w:ascii="Arial" w:hAnsi="Arial" w:eastAsia="Arial" w:cs="Arial"/>
        </w:rPr>
        <w:t>Даниел 11:40-ийг орчин үеийн улс төрийн бодит нөхцөлтэй эш үзүүллэгийн дагуу уялдуулах нь: Сүүлчийн Ерөнхийлөгчийн нууцыг тайлахуй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Бид Даниелын арван нэгдүгээр бүлгийн дөчдүгээр эшлэлийг мөнөөх бүлгийн нэг ба хоёрдугаар эшлэлүүдтэй нийцүүлэн авч үзэж байна. Нэгдүгээр эшлэл нь төгсгөлийн цагийг 1989 он хэмээн тодорхойлдог бөгөөд дөчдүгээр эшлэл мөн Зөвлөлт Холбоот Улс нуран унасныг 1989 оны арван нэгдүгээр сарын 9-нд Берлиний ханыг нурааснаар төлөөлүүлэн, төгсгөлийн цагийг 1989 онд тэмдэглэж байна.</w:t>
      </w:r>
    </w:p>
    <w:p>
      <w:pPr>
        <w:pStyle w:val="ArticleBody"/>
        <w:jc w:val="left"/>
      </w:pPr>
      <w:r>
        <w:rPr>
          <w:rFonts w:ascii="Times New Roman" w:hAnsi="Times New Roman" w:eastAsia="Times New Roman" w:cs="Times New Roman"/>
        </w:rPr>
        <w:t>Хоёрдугаар эшлэл нь 1989 оноос хойших Америкийн Нэгдсэн Улсын зургаа дахь ерөнхийлөгчийг бүх ерөнхийлөгчдөөс хамгийн баян нь хэмээн тодорхойлж, улмаар Дональд Трампыг онцлон зааж байна. Ийнхүү энэ нь Трамп гуравдугаар эшлэлийн Агуу Александр хааны Грекийн эзэнт гүрэн байсан Грекийн бүх улсыг “хөдөлгөөнд оруулна” гэдгийг илтгэнэ. Гурав болон дөрөвдүгээр эшлэлийн Грекийн хаант улс нь Даниел номын арван нэгдүгээр бүлэгт дэлхий дахиныг хамарсан хаант улсын бэлгэдэл мөн.</w:t>
      </w:r>
    </w:p>
    <w:p>
      <w:pPr>
        <w:pStyle w:val="ArticleBody"/>
        <w:jc w:val="left"/>
      </w:pPr>
      <w:r>
        <w:rPr>
          <w:rFonts w:ascii="Times New Roman" w:hAnsi="Times New Roman" w:eastAsia="Times New Roman" w:cs="Times New Roman"/>
        </w:rPr>
        <w:t>Уильям Миллер “түүх ба эш үзүүллэг хоорондоо нийцдэг” гэсэн хэллэгийг томьёолсон бөгөөд Дональд Трампын түүх нь түүнийг зөвхөн Америкийн Нэгдсэн Улсын сүүлийн найман ерөнхийлөгчийн дундаас хамгийн баян нь байсан төдийгүй, мөн Америкийн Нэгдсэн Улсын даяарчлагчид болон бүхий л дэлхий Дональд Трампыг тийм хэмжээнд ухаангүйгээр үзэн яддаг болохын няцаашгүй нотолгоог өгдөг; энэ үзэн ядалт нь маш үл логик тул олон хүн үүнийг галзуурал хэмээн тодорхойлдог.</w:t>
      </w:r>
    </w:p>
    <w:p>
      <w:pPr>
        <w:pStyle w:val="ArticleBody"/>
        <w:jc w:val="left"/>
      </w:pPr>
      <w:r>
        <w:rPr>
          <w:rFonts w:ascii="Times New Roman" w:hAnsi="Times New Roman" w:eastAsia="Times New Roman" w:cs="Times New Roman"/>
        </w:rPr>
        <w:t>1989 оноос эхэлсэн сүүлчийн найман ерөнхийлөгчийн эхнийх нь Трампыг олон янзаар тодорхой бэлгэдэн илэрхийлсэн бөгөөд ингэснээр хоёрдугаар эшлэлийн зургаа дахь ерөнхийлөгч эцэстээ найм дахь бөгөөд сүүлчийн ерөнхийлөгч байхыг баталсан юм. Наймын дарааллын эхнийх болох Рейган найм дахь бөгөөд сүүлчийнхийг бэлгэдэн илэрхийлэх байсан, учир нь Есүс аливаа зүйлийн төгсгөлийг үргэлж тухайн зүйлийн эхлэлээр дүрслэн үзүүлдэг.</w:t>
      </w:r>
    </w:p>
    <w:p>
      <w:pPr>
        <w:pStyle w:val="ArticleBody"/>
        <w:jc w:val="left"/>
      </w:pPr>
      <w:r>
        <w:rPr>
          <w:rFonts w:ascii="Times New Roman" w:hAnsi="Times New Roman" w:eastAsia="Times New Roman" w:cs="Times New Roman"/>
        </w:rPr>
        <w:t>1989 онд төгсгөлийн цаг үед ерөнхийлөгчөөр байсан Рональд Рейганы гэрчлэл нь бошиглолын ёсоор найман ерөнхийлөгчийн хамгийн сүүлчийнх нь болох ерөнхийлөгчийг төлөөлдөг. Рейганы дараа долоон ерөнхийлөгч байх бөгөөд, учир нь Библийн эш үзүүллэг дэх зургаа дахь хаант улс болох Америкийн Нэгдсэн Улс удахгүй ирэх Ням гаргийн хуулиар оршин байхаа болино; мөн тэр Ням гаргийн хуульд хүрэхийн өмнө Америкийн Нэгдсэн Улс араатны дүрийг байгуулдаг бөгөөд тэр араатан нь долоон араатны дундаас найм дахь нь юм. Рейган 1989 онд төгсгөлийн цаг үеийн анхны ерөнхийлөгч байсан бөгөөд хамгийн сүүлчийнх нь долоон дундаас гарсан найм дахь нь байх болно.</w:t>
      </w:r>
    </w:p>
    <w:p>
      <w:pPr>
        <w:pStyle w:val="ArticleBody"/>
        <w:jc w:val="left"/>
      </w:pPr>
      <w:r>
        <w:rPr>
          <w:rFonts w:ascii="Times New Roman" w:hAnsi="Times New Roman" w:eastAsia="Times New Roman" w:cs="Times New Roman"/>
        </w:rPr>
        <w:t>Рейган 1987 оны 6-р сарын 12-нд ХБНГУ-ын Баруун Берлин дэх Берлиний ханы ойролцоох Бранденбургийн хаалганы дэргэд хэлсэн үгэндээ, Зөвлөлт Холбоот Улсын Коммунист намын Ерөнхий нарийн бичгийн дарга Михаил Горбачёвт хандан ийн өгүүлсэн: “Ерөнхий нарийн бичгийн дарга Горбачёв оо, хэрэв та энх тайвныг хүсэж байгаа бол, хэрэв та Зөвлөлт Холбоот Улс болон Зүүн Европт хөгжил цэцэглэлтийг хүсэж байгаа бол, хэрэв та либералчлалыг хүсэж байгаа бол: Энэ хаалган дээр ир! Ноён Горбачёв, энэ хаалгыг нээ! Ноён Горбачёв, энэ ханыг нураа!” Сүүлийн найман ерөнхийлөгчийн хамгийн алдартай эшлэлүүдийн эхнийх нь, уг ханыг хоёр жилийн дараа, 1989 оны 11-р сарын 9-нд нураасан явдлын биеллийг тэмдэглэсэн юм.</w:t>
      </w:r>
    </w:p>
    <w:p>
      <w:pPr>
        <w:pStyle w:val="ArticleBody"/>
        <w:jc w:val="left"/>
      </w:pPr>
      <w:r>
        <w:rPr>
          <w:rFonts w:ascii="Times New Roman" w:hAnsi="Times New Roman" w:eastAsia="Times New Roman" w:cs="Times New Roman"/>
        </w:rPr>
        <w:t>Ийнхүү Рейганы ханыг нураах тухай онцолсон уриалга нь найм дахь ерөнхийлөгчид хандан хэлэгдсэн бөгөөд тэрээр зургаа дахь ерөнхийлөгч болохын төлөө өрсөлдөхдөө “ханыг босгоно” гэсэн амлалтад кампанит ажлаа үндэслэсэн билээ. Сүүлчийн найман ерөнхийлөгчийн эхнийх нь ханыг нураахыг уриалсан бөгөөд төгсгөлийн цагт, 1989 онд Берлиний хана нураагдсан. Удахгүй ирэх Ням гаргийн хуулийн үед 1989 онд эхэлснээр төлөөлөгдөн илэрхийлэгдсэнчлэн Сүм ба Төрийн тусгаарлалын “хана” нураагдах болно. Тэрхүү хугацааны дунд үед глобалистуудыг өдөөж буй зургаа дахь ерөнхийлөгч тэдний хүсдэггүй нэгэн ханыг босгохыг оролдох бөгөөд долоон дотроос дахин найм дахь ерөнхийлөгч болоход нь өөр нэгэн “хана” нуран унах болно.</w:t>
      </w:r>
    </w:p>
    <w:p>
      <w:pPr>
        <w:pStyle w:val="ArticleBody"/>
        <w:jc w:val="left"/>
      </w:pPr>
      <w:r>
        <w:rPr>
          <w:rFonts w:ascii="Times New Roman" w:hAnsi="Times New Roman" w:eastAsia="Times New Roman" w:cs="Times New Roman"/>
        </w:rPr>
        <w:t>Найман ерөнхийлөгчийн эхнийх нь төгсгөлийн цагийг тэмдэглэсэн ханыг нурааснаар тодорхойлогддог бөгөөд энэ нь Даниел 11:40-д дүрслэгдсэн байдаг; харин найман ерөнхийлөгчийн сүүлчийнх нь нэг зуун дөчин дөрвөн мянгын лацдах хугацааны төгсгөлийг тэмдэглэдэг “хана”-ыг нурааснаар тодорхойлогддог бөгөөд энэ нь Даниел 11:41-д дүрслэгдсэн байдаг.</w:t>
      </w:r>
    </w:p>
    <w:p>
      <w:pPr>
        <w:pStyle w:val="ArticleBody"/>
        <w:jc w:val="left"/>
      </w:pPr>
      <w:r>
        <w:rPr>
          <w:rFonts w:ascii="Times New Roman" w:hAnsi="Times New Roman" w:eastAsia="Times New Roman" w:cs="Times New Roman"/>
        </w:rPr>
        <w:t>Ерөнхийлөгч Рейган нь өмнө нь Ардчилсан намын гишүүн байгаад Бүгд найрамдах намын хүн болсон, хэвлэл мэдээллийн салбарын од байсан, тодорхой бөгөөд уран илтгэлээрээ алдаршсан, гүн гүнзгий хошин мэдрэмжтэй, төсөв, санхүүгийн хувьд консерватив байр суурьтай, Вашингтон, Колумбын тойргийн тогтсон эрх мэдэлт хүрээний эсрэг кампанит ажил явуулсан хүн байв. Гэсэн хэдий ч Рейган улс орны нийслэлд гүн бат шингэсэн байсан тэрхүү тогтсон хүрээний (намаг) эсрэг анхны кампанит ажилдаа ямар ч уран яруу үг хэллэг хэрэглэсэн бай, эцэстээ тэр үе хүртэлх орчин үеийн бусад бүх ерөнхийлөгчөөс илүү өндөр хувиар баталгаажсан глобалист улс төрчдийг танхимынхаа албан тушаалд томилсон юм. Тэр ч байтугай глобалист түүхэнд гэр бүлийн уг сурвалж нь гүнээ холбогдон хүрдэг хүн болох анхны Жорж Бушийг дэд ерөнхийлөгчөөрөө сонгох хүртэл явсан.</w:t>
      </w:r>
    </w:p>
    <w:p>
      <w:pPr>
        <w:pStyle w:val="ArticleBody"/>
        <w:jc w:val="left"/>
      </w:pPr>
      <w:r>
        <w:rPr>
          <w:rFonts w:ascii="Times New Roman" w:hAnsi="Times New Roman" w:eastAsia="Times New Roman" w:cs="Times New Roman"/>
        </w:rPr>
        <w:t>Трамп өөрийнх нь “намаг” хэмээн нэрлэсэн засаг, эрх мэдлийн тогтолцоог цэвэрлэнэ гэсэн уриатайгаар сонгуулийн кампанит ажлаа явуулсан боловч түүнтэй ойр хамтран ажиллахаар сонгосон хүмүүсийн талаарх түүний түүхэн баримт нь түүний хамгийн том сул талыг илчилдэг. Тэдгээр хүмүүсийн бараг бүгд нь Трампын тийнхүү тууштайгаар эсэргүүцдэг “намаг”-ийн төлөөлөгчид байв. Трамп, Рейганы нэгэн адил, өмнө нь Ардчилсан намын гишүүн байгаад Бүгд Найрамдах намд орсон хүн, урьд нь хэвлэл мэдээллийн од байсан, уран илтгэх чадвараараа танигдсан, гүн мэдрэмжтэй хошин шогийн авьяастай, мөн төсөв, санхүүгийн хувьд консерватив байр суурьтай нэгэн байв.</w:t>
      </w:r>
    </w:p>
    <w:p>
      <w:pPr>
        <w:pStyle w:val="ArticleBody"/>
        <w:jc w:val="left"/>
      </w:pPr>
      <w:r>
        <w:rPr>
          <w:rFonts w:ascii="Times New Roman" w:hAnsi="Times New Roman" w:eastAsia="Times New Roman" w:cs="Times New Roman"/>
        </w:rPr>
        <w:t>Америкийн Нэгдсэн Улсын сүүлчийн ерөнхийлөгч нь папын засгийн дүр төрх (араатны дүр) Америкийн Нэгдсэн Улсад байгуулагдах үед ерөнхийлөгч байх болно. Иймээс 1989 оноос хойших найм дахь бөгөөд сүүлчийн ерөнхийлөгч нь луугийн хүчний эсрэг дайнд оролцох болно. Учир нь папын засаг анх 538 онд луугийн хүчээр ширээнд өргөмжлөгдөж, дараа нь 1798 онд мөн тэр луугийн хүчээр ширээнээс буулгагдсан нь луугийн эсрэг удаан үргэлжилсэн, сунжирсан дайны дунд болсон билээ. Мөн цаашид долоо дахь хаанчлалаа папын засагт өгөхөөр санал нэгддэг арван хаадаар төлөөлөгдөх луугийн хүчээр дахин ширээнд өргөмжлөгдөх бөгөөд, үүний дараа тэд түүнийг галаар шатааж, махыг нь идэн, туслах хүнгүйгээр төгсгөлдөө хүрэхэд нь папын араатныг ширээнээс буулгана.</w:t>
      </w:r>
    </w:p>
    <w:p>
      <w:pPr>
        <w:pStyle w:val="ArticleBody"/>
        <w:jc w:val="left"/>
      </w:pPr>
      <w:r>
        <w:rPr>
          <w:rFonts w:ascii="Times New Roman" w:hAnsi="Times New Roman" w:eastAsia="Times New Roman" w:cs="Times New Roman"/>
        </w:rPr>
        <w:t>Найм дахь болох ерөнхийлөгч, өөрөөр хэлбэл долоон дотроос гарч ирэх тэр хүн, мөн л луугийн хүчний эсрэг дайнд оролцох ерөнхийлөгч байх болно. Тэрхүү дайн нь зургаа дахь бөгөөд хамгийн баян ерөнхийлөгч бүх дэлхийнчлэгч луугийн хүчнүүдийг хөдөлгөн өдөөх үед тодорхойлогддог. 1989 оноос эхэлсэн эцсийн найман ерөнхийлөгчөөс хоёул нас барсан тул, луугийн хүчний эсрэг дайнд оролцож болох ерөнхийлөгчийн боломжит тоо зургаа үлдэж байна.</w:t>
      </w:r>
    </w:p>
    <w:p>
      <w:pPr>
        <w:pStyle w:val="ArticleBody"/>
        <w:jc w:val="left"/>
      </w:pPr>
      <w:r>
        <w:rPr>
          <w:rFonts w:ascii="Times New Roman" w:hAnsi="Times New Roman" w:eastAsia="Times New Roman" w:cs="Times New Roman"/>
        </w:rPr>
        <w:t>Тэр зургаан боломжийн дөрөв нь луугийн хүчээр илт тэтгэгдсэн глобалистууд мөн. Тэр зургаагийн нэг нь эцгийнхээ адил өөрийгөө Бүгд Найрамдах намынх хэмээн тунхагладаг боловч тэрээр зөвхөн нэр төдий Бүгд Найрамдах намын хүн бөгөөд эцгийнхээ адил глобалист луугийн хүчний төлөөлөгч мөн. Амьд буй тэр зургаан ерөнхийлөгчөөс зөвхөн нэг нь л тодорхой утгаараа глобалист биш бөгөөд тэр нь глобалистуудыг хөдөлгөн үймүүлэгч ерөнхийлөгч юм. Тэрээр сүүлчийн найман ерөнхийлөгчийн дундаас луугийн хүчний эсрэг дайнд оролцох утгаар папын эрх мэдлийн дүрийн бүрэлдэхүүнийг биелүүлж чадах цорын ганц хүн мөн.</w:t>
      </w:r>
    </w:p>
    <w:p>
      <w:pPr>
        <w:pStyle w:val="ArticleBody"/>
        <w:jc w:val="left"/>
      </w:pPr>
      <w:r>
        <w:rPr>
          <w:rFonts w:ascii="Times New Roman" w:hAnsi="Times New Roman" w:eastAsia="Times New Roman" w:cs="Times New Roman"/>
        </w:rPr>
        <w:t>Бүгд Найрамдах намын хамгийн анхны ерөнхийлөгч АНУ-ын Иргэний дайны талаар хэлсэн, яг энэ бодит байдлыг хөндсөн нэгэн Судрын эшлэлийг алдартайгаар иш татсан байдаг.</w:t>
      </w:r>
    </w:p>
    <w:p>
      <w:pPr>
        <w:pStyle w:val="ArticleScripture"/>
        <w:jc w:val="left"/>
      </w:pPr>
      <w:r>
        <w:rPr>
          <w:rFonts w:ascii="Times New Roman" w:hAnsi="Times New Roman" w:eastAsia="Times New Roman" w:cs="Times New Roman"/>
        </w:rPr>
        <w:t>Харин Есүс тэдний бодлыг мэдээд, тэдэнд айлдахдаа: Өөрийнхөө эсрэг хуваагдсан аливаа хаанчлал сүйрэлд хүрдэг; өөрийнхөө эсрэг хуваагдсан аливаа хот буюу гэр орон тогтон үлдэхгүй. Хэрэв Сатан Сатаныг хөөн зайлуулдаг бол тэр өөрийнхөө эсрэг хуваагджээ; тэгвэл түүний хаанчлал яаж тогтон байх билээ? Хэрэв Би чөтгөрүүдийг Беелзебулээр хөөн зайлуулдаг юм бол, та нарын хөвгүүд хэнээр тэднийг хөөн зайлуулдаг вэ? Иймээс тэд та нарын шүүгчид болно. Харин хэрэв Би чөтгөрүүдийг Бурханы Сүнсээр хөөн зайлуулдаг бол, Бурханы хаанчлал та нарт хүрч иржээ. Матай 12:25–28.</w:t>
      </w:r>
    </w:p>
    <w:p>
      <w:pPr>
        <w:pStyle w:val="ArticleBody"/>
        <w:jc w:val="left"/>
      </w:pPr>
      <w:r>
        <w:rPr>
          <w:rFonts w:ascii="Times New Roman" w:hAnsi="Times New Roman" w:eastAsia="Times New Roman" w:cs="Times New Roman"/>
        </w:rPr>
        <w:t>Грекийн улсыг хөдөлгөөнд оруулсан хамгийн чинээлэг ерөнхийлөгчийн эсрэг луугийн хийдэг дайн нь зөвхөн Дональд Трамп ба глобалистуудын хоорондын дайн байж чадна. Учир нь амьд байгаа бусад боломжит таван ерөнхийлөгч нь бүгд Америкийн эсрэг глобалистууд юм. Линкольн өмнөх эшлэлүүдийг иш татан, боолчлолыг дэмжигч болон боолчлолын эсрэг гэсэн хоёр хуаранд хуваагдсан үндэстний хуваагдлыг авч үзэхдээ, тэр боолчлолыг дэмжигч Ардчилсан намынханд болон боолчлолын эсрэг Бүгд Найрамдах намынханд хандан ярьж байсан бөгөөд ингэснээрээ тэрээр сүүлчийн өдрүүдийн глобалист Ардчилсан намынхан ба MAGA-измын хөдөлгөөнөөрөө өдөөж буй, өөрөө түүнийг төлөөлөн удирддаг сүүлчийн Бүгд Найрамдах намын ерөнхийлөгчийн хоорондын дайныг мөн хөндөн өгүүлж байсан юм.</w:t>
      </w:r>
    </w:p>
    <w:p>
      <w:pPr>
        <w:pStyle w:val="ArticleBody"/>
        <w:jc w:val="left"/>
      </w:pPr>
      <w:r>
        <w:rPr>
          <w:rFonts w:ascii="Times New Roman" w:hAnsi="Times New Roman" w:eastAsia="Times New Roman" w:cs="Times New Roman"/>
        </w:rPr>
        <w:t>Бүгд Найрамдах намын анхны ерөнхийлөгчийн хувьд Линкольн нь Бүгд Найрамдах намын сүүлчийн ерөнхийлөгчийн бэлгэдэл болдог. Сүүлчийн ерөнхийлөгчийг мөн 1989 оны төгсгөлийн үед байсан Бүгд Найрамдах намын ерөнхийлөгч төлөөлөн харуулдаг. Эдгээр хоёр гэрч нь өөрсдийн бэлгэдэн зааж буй ерөнхийлөгчийг Бүгд Найрамдах намын хүн мөн болохыг тодорхойлдог. 1989 оны төгсгөлийн үед байсан Бүгд Найрамдах намын ерөнхийлөгч нь зүгээр нэг Бүгд Найрамдах намын хүн байгаагүй, харин тэрээр сүүлчийн найман ерөнхийлөгчийн эхнийх нь байсан. Сүүлчийн ерөнхийлөгчийг мөн анхны ерөнхийлөгч бөгөөд анхны Ерөнхий командлагч байсан Жорж Вашингтон бэлгэдсэн байх болно.</w:t>
      </w:r>
    </w:p>
    <w:p>
      <w:pPr>
        <w:pStyle w:val="ArticleBody"/>
        <w:jc w:val="left"/>
      </w:pPr>
      <w:r>
        <w:rPr>
          <w:rFonts w:ascii="Times New Roman" w:hAnsi="Times New Roman" w:eastAsia="Times New Roman" w:cs="Times New Roman"/>
        </w:rPr>
        <w:t>Хариуд нь Вашингтоныг 1776 оноор төлөөлүүлэн харуулсан хугацаанд анхны ерөнхийлөгчөөр бэлгэдэн дүрсэлсэн байсан бөгөөд тэр анхны ерөнхийлөгч (Пэйтон Рэндолф) нь долоон хүнээр төлөөлүүлсэн найман хугацааны турш үйлчилсэн долоон хүний нэг байв. Рэндолф наймын эхнийх нь байсан тул наймын эхнийх нь байсан Рейганыг төлөөлж байсан бөгөөд тэр нь долоогоос гарсан найм дахь нь байв. Иймээс Рэндолф Вашингтоныг (анхны ерөнхийлөгч), Линкольныг (анхны Бүгд Найрамдах намын ерөнхийлөгч), Рейганыг (сүүлийн наймын анхны ерөнхийлөгч) мөн 1989 оноос хойших найм дахь ерөнхийлөгчийг төлөөлж байсан бөгөөд эш үзүүллэгийн зайлшгүй шаардлагаар тэр нь долоогоос гарсан найм дахь нь байх ёстой байв.</w:t>
      </w:r>
    </w:p>
    <w:p>
      <w:pPr>
        <w:pStyle w:val="ArticleBody"/>
        <w:jc w:val="left"/>
      </w:pPr>
      <w:r>
        <w:rPr>
          <w:rFonts w:ascii="Times New Roman" w:hAnsi="Times New Roman" w:eastAsia="Times New Roman" w:cs="Times New Roman"/>
        </w:rPr>
        <w:t>Вашингтон мөн 1789 оноор төлөөлөгдсөн түүхэн үйл явдал дахь ерөнхийлөгч байсан Жон Хэнкокоор дүрслэгдэнэ. Тэрээр Рандольфын адил, долоон дотроос гарсан найм дахь нь байв. Рандольф Вашингтоныг дүрсэлж байсан тул, Хэнкок Рандольфтой адилтган долоон дотроос гарсан найм дахь нь болох үед, Хэнкок 1989 оноос хойших найм дахь ерөнхийлөгчийг төлөөлнө. Тэр нь эш үзүүллэгийн зайлшгүй шаардлагаар долоон дотроос гарсан найм дахь нь байх ёстой.</w:t>
      </w:r>
    </w:p>
    <w:p>
      <w:pPr>
        <w:pStyle w:val="ArticleBody"/>
        <w:jc w:val="left"/>
      </w:pPr>
      <w:r>
        <w:rPr>
          <w:rFonts w:ascii="Times New Roman" w:hAnsi="Times New Roman" w:eastAsia="Times New Roman" w:cs="Times New Roman"/>
        </w:rPr>
        <w:t>Рэндолф, Хэнкок, Вашингтон, Линкольн болон Рейган бүгд эцсийн ерөнхийлөгчийн бэлгэдэл болдог. Эдгээр гэрчүүдийн хоёроор эцсийн ерөнхийлөгч Бүгд Найрамдах намынх байх нь тогтоогдоно. Хоёроор нь эцсийн ерөнхийлөгч найм дахь нь, өөрөөр хэлбэл долоон дотроос гарсан нэгэн байх нь тогтоогдоно. 1989 онд төгсгөлийн цаг эхэлснээс хойших найман ерөнхийлөгчийн дундах амьд сэрүүн буй таван ерөнхийлөгч нь, луугийн хүчтэй дайнд оролцох улс төрийн үзэл баримтлалыг зөвхөн Трамп л эзэмшдэгийг тодорхойлж байна.</w:t>
      </w:r>
    </w:p>
    <w:p>
      <w:pPr>
        <w:pStyle w:val="ArticleBody"/>
        <w:jc w:val="left"/>
      </w:pPr>
      <w:r>
        <w:rPr>
          <w:rFonts w:ascii="Times New Roman" w:hAnsi="Times New Roman" w:eastAsia="Times New Roman" w:cs="Times New Roman"/>
        </w:rPr>
        <w:t>Линкольны өмнө Ардчилсан намын гишүүн Жеймс Бьюкенен ерөнхийлөгчөөр ажиллаж байсан бөгөөд шударга түүхчид түүнийг Америкийн тэрхүү эртний түүхэн үеийн хамгийн үр нөлөөгүй ерөнхийлөгч хэмээн тодорхойлдог; түүний үр нөлөөгүй удирдлага нь үндсэндээ АНУ-ын Иргэний дайныг бий болгосон юм. Линкольн тангараг өргөхөөс өмнө өмнөд мужууд Холбооноос аль хэдийн салан тусгаарлаж эхэлсэн байсан бөгөөд Линкольны тангараг өргөснөөс ердөө нэг сарын дараа анхны буун дуу гарсан. Бьюкенен Линкольн шийдвэрлэхээс өөр аргагүй болсон дайныг бий болгосон үйл явдлуудыг хөдөлгөөнд оруулсан юм.</w:t>
      </w:r>
    </w:p>
    <w:p>
      <w:pPr>
        <w:pStyle w:val="ArticleBody"/>
        <w:jc w:val="left"/>
      </w:pPr>
      <w:r>
        <w:rPr>
          <w:rFonts w:ascii="Times New Roman" w:hAnsi="Times New Roman" w:eastAsia="Times New Roman" w:cs="Times New Roman"/>
        </w:rPr>
        <w:t>Рейганы өмнө орчин үеийн түүхэн дэх хамгийн үр нөлөөгүй ерөнхийлөгч байсан. Ардчилсан намын гишүүн Картер Иранд байрласан радикал Исламтай зөвөөр харьцах чадваргүй байснаараа АНУ-ыг ичгэвтэр байдалд оруулсан.</w:t>
      </w:r>
    </w:p>
    <w:p>
      <w:pPr>
        <w:pStyle w:val="ArticleBody"/>
        <w:jc w:val="left"/>
      </w:pPr>
      <w:r>
        <w:rPr>
          <w:rFonts w:ascii="Times New Roman" w:hAnsi="Times New Roman" w:eastAsia="Times New Roman" w:cs="Times New Roman"/>
        </w:rPr>
        <w:t>Трампын өмнө Ардчилсан намын Обама байсан бөгөөд тэрээр соёлын, улс төрийн болон эдийн засгийн хуваагдлыг санаатайгаар эхлүүлсэн бөгөөд тэр цагаас хойш тэдгээр нь улам бүр гүнзгийрсээр ирсэн. Түүний үр дүнгүй удирдлага Бьюкенен болон Картер хоёроор төлөөлөгдөн хэв шинжлэгдэж байсан боловч, түүний тэргүүлж байсан түүхэн үед Голлох Урсгалт Хэвлэл Мэдээлэл аль хэдийн Адольф Гитлерийн Рейхийн Олон Нийтийг Гэгээрүүлэх ба Ухуулгын Яамтай зэрэгцэн илрэн харагдаж эхэлсэн байв. Обамагийн АНУ-ын нийгмийн, улс төрийн, санхүүгийн болон шашны институцүүдийн эсрэг хийсэн довтолгоонууд нь харахаас татгалзсан хүмүүсийн хувьд нуун далдлагдсан бөгөөд Үндсэн хуулийг хамгаалахаар тангараг өргөсөн хүний хувьд түүний үр нөлөөгүй байдал нь няхуур далдлагдсан байв. Иранд байрласан радикал исламын асуудалд зөвөөр хандаж чадаагүйгээсээ болж Обама АНУ-ыг эвгүй байдалд оруулсан.</w:t>
      </w:r>
    </w:p>
    <w:p>
      <w:pPr>
        <w:pStyle w:val="ArticleBody"/>
        <w:jc w:val="left"/>
      </w:pPr>
      <w:r>
        <w:rPr>
          <w:rFonts w:ascii="Times New Roman" w:hAnsi="Times New Roman" w:eastAsia="Times New Roman" w:cs="Times New Roman"/>
        </w:rPr>
        <w:t>Трамп 2024 онд дахин сонгогдох үед, 1989 онд Рейганаас хойших найм дахь ерөнхийлөгчийн хувьд, түүний өмнө дахин нэгэн даяарчлалч, луугийн хүчээр тэтгэгдсэн Ардчилсан намын ерөнхийлөгч байсан байх бөгөөд тэрээр одоо түүхэн дэх хамгийн үр нөлөөгүй ерөнхийлөгчийн титмийг зүүсэн, Иранд байрлах радикал исламын асуудлыг шийдвэрлэх оролдлогынхоо явцад Америкийн Нэгдсэн Улсыг удаа дараа ичгэвтэр байдалд оруулсан нэгэн мөн; гэвч орчин үеийн үндсэн урсгалт хэвлэл мэдээлэл (Олон нийтийг гэгээрүүлэх, суртал ухуулгын Рейхийн яамаар төлөөлүүлэгдсэнчлэн) тэрхүү илэрхий бодит байдлыг дахин нэгэнтээ булшлахын төлөө ажилласаар байна.</w:t>
      </w:r>
    </w:p>
    <w:p>
      <w:pPr>
        <w:pStyle w:val="ArticleBody"/>
        <w:jc w:val="left"/>
      </w:pPr>
      <w:r>
        <w:rPr>
          <w:rFonts w:ascii="Times New Roman" w:hAnsi="Times New Roman" w:eastAsia="Times New Roman" w:cs="Times New Roman"/>
        </w:rPr>
        <w:t>Рейган албан тушаалдаа ороход Иранд байрласан радикал исламтай холбоотой шийдэгдээгүй хямралыг Ардчилсан намын ерөнхийлөгч шийдвэрлэлгүй орхисон байв. Рейган Иранаар төлөөлөгдөх АНУ болон радикал исламын хоорондох хурцадмал байдлын чиглэлийг эргүүлэхийн тулд тэр даруй арга хэмжээ авч эхэлсэн. Трамп албан тушаалдаа ороход мөн л Иранд байрласан радикал исламтай холбоотой шийдэгдээгүй хямрал Ардчилсан намын ерөнхийлөгчөөр зөвхөн шийдвэрлэгдээгүй орхигдоод зогсохгүй, санхүүжүүлэгдсэн байсан. Трамп Иранаар төлөөлөгдөх АНУ болон радикал исламын хоорондох хурцадмал байдлын чиглэлийг эргүүлэхийн тулд тэр даруй арга хэмжээ авч эхэлсэн. Одоогийн Ардчилсан намын ерөнхийлөгч Трампын хэрэгжүүлсэн бүх ахицыг буцаан эргүүлсэн бөгөөд одоо Байдены үр нөлөөгүй удирдлагын улмаас бүх дэлхий гуравдугаар дэлхийн дайнд татагдан орж байна.</w:t>
      </w:r>
    </w:p>
    <w:p>
      <w:pPr>
        <w:pStyle w:val="ArticleBody"/>
        <w:jc w:val="left"/>
      </w:pPr>
      <w:r>
        <w:rPr>
          <w:rFonts w:ascii="Times New Roman" w:hAnsi="Times New Roman" w:eastAsia="Times New Roman" w:cs="Times New Roman"/>
        </w:rPr>
        <w:t>Энэ нь Картерын үр нөлөөгүй байдлаар, мөн Обамагийн Исламыг дэмжсэнээр төлөөлөгдсөн Исламтай холбоотой ажлыг төдийгүй, Бьюкенаны дайныг эхлүүлснээр бий болгосон, Бүгд Найрамдах намын ерөнхийлөгчийн шийдвэрлэх шаардлагатай байсан ажлыг ч мөн гүйцээдэг.</w:t>
      </w:r>
    </w:p>
    <w:p>
      <w:pPr>
        <w:pStyle w:val="ArticleBody"/>
        <w:jc w:val="left"/>
      </w:pPr>
      <w:r>
        <w:rPr>
          <w:rFonts w:ascii="Times New Roman" w:hAnsi="Times New Roman" w:eastAsia="Times New Roman" w:cs="Times New Roman"/>
        </w:rPr>
        <w:t>Анхны Бүгд Найрамдах намын ерөнхийлөгчийн адил, Трамп 2020 оны сонгуулиар глобалист луугийн хүчнүүдийн гарт улс төрийн хувьд алуулсан. Түүнийг гудамжинд үхсэнд тооцогдож байх үед Илчлэлт номын арван нэгдүгээр бүлэгт эш үзүүлснээр газрын араатны глобалистууд болон бүх дэлхийн глобалистууд баярлан тэмдэглэж эхэлсэн.</w:t>
      </w:r>
    </w:p>
    <w:p>
      <w:pPr>
        <w:pStyle w:val="ArticleScripture"/>
        <w:jc w:val="left"/>
      </w:pPr>
      <w:r>
        <w:rPr>
          <w:rFonts w:ascii="Times New Roman" w:hAnsi="Times New Roman" w:eastAsia="Times New Roman" w:cs="Times New Roman"/>
        </w:rPr>
        <w:t>Тэд гэрчлэлээ дуусгахад, ёроолгүй гүнээс гарч ирдэг араатан тэдний эсрэг дайн хийж, тэднийг дийлж, ална. Тэдний цогцос агуу хотын гудамжинд хэвтэх бөгөөд тэр хот нь сүнслэг утгаараа Содом, Египет гэж нэрлэгддэг, мөн тэнд бидний Эзэн цовдлогдсон билээ. Хүмүүс, овог аймгууд, хэлтэнүүд, үндэстнүүдээс бүрдэгчид тэдний цогцсыг гурав хагас өдрийн турш харж, цогцсыг нь булшинд тавихыг зөвшөөрөхгүй. Газар дэлхий дээр оршин суугчид тэдний дээр баярлан хөөрч, найрлан цэнгэж, бие биедээ бэлэг илгээнэ. Учир нь энэ хоёр эш үзүүлэгч газар дэлхий дээр оршин суугчдыг тарчлаасан юм. Гэвч гурав хагас өдрийн дараа Бурханаас ирсэн амийн Сүнс тэдний дотор орж, тэд хөл дээрээ босов. Тэднийг харсан хүмүүсийн дээр агуу айдас нөмөрлөө. Илчлэлт 11:7–11.</w:t>
      </w:r>
    </w:p>
    <w:p>
      <w:pPr>
        <w:pStyle w:val="ArticleBody"/>
        <w:jc w:val="left"/>
      </w:pPr>
      <w:r>
        <w:rPr>
          <w:rFonts w:ascii="Times New Roman" w:hAnsi="Times New Roman" w:eastAsia="Times New Roman" w:cs="Times New Roman"/>
        </w:rPr>
        <w:t>Бид одоо 2024 онтой золгож, Трамп өөрийн хөл дээрээ босон зогсож байна; харин 2021 оны 1-р сарын 6-наас хойш баясан хөөрч, цэнгэн наргиж ирсэн луугийн ертөнц эдүгээ “их айдас”-тай нүүр тулж байна. Үндсэн урсгалын хэвлэл мэдээлэл (MSM) сандарч тэвдэж байна. Тэдний өөрсдийн ярьж ирсэн ухуулгын үгс хүртэл хуучин рок-н-роллын нэгэн дууны хэлдгээр, “хаанд өргөмжлөн сонгосон тэр ядарч сульдсан хөгшин эр” нь өөрсдийн санал тоолох машинууд Байденыг дээгүүр гарган түрүүлэх боломж бүрдэхүйц хэмжээнд Трампын тоон үзүүлэлттэй хангалттай ойр байж чадахгүй байж мэдэх гэсэн тэдний түгшүүрийг илчилж эхэлж байна. Үндсэн урсгалын хэвлэл мэдээлэл нь эдүгээ Гитлерийн үеийн Рейхийн Олон Нийтийг Гэгээрүүлэх, Ухуулгын Яам ямар байсан шиг, төдий чинээ ухуулгын машин болоод байна.</w:t>
      </w:r>
    </w:p>
    <w:p>
      <w:pPr>
        <w:pStyle w:val="ArticleBody"/>
        <w:jc w:val="left"/>
      </w:pPr>
      <w:r>
        <w:rPr>
          <w:rFonts w:ascii="Times New Roman" w:hAnsi="Times New Roman" w:eastAsia="Times New Roman" w:cs="Times New Roman"/>
        </w:rPr>
        <w:t>Энэ баримт өөрөөр байх ямар ч математик боломжийг үгүйсгэхүйцээр дахин дахин нотлогдсоор ирсэн. Даяарчлалыг дэмжигчдийн шинэ ухуулгын нэгэн сэдэв нийгэмд өргөнөөр нэвтрэх бүрд, лууны суртал ухуулгын машинаар удирдуулдаг харилцаа холбооны янз бүрийн шугамууд тухайн үйл явдал, эсвэл тэр асуудлыг тайлбарлахдаа үг үсэггүй яг ижил хэллэгийг гаргаж байгааг олонтаа баримтжуулсан байдаг.</w:t>
      </w:r>
    </w:p>
    <w:p>
      <w:pPr>
        <w:pStyle w:val="ArticleBody"/>
        <w:jc w:val="left"/>
      </w:pPr>
      <w:r>
        <w:rPr>
          <w:rFonts w:ascii="Times New Roman" w:hAnsi="Times New Roman" w:eastAsia="Times New Roman" w:cs="Times New Roman"/>
        </w:rPr>
        <w:t>Та нарын хэн нэгэн нь “telephone,” эсвэл заримдаа “Chinese whispers” гэж нэрлэгддэг эртний хүүхдийн тоглоомыг мэддэг бол, хүмүүс тойрч суух үед тоглоом хэрхэн өрнөдгийг та нар мэднэ: эхний хүн дараагийн хүний чихэнд шивнэн хэлж, тэр шивнээг тойрог даган цааш дамжуулсаар байхад, тойргийг тойрон явсан анхны шивнээ нь бараг ямагт эхэндээ илэрхийлж байсан зүйлээс өөр зүйл болон хувирдаг. Гэвч Гол урсгалт хэвлэл мэдээлэл өөрсдийн дагалдагчдаас энэ улсад болон дэлхий даяарх сэтгүүлч бүр ямар нэгэн байдлаар нэгэн ижил сэдэв буюу үйл явдлын талаар луугийн байр суурийг тайлбарлахын тулд яг адил үг хэллэгийг сонгодог гэж итгэхийг шаарддаг. Өөрсдийгөө сэтгүүлч хэмээгч хэдэн зуун хүн нэгэн ижил үйл явдлыг харчихаад, зөвхөн нэгэн ижил дүгнэлтэд хүрээд зогсоогүй, харин уг үйл явдлыг дүрслэн өгүүлэхдээ яг ижил үг хэллэгийг сонгосон ажээ.</w:t>
      </w:r>
    </w:p>
    <w:p>
      <w:pPr>
        <w:pStyle w:val="ArticleBody"/>
        <w:jc w:val="left"/>
      </w:pPr>
      <w:r>
        <w:rPr>
          <w:rFonts w:ascii="Times New Roman" w:hAnsi="Times New Roman" w:eastAsia="Times New Roman" w:cs="Times New Roman"/>
        </w:rPr>
        <w:t>Бидний энэ үед хөндөн ярьж буй зүйл нь глобалистуудын суртал ухуулгын машинд хийж буй довтолгоо бус, харин одоо дэлхий дээр өрнөж буй сүнслэг дайны эш үзүүллэгийн нэгэн шинж чанарыг зүгээр л тодорхойлон тэмдэглэж буй хэрэг юм. Христийн үед иудейчүүд өөрсдийн Мессиаг няцаасныхаа эцэст Цезарийг өөрсдийн хаан хэмээн олон нийтийн өмнө сонгосон билээ. Тэрхүү маргаантай үед тэргүүн тахилч Христийг алахыг зөвтгөх нэгэн үндэслэлийг дэвшүүлсэн нь сатанлаг бөгөөд алдаатай эргэцүүлэлд тулгуурласан байсан ч, нэгэн зэрэг үнэн зөв байсан юм.</w:t>
      </w:r>
    </w:p>
    <w:p>
      <w:pPr>
        <w:pStyle w:val="ArticleScripture"/>
        <w:jc w:val="left"/>
      </w:pPr>
      <w:r>
        <w:rPr>
          <w:rFonts w:ascii="Times New Roman" w:hAnsi="Times New Roman" w:eastAsia="Times New Roman" w:cs="Times New Roman"/>
        </w:rPr>
        <w:t>Тэдний нэг болох Каиаф тэр жилд тэргүүн тахилч байсан тул тэдэнд хандан, Та нар юу ч огт мэдэхгүй байна; мөн ард түмний төлөө нэг хүн үхэж, бүхэл үндэстэн сүйрэхгүй байх нь бидэнд ашигтай гэдгийг ч үл тунгаана хэмээн хэлэв. Үүнийг тэр өөрийнхөө санаанаас хэлээгүй; харин тэр жилд тэргүүн тахилч байсан учраас Есүс тэр үндэстний төлөө үхэхийг эш үзүүлсэн ажээ; зөвхөн тэр үндэстний төлөө бус, мөн энд тэнд тараагдсан Бурханы хүүхдүүдийг нэг болгон хамтатгахын төлөө ч ажээ. Иохан 11:49–52.</w:t>
      </w:r>
    </w:p>
    <w:p>
      <w:pPr>
        <w:pStyle w:val="ArticleBody"/>
        <w:jc w:val="left"/>
      </w:pPr>
      <w:r>
        <w:rPr>
          <w:rFonts w:ascii="Times New Roman" w:hAnsi="Times New Roman" w:eastAsia="Times New Roman" w:cs="Times New Roman"/>
        </w:rPr>
        <w:t>Каиаф Христ рүү дайрахын тулд нэгэн логик зохиож байсан бөгөөд ингэхдээ тэр үнэндээ хүчинтэй нэгэн зөгнөлийг хэлж байв. Тэр Христ хүн төрөлхтний төлөөх тахил байх хэрэгтэй гэж итгээгүй, харин зүгээр л Түүнийг алахыг хүссэн юм. Луугийн хүчний Гол Урсгалт Хэвлэл Мэдээлэл одоо Трампын талаар үүнтэй төстэй зүйлийг үйлдэж байна. Хэрэв Трамп дахин сонгогдвол тэр Адольф Гитлерийн адил дарангуйлагч болно хэмээн ард түмний дунд айдас суулгахыг тэд оролдож байна. Ардчилсан нам нь боолчлолыг дэмжигч нам бөгөөд Нацист намын шинжүүдийг эзэмшдэг, үүнд зөвхөн Германы бус, дэлхий дахины суртал ухуулгын машин ч багтана; гэвч тэд Трамп сонгогдвол ардчилал нураагдаж, Трамп Адольф Гитлерийн адил дарангуйлагч болно хэмээн мэдэгдэж байна.</w:t>
      </w:r>
    </w:p>
    <w:p>
      <w:pPr>
        <w:pStyle w:val="ArticleBody"/>
        <w:jc w:val="left"/>
      </w:pPr>
      <w:r>
        <w:rPr>
          <w:rFonts w:ascii="Times New Roman" w:hAnsi="Times New Roman" w:eastAsia="Times New Roman" w:cs="Times New Roman"/>
        </w:rPr>
        <w:t>Энэ нь яг үнэндээ Америкийн Нэгдсэн Улсын сүүлчийн ерөнхийлөгчийн талаар Бурханы Үг юуныг тодорхойлдгийг илтгэж байна. Гэвч луугаар өдөөгдсөн Каиафтай адил гол урсгалын хэвлэл мэдээллийн хэрэгслүүд өөрсдийн ярьж буй санаанууд нь эш үзүүллэгийн шинжтэй бөгөөд үнэхээр биелэлээ олох болно гэдгийг ойлгодоггүй.</w:t>
      </w:r>
    </w:p>
    <w:p>
      <w:pPr>
        <w:pStyle w:val="ArticleScripture"/>
        <w:jc w:val="left"/>
      </w:pPr>
      <w:r>
        <w:rPr>
          <w:rFonts w:ascii="Times New Roman" w:hAnsi="Times New Roman" w:eastAsia="Times New Roman" w:cs="Times New Roman"/>
        </w:rPr>
        <w:t>“Манай улс аюулын ирмэг дээр байна. Түүний хууль тогтоогчид Протестантизмын зарчмуудаас тийнхүү няцан татгалзаж, Ромын тэрслэлтэд ивээл үзүүлэх цаг улам ойртож байна. Бурханы гайхамшигт үйлсээр ийнхүү тэтгэгдэн, папын ёрын дарлалыг өөрсдөөсөө зайлуулж чадсан тэр ард түмэн үндэсний үйлдлээрээ Ромын завхарсан итгэлд хүч өгөх бөгөөд, ингэснээр зөвхөн өчүүхэнхэн түлхэц хүлээн дахин харгислал ба дарангуйлалд шилжин асахыг хүлээж буй тиранийг сэрээн хөдөлгөнө. Бид энэ үе рүү аль хэдийнээ түргэн алхмаар ойртон явж байна.” The Spirit of Prophecy, volume 4, 410.</w:t>
      </w:r>
    </w:p>
    <w:p>
      <w:pPr>
        <w:pStyle w:val="ArticleBody"/>
        <w:jc w:val="left"/>
      </w:pPr>
      <w:r>
        <w:rPr>
          <w:rFonts w:ascii="Times New Roman" w:hAnsi="Times New Roman" w:eastAsia="Times New Roman" w:cs="Times New Roman"/>
        </w:rPr>
        <w:t>Би АНУ дахь Ардчилсан намын завхарсан элементүүдийг, бодит байдал дээр глобалистууд атлаа өөрсдийгөө Бүгд Найрамдах намынхан хэмээн зарладаг хүмүүсийг, мөн дэлхийн дэвшилтэт глобалистуудыг тодорхойлон нэрлэж буй тул нэгэн уншигч намайг Бүгд Найрамдах нам, эсвэл Дональд Трамптай ямар нэгэн төрлийн улс төрийн элэгсэлтэй гэж итгэхэд хүрч болзошгүйг мэдэж байна. Энэ нь бодит байдлын үнэнээс үлэмж хол юм. эцсийн ерөнхийлөгч дарангуйлагч болох ёстой бөгөөд гол урсгалын хэвлэл мэдээлэл ч үүнийг урьдчилан хэлж байгаа, гэвч тэд Каиафаас илүүгээр өөрсдийн үнэндээ юуг зөгнөн хэлж байгаагаа мэддэггүй. Бид ердөө л Езекиелийн дугуйн доторх дугуйгаар дүрслэгдсэн “хүний үйл явдлуудын цогц харилцан үйлчлэл”-тэй холбоотой эш үзүүллэгийн динамикуудыг тодорхойлон тогтоож байна.</w:t>
      </w:r>
    </w:p>
    <w:p>
      <w:pPr>
        <w:pStyle w:val="ArticleBody"/>
        <w:jc w:val="left"/>
      </w:pPr>
      <w:r>
        <w:rPr>
          <w:rFonts w:ascii="Times New Roman" w:hAnsi="Times New Roman" w:eastAsia="Times New Roman" w:cs="Times New Roman"/>
        </w:rPr>
        <w:t>Бид энэхүү судалгааг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Ес</dc:title>
  <dc:subject>Даниел 11:40-ийг орчин үеийн улс төрийн бодит нөхцөлтэй эш үзүүллэгийн дагуу уялдуулах нь: Сүүлчийн Ерөнхийлөгчийн нууцыг тайлахуй</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