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Гуравдугаар Дугаар</w:t>
      </w:r>
    </w:p>
    <w:p>
      <w:pPr>
        <w:pStyle w:val="ArticleSubtitle"/>
        <w:jc w:val="left"/>
      </w:pPr>
      <w:r>
        <w:rPr>
          <w:rFonts w:ascii="Arial" w:hAnsi="Arial" w:eastAsia="Arial" w:cs="Arial"/>
        </w:rPr>
        <w:t>Эцсийн өдрүүдийн нууц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Даниелын хоёрдугаар бүлэг нь Илчлэлт номын арван дөрөвдүгээр бүлгийн хоёр дахь тэнгэрэлчийг төлөөлдөг. Иймээс энэ нь хоолны сорилоор дүрслэгдсэн, дараа нь харааны сорилоор үргэлжилж, эцэст нь лакмусын сорилоор төгсдөг гурван сорилын хоёр дахь сорилыг төлөөлнө. Эдгээр гурван сорил нь, мөн эш үзүүллэгийн тэмдэгт үеүүд болохын хувьд, Илчлэлт номын арван дөрөвдүгээр бүлгийн эхний тэнгэрэлчийн мэдээнд бүгд оршдог. Илчлэлт номын арван дөрөвдүгээр бүлгийн эхний тэнгэрэлчийн адил, Даниелын нэгдүгээр бүлэг ч мөн эдгээр гурван сорил бүрийг агуулдаг.</w:t>
      </w:r>
    </w:p>
    <w:p>
      <w:pPr>
        <w:pStyle w:val="ArticleBody"/>
        <w:jc w:val="left"/>
      </w:pPr>
      <w:r>
        <w:rPr>
          <w:rFonts w:ascii="Times New Roman" w:hAnsi="Times New Roman" w:eastAsia="Times New Roman" w:cs="Times New Roman"/>
        </w:rPr>
        <w:t>Хоёр дахь сорилт, өөрөөр хэлбэл хоёр дахь тэнгэрэлчийн мэдээ нь эхний сорилтын төгсгөл дээр эхэлдэг. Нэгдүгээр бүлгийн дараа хоёрдугаар бүлэг үргэлжилдэг. Хоёр дахь сорилтын төгсгөл нь гурав дахь сорилтыг шууд залгуулан эхлүүлдэг. Хоёр дахь сорилтоор төлөөлөгдөх хугацаа нь Даниелын олзлогдлын далан жилээр бэлгэдэгдсэн бөгөөд энэ нь Иехоиакимыг байлдан дагуулснаар эхэлж, Кирусын зарлигаар төгссөн юм. Тэрхүү далан жилийн төгсгөл ойртох үед Даниел Бурханы эш үзүүллэгийн Үгээр дамжуулан төгсгөл айсуйг ухаарсан юм.</w:t>
      </w:r>
    </w:p>
    <w:p>
      <w:pPr>
        <w:pStyle w:val="ArticleScripture"/>
        <w:jc w:val="left"/>
      </w:pPr>
      <w:r>
        <w:rPr>
          <w:rFonts w:ascii="Times New Roman" w:hAnsi="Times New Roman" w:eastAsia="Times New Roman" w:cs="Times New Roman"/>
        </w:rPr>
        <w:t>Халдеичуудын хаанчлалын дээр хаан болгогдсон, Мидийн угсааны Ахашверошийн хүү Дариусын хаанчлалын эхний жилд, түүний хаанчлалын эхний жилд би, Даниел, Иерусалимын эзгүйрлийн талаар ЭЗЭНий үг эш үзүүлэгч Иеремиад ирж, далан жилийг гүйцэлдүүлэх болно хэмээн айлдсаны дагуу, тэр жилүүдийн тоог номуудаас ухааран ойлгов. Даниел 9:1, 2.</w:t>
      </w:r>
    </w:p>
    <w:p>
      <w:pPr>
        <w:pStyle w:val="ArticleBody"/>
        <w:jc w:val="left"/>
      </w:pPr>
      <w:r>
        <w:rPr>
          <w:rFonts w:ascii="Times New Roman" w:hAnsi="Times New Roman" w:eastAsia="Times New Roman" w:cs="Times New Roman"/>
        </w:rPr>
        <w:t>Даниел нь сүүлийн өдрүүдэд далан жилийн боолчлолын бэлгэдэлт утгыг танин мэддэг Бурханы ард түмнийг төлөөлж байгаа бөгөөд тэрхүү танин мэдэлт нь бэлгэдэлт далан жил төгсөхийн өмнөхөн явагддаг. Бурханы ард түмэн далан жилийн боолчлолыг зөв ойлгосон боловч Даниелын төлөөлж буй зүйл нь тэр далан жил 2001 оны 9 дүгээр сарын 11-нээс Ням гаргийн хуулийн хүртэлх эш үзүүллэгийн хугацааг төлөөлдөг гэсэн ойлголт юм. Даниелын хувьд тэдгээр жилүүд Кирийн зарлигаар төгссөн бөгөөд энэ нь сүүлийн өдрүүдэд АНУ дахь Ням гаргийн хуулийг төлөөлдөг.</w:t>
      </w:r>
    </w:p>
    <w:p>
      <w:pPr>
        <w:pStyle w:val="ArticleBody"/>
        <w:jc w:val="left"/>
      </w:pPr>
      <w:r>
        <w:rPr>
          <w:rFonts w:ascii="Times New Roman" w:hAnsi="Times New Roman" w:eastAsia="Times New Roman" w:cs="Times New Roman"/>
        </w:rPr>
        <w:t>Ням гарагийн хуулиас тун удалгүй өмнө Бурханы ард түмэн бэлгэдэлт далан жилээр илэрхийлэгдсэн эш үзүүллэгийн ойлголтод сэрээгддэг. Тэдгээр бэлгэдэлт жилүүд Иехоиакимаас эхэлсэн бөгөөд тэр нь 2001 оны есдүгээр сарын 11-нийг төлөөлдөг; тэр үед гурав дахь Гаслангийн Ислам ирэхэд Илчлэлт арван наймын хүчит тэнгэрэлч бууж ирэн Вавилоны уналтыг тунхагласан. Вавилоны уналт нь хоёр дахь тэнгэрэлчийн мэдээг төлөөлдөг бөгөөд 2001 оны есдүгээр сарын 11-нд тэнгэрэлчийн гарт байсан нууцлаг номыг идсэн хүмүүсийн хувьд хоёр дахь шалгалтын үе эхэлсэн. Бэлгэдэлт далан жилээр төлөөлөгдсөн тэр үе Ням гарагийн хууль хүртэл үргэлжилдэг.</w:t>
      </w:r>
    </w:p>
    <w:p>
      <w:pPr>
        <w:pStyle w:val="ArticleBody"/>
        <w:jc w:val="left"/>
      </w:pPr>
      <w:r>
        <w:rPr>
          <w:rFonts w:ascii="Times New Roman" w:hAnsi="Times New Roman" w:eastAsia="Times New Roman" w:cs="Times New Roman"/>
        </w:rPr>
        <w:t>Төгсгөл ойртох тусам, Дариусын хаанчлалын эхний жил дэх Даниелаар дүрслэн үзүүлэгдсэнчлэн, Бурханы ард түмэн араатны дүрсний сорилтод сэрээгддэг. Тэд араатны дүрсний сорилттой холбоотой зарим үнэнийг өмнө нь ойлгосон байсан боловч, хоёр дахь тэнгэрэлчийн эш үзүүллэгийн хугацааны төгсгөлийн өмнөхөн ойлгох хэсэг нь харанхуйд нуугдсан байв. Даниел Бурханы эш үзүүллэгийн Үгийг судалж, дараа нь далан жилийн утга учрыг ухаармагц, тэр залбиралд хөтлөгдсөн; яг л өөрийн дүрс-зүүдийн талаар Небухаднезарын амь, үхлийн аюултай заналхийллийн утгыг ухаарсан үедээ залбиралд хөтлөгдсөнтэй адил. Даниелын номын есдүгээр бүлэгт, Даниелын номын хоёрдугаар бүлгийн адил, Даниел залбирах үедээ эш үзүүллэгийн гэрлийг хүлээн авсан.</w:t>
      </w:r>
    </w:p>
    <w:p>
      <w:pPr>
        <w:pStyle w:val="ArticleScripture"/>
        <w:jc w:val="left"/>
      </w:pPr>
      <w:r>
        <w:rPr>
          <w:rFonts w:ascii="Times New Roman" w:hAnsi="Times New Roman" w:eastAsia="Times New Roman" w:cs="Times New Roman"/>
        </w:rPr>
        <w:t>Тийм ээ, би залбирал дотор айлдаж байх үед, эхэнд үзэгдэлд харсан өнөөх хүн Габриел хурдан нисэн ирж, үдшийн өргөлийн цаг орчимд надад хүрэв. Тэр надад мэдүүлж, надтай ярин, ийнхүү хэлэв: Өө, Даниел аа, би одоо чамд мэргэн ухаан ба ойлголт өгөхөөр ирлээ. Даниел 9:21, 22.</w:t>
      </w:r>
    </w:p>
    <w:p>
      <w:pPr>
        <w:pStyle w:val="ArticleBody"/>
        <w:jc w:val="left"/>
      </w:pPr>
      <w:r>
        <w:rPr>
          <w:rFonts w:ascii="Times New Roman" w:hAnsi="Times New Roman" w:eastAsia="Times New Roman" w:cs="Times New Roman"/>
        </w:rPr>
        <w:t>Даниелыг залбирч байх үед нь түүнд өгөгдсөн “мэргэн ухаан ба ойлголт” нь хоёрдугаар бүлэг дэх түүний залбиралтай нийцдэг.</w:t>
      </w:r>
    </w:p>
    <w:p>
      <w:pPr>
        <w:pStyle w:val="ArticleScripture"/>
        <w:jc w:val="left"/>
      </w:pPr>
      <w:r>
        <w:rPr>
          <w:rFonts w:ascii="Times New Roman" w:hAnsi="Times New Roman" w:eastAsia="Times New Roman" w:cs="Times New Roman"/>
        </w:rPr>
        <w:t>Тэгээд Даниел гэртээ очиж, энэ хэргийг өөрийн нөхөд болох Хананиа, Мишаел, Азариа нарт мэдэгдэв. Ингэснээр тэд энэ нууцын талаар тэнгэрийн Бурханаас өршөөл гуйж, Даниел болон түүний нөхөд Вавилоны бусад мэргэдийн хамт сүйрэхгүй байхын төлөө залбирав. Тэгээд тэрхүү нууц шөнийн үзэгдлээр Даниелд илчлэгдэв. Тэгэхэд Даниел тэнгэрийн Бурханыг магтан ерөөв. Даниел 2:17–19.</w:t>
      </w:r>
    </w:p>
    <w:p>
      <w:pPr>
        <w:pStyle w:val="ArticleBody"/>
        <w:jc w:val="left"/>
      </w:pPr>
      <w:r>
        <w:rPr>
          <w:rFonts w:ascii="Times New Roman" w:hAnsi="Times New Roman" w:eastAsia="Times New Roman" w:cs="Times New Roman"/>
        </w:rPr>
        <w:t>Мөр дээр мөр, Даниелын хоёр залбирал нь нэгэн ижил залбирал юм. Аль аль нь 2001 оны 9 дүгээр сарын 11-нээс удахгүй ирэх Ням гаргийн хууль хүртэл өрнөдөг, хоёр дахь тэнгэрэлчийн харааны сорилтыг бэлгэдлээр төлөөлдөг түүхийн үед өгөгдсөн байдаг. Небухаднезарын ойртон ирж буй үхлийн заналхийлэл, Иеремиагийн далан жилийн тухай болон Мосегийн “долоон удаа”-гийн тангаргийн тухай эш үзүүллэгийн мэдлэгийн дунд Даниел Леви 26-ийн залбирлыг залбирч, үүний зэрэгцээ Библийн эш үзүүллэгийн эцсийн нууцыг өөрт нь илчлэхийг Бурханаас гуйдаг. Энэ бол Иохан Есүс Христийн Илчлэл хэмээн тодорхойлдог тэрхүү нууц мөн.</w:t>
      </w:r>
    </w:p>
    <w:p>
      <w:pPr>
        <w:pStyle w:val="ArticleBody"/>
        <w:jc w:val="left"/>
      </w:pPr>
      <w:r>
        <w:rPr>
          <w:rFonts w:ascii="Times New Roman" w:hAnsi="Times New Roman" w:eastAsia="Times New Roman" w:cs="Times New Roman"/>
        </w:rPr>
        <w:t>Есдүгээр бүлэгт Даниел хоёр хаанчлалын шилжилтийн зааг дээр байрлаж байна. Энэ нь Дариусын хаанчлалын эхний жил тул Вавилон дөнгөж Мид, Персүүдэд унасан бөгөөд ийнхүү Бурханы ард түмнийг сүүлчийн өдрүүдэд, эхний тэнгэрэлчийн хөдөлгөөн болон мөн гурав дахь тэнгэрэлчийн хөдөлгөөнд тэмдэглэгдсэн шилжилтийн цэг дээр байрлуулж байна.</w:t>
      </w:r>
    </w:p>
    <w:p>
      <w:pPr>
        <w:pStyle w:val="ArticleBody"/>
        <w:jc w:val="left"/>
      </w:pPr>
      <w:r>
        <w:rPr>
          <w:rFonts w:ascii="Times New Roman" w:hAnsi="Times New Roman" w:eastAsia="Times New Roman" w:cs="Times New Roman"/>
        </w:rPr>
        <w:t>Филадельфийн Миллерит хөдөлгөөн 1856 онд Лаодикейд шилжин орсон бөгөөд Future for America-гийн Лаодикейн хөдөлгөөн Илчлэлт номын арван нэгдүгээр бүлэгт өгүүлсэнчлэн гудамжинд үхсэн хэвээр байсан гурван хагас өдрийн төгсгөлд Филадельфийн хөдөлгөөнд шилжинэ. 1856 оноос 1863 он хүртэлх хугацаанд Миллеритүүдийн Филадельфийн хөдөлгөөн дээр бүдэрч унасан шалгалт нь “долоон үе”-ийн сургаалтай холбоотой байв.</w:t>
      </w:r>
    </w:p>
    <w:p>
      <w:pPr>
        <w:pStyle w:val="ArticleBody"/>
        <w:jc w:val="left"/>
      </w:pPr>
      <w:r>
        <w:rPr>
          <w:rFonts w:ascii="Times New Roman" w:hAnsi="Times New Roman" w:eastAsia="Times New Roman" w:cs="Times New Roman"/>
        </w:rPr>
        <w:t>Future for America-гийн Лаодикеийн хөдөлгөөний сорилт нь тэд өөрсдийн тархан бутарсан байдлыг хүлээн зөвшөөрөх зайлшгүй шаардлагатай холбоотой бөгөөд үүний дараа Левит хорин зургаад байдаг залбирал ба туршлагад орох явдал мөн. Даниел нь Вавилон ба Мидо-Персийн эзэнт гүрнүүдийн хоорондын шилжилтийн үед, мөн Кирийн зарлигаар тэмдэглэгдсэн далан жилийн хугацааны төгсгөлийн яг өмнө байв. Далан жил нь Даниелын залбирлын агуулга бөгөөд далан жил нь мөн Мосегийн “долоон үе”-ийг төлөөлдөг. Даниелын хоёр залбирал хоёулаа эхний тэнгэрэлчийн хөдөлгөөнд ч, мөн гурав дахь тэнгэрэлчийн хөдөлгөөнд ч “долоон үе”-ээр тэмдэглэгдсэн шилжилтийн үетэй нийцдэг.</w:t>
      </w:r>
    </w:p>
    <w:p>
      <w:pPr>
        <w:pStyle w:val="ArticleBody"/>
        <w:jc w:val="left"/>
      </w:pPr>
      <w:r>
        <w:rPr>
          <w:rFonts w:ascii="Times New Roman" w:hAnsi="Times New Roman" w:eastAsia="Times New Roman" w:cs="Times New Roman"/>
        </w:rPr>
        <w:t>Даниелд илчлэгдсэн “нууц” нь Небухаднезарын хөргийн илчлэл юм. Эцсийн өдрүүд дэх Небухаднезарын хөргийн “нууц” нь түүнийг дөрвөн хаанчлалыг бус, харин найман хаанчлалыг төлөөлдөг явдал юм. “Долоогоос гарсан Найм дахь нь” ангилалд буй өмнөх өгүүллүүдэд энэ үнэн аль хэдийн танилцуулагдсан билээ. Тэрхүү нууц дотор долоогоос гарсан найм дахь нь ирэх үеийн шилжилтийн цэгийн илчлэл агуулагдаж байдаг. Небухаднезарын хөргийн “нууц” нь жинхэнэ Протестантизмын эвэр болон Бүгд Найрамдах үзлийн эвэр амилсны баталгаа мөн. Эдгээр хоёр амилалт хоёулаа эвэр тус бүр нь найм дахь боловч долоогоос гарсан болохыг тодорхойлдог; мөн хоёр эвэр хоёулынх нь хувьд зургаадахаас найм дахь руу хийх шилжилт нь Мосегийн “долоон удаа”-тай холбоотой сорилын эш үзүүллэгийн нөхцөл дотор явагддаг. Тэрхүү шилжилт нь Даниелаар төлөөлүүлэгдсэнчлэн, Америкийн Нэгдсэн Улс дахь Ням гаргийн хуулийн зарлигийг төлөөлдөг Кирийн зарлигийн яг өмнө явагдана. Дараа нь Ням гаргийн хуулийн үед, хурдацтай хөдөлгөөнүүдийн дунд, папство долоогоос гарсан найм дахь толгой болон хувирах үедээ папствын үхлийн шарх эдгэрдэг бөгөөд энэ нь мөн Даниел номын хоёрдугаар бүлгийн Небухаднезарын хөргөөр төлөөлүүлсэнчлэн эш үзүүллэгийн нэгэн шилжилтээр дамжин өнгөрдөг.</w:t>
      </w:r>
    </w:p>
    <w:p>
      <w:pPr>
        <w:pStyle w:val="ArticleScripture"/>
        <w:jc w:val="left"/>
      </w:pPr>
      <w:r>
        <w:rPr>
          <w:rFonts w:ascii="Times New Roman" w:hAnsi="Times New Roman" w:eastAsia="Times New Roman" w:cs="Times New Roman"/>
        </w:rPr>
        <w:t>Тиймийн тулд Даниел, Вавилоны мэргэдийг устгахаар хаанаас томилогдсон Ариох уруу орж, түүнд ийн хэлэв: Вавилоны мэргэдийг бүү устгагтун; намайг хааны өмнө оруул, тэгвэл би хаанд тайлбарыг нь мэдүүлнэ. Тэгэхэд Ариох яаран Даниелыг хааны өмнө оруулж, түүнд ийн өгүүлэв: Иудагийн олзлогдогсдын дундаас хаанд тайлбарыг нь мэдүүлэх нэгэн хүнийг би оллоо. Хаан хариулан, нэр нь Белтешаззар болсон Даниелд ийн хэлэв: Чи миний үзсэн зүүд болон түүний тайлбарыг надад мэдүүлж чадах уу? Даниел 2:24–26.</w:t>
      </w:r>
    </w:p>
    <w:p>
      <w:pPr>
        <w:pStyle w:val="ArticleBody"/>
        <w:jc w:val="left"/>
      </w:pPr>
      <w:r>
        <w:rPr>
          <w:rFonts w:ascii="Times New Roman" w:hAnsi="Times New Roman" w:eastAsia="Times New Roman" w:cs="Times New Roman"/>
        </w:rPr>
        <w:t>Даниелд нууц илчлэгдсэний дараа түүний хоёр нэрийг хоёуланг нь дурддаг бөгөөд үүгээр тэрээр эцсийн өдрүүдэд нэг зуун дөчин дөрвөн мянгын Филаделфийн хөдөлгөөнд дөнгөж шилжин орсон гэрээний ард түмнийг төлөөлж байгааг тодорхойлдог. Тэрээр “нууцыг” ойлгож чадахгүй байсных нь улмаас хэнийг ч бүү хөнөөөөсэй гэж хүссэнээр Бурханы зарцын зан чанарыг илэрхийлдэг. Түүний зан чанар нь Даниелыг олсныхоо төлөө хаанаас сайшаал хүртэхийг эрмэлздэг Небухаднезарын зарц Ариохынхтой эсрэгцүүлэгддэг. Дараа нь Даниел Небухаднезарын асуултад асуултаар хариулахдаа жинхэнэ эш үзүүллэгийн илрэл ба Вавилоны мэргэдийнхний хоорондох ялгааг тодорхойлж, улмаар Ариохоос ялгаатай нь “нууцыг” ойлгосноо өөрийгөө өргөмжлөхөд ашиглалгүй, харин тэнгэрийн Бурханыг өргөмжилдөг.</w:t>
      </w:r>
    </w:p>
    <w:p>
      <w:pPr>
        <w:pStyle w:val="ArticleScripture"/>
        <w:jc w:val="left"/>
      </w:pPr>
      <w:r>
        <w:rPr>
          <w:rFonts w:ascii="Times New Roman" w:hAnsi="Times New Roman" w:eastAsia="Times New Roman" w:cs="Times New Roman"/>
        </w:rPr>
        <w:t>Даниел хааны өмнө хариулан, “Хааны нэхсэн нууцыг мэргэд, зурхайчид, шидтэнүүд, мэргэч төлөгчид хаанд тайлж үл чадна. Харин тэнгэрт нууцыг илчилдэг Бурхан байдаг бөгөөд Тэрээр Небухаднезар хаанд эцсийн өдрүүдэд юу болохыг мэдүүлдэг. Таны зүүд, мөн орон дээрээ байхдаа толгойд тань үзэгдсэн үзэгдлүүд нь эдгээр юм” гэв. Даниел 2:27, 28.</w:t>
      </w:r>
    </w:p>
    <w:p>
      <w:pPr>
        <w:pStyle w:val="ArticleBody"/>
        <w:jc w:val="left"/>
      </w:pPr>
      <w:r>
        <w:rPr>
          <w:rFonts w:ascii="Times New Roman" w:hAnsi="Times New Roman" w:eastAsia="Times New Roman" w:cs="Times New Roman"/>
        </w:rPr>
        <w:t>Даниел “нууц”-ын талаарх тайлбараа үүнийг хожмын өдрүүдэд юу болохыг тайлбарладаг “нууц” хэмээн тодорхойлсноор эхлүүлдэг. Долоон аянгын далд түүхийн нууц нь хожмын өдрүүдэд юу болохыг илтгэнэ. Небухаднезарын хөрөг нь туршилтын хугацаа хаагдахын яг өмнө лац нь тайлагддаг хожмын өдрүүдийн нууцын нэгэн бүрэлдэхүүн хэсэг юм. Энэ нь туршилтын хугацаа хаагдахын яг өмнөх шилжилтийн үед, газрын араатны аль аль эвэр нь долоон дотроос гарсан найм дахь нь болох тэр цагт, Даниел Дариусын эхний жилд дүрслэн үзүүлсэнчлэн, илчлэгддэг.</w:t>
      </w:r>
    </w:p>
    <w:p>
      <w:pPr>
        <w:pStyle w:val="ArticleScripture"/>
        <w:jc w:val="left"/>
      </w:pPr>
      <w:r>
        <w:rPr>
          <w:rFonts w:ascii="Times New Roman" w:hAnsi="Times New Roman" w:eastAsia="Times New Roman" w:cs="Times New Roman"/>
        </w:rPr>
        <w:t>Хаан аа, таны хувьд гэвэл, орон дээрээ хэвтэж байх үед тань хожим юу болох тухай бодол таны оюунд орж ирсэн билээ; мөн нууцуудыг илчлэгч Нэгэн танд юу тохиолдохыг мэдүүлдэг. Харин миний хувьд гэвэл, энэ нууц нь амьд бүхнээс илүү надад буй ямар нэгэн мэргэн ухааны улмаас надад илчлэгдсэн бус, харин тайлбарыг хаанд мэдүүлэх хүмүүсийн төлөө, мөн та зүрхнийхээ бодлыг мэдэхийн тулд юм. Даниел 2:29, 30.</w:t>
      </w:r>
    </w:p>
    <w:p>
      <w:pPr>
        <w:pStyle w:val="ArticleBody"/>
        <w:jc w:val="left"/>
      </w:pPr>
      <w:r>
        <w:rPr>
          <w:rFonts w:ascii="Times New Roman" w:hAnsi="Times New Roman" w:eastAsia="Times New Roman" w:cs="Times New Roman"/>
        </w:rPr>
        <w:t>Даниел Небухаднезарын зүүд нь хожмын өдрүүдийн тухай болохыг батлах хоёр дахь гэрчийг тогтоон, “нууцыг илчлэгч нь чамд юу тохиолдохыг”, “цаашид” мэдүүлдэг гэж хэлдэг. Дараа нь Даниел тэрхүү нууц нь өөрт нь, эсвэл өөр ямар ч хүнээс илүү дээд мэргэн ухаан түүнд байсан учраас өгөгдөөгүй, харин нууц нь Небухаднезарт “тайлбарыг мэдүүлэх хүмүүсийн төлөө” өгөгдсөн болохыг тодорхойлдог. Тэрхүү “нууц” нь эцсийн өдрүүдэд сүнслэг Вавилоны хаанд зүүдний “тайлбар”-ыг толилуулах хүмүүсийн төлөө өгөгдсөн байв. Нууц нь ялангуяа нэг зуун дөчин дөрвөн мянгатын төлөө өгөгдсөн, учир нь “нууц” нь эцсийн өдрүүдэд Вавилоны эцсийн уналтыг тунхаглах хүмүүст зориулагдсан юм. Дараа нь Даниел харанхуйд нуугдсан байсан бөгөөд амь эсвэл үхлийн сорилтыг бий болгосон дүрс-зүүдийг илчилдэг.</w:t>
      </w:r>
    </w:p>
    <w:p>
      <w:pPr>
        <w:pStyle w:val="ArticleScripture"/>
        <w:jc w:val="left"/>
      </w:pPr>
      <w:r>
        <w:rPr>
          <w:rFonts w:ascii="Times New Roman" w:hAnsi="Times New Roman" w:eastAsia="Times New Roman" w:cs="Times New Roman"/>
        </w:rPr>
        <w:t>Хаан аа, Та үзсэн бөгөөд, болгоогтун, агуу нэгэн хөрөг байлаа. Тэрхүү агуу хөрөг, гялбаа нь үлэмж сүр жавхлантай, Таны өмнө зогсож байсан бөгөөд дүр төрх нь аймшигтай байв. Тэр хөргийн толгой нь цэвэр алтаар, цээж болон хоёр гар нь мөнгөөр, хэвлий болон гуя нь хүрлээр, хөлнүүд нь төмрөөр, тавхай нь нэг хэсэг төмөр, нэг хэсэг шавраар байлаа. Та гараар бүтээгдээгүйгээр огтлогдон гарсан нэгэн чулууг тэрхүү хөргийн төмөр ба шавар хөлөн дээр цохиж, тэднийг хэсэг хэсгээр нь бут цохих хүртэл үзсэн билээ. Тэгэхэд төмөр, шавар, хүрэл, мөнгө, алт нь бүгд хамтдаа бутран, зуны үтрэмийн тоос мэт болж, салхи тэднийг хийсгэн авч одсоноор тэдэнд ямар ч орон зай олдсонгүй. Харин хөргийг цохисон тэр чулуу агуу уул болж, бүх газрыг дүүргэв. Энэ бол зүүд мөн; түүний тайллыг бид хааны өмнө айлтгая. Даниел 2:31–36.</w:t>
      </w:r>
    </w:p>
    <w:p>
      <w:pPr>
        <w:pStyle w:val="ArticleBody"/>
        <w:jc w:val="left"/>
      </w:pPr>
      <w:r>
        <w:rPr>
          <w:rFonts w:ascii="Times New Roman" w:hAnsi="Times New Roman" w:eastAsia="Times New Roman" w:cs="Times New Roman"/>
        </w:rPr>
        <w:t>Небухаднезарын зүүд нь Библийн эш үзүүллийн хаанчлалуудыг түүний цаг үеэс эхлэн эцсийн өдрүүд хүртэл тодорхойлсон бөгөөд тэр үед Даниелын Небухаднезарт танилцуулагдсан байдал болон хүний гараар бус огтлогдон гарсан чулуугаар төлөөлөгдсөн нэг зуун дөчин дөрвөн мянга нь хөрөг дүрсэнд дүрслэгдсэн газрын хаанчлалуудыг устгаж, улмаар тэрхүү чулуу нь бүх дэлхийг дүүргэх уул болдог. Тэр зүүд нь сүүлчийн өдрүүдийн тухай, өөрөөр хэлбэл нэг зуун дөчин дөрвөн мянгад эш үзүүллийн эцсийн нууц илчлэгдэх тэр эш үзүүллийн шилжилтийн цэгийн тухай байв.</w:t>
      </w:r>
    </w:p>
    <w:p>
      <w:pPr>
        <w:pStyle w:val="ArticleBody"/>
        <w:jc w:val="left"/>
      </w:pPr>
      <w:r>
        <w:rPr>
          <w:rFonts w:ascii="Times New Roman" w:hAnsi="Times New Roman" w:eastAsia="Times New Roman" w:cs="Times New Roman"/>
        </w:rPr>
        <w:t>Жинхэнэ протестант эвэрний тугийн хувьд, тэд үхэж буй дэлхийд гурав дахь тэнгэрэлчийн мэдээг авч явдаг. Тэр мэдээ АНУ-д Ням гаргийн хуулийг тогтоох үед, араатны тэмдгийг албадан тулгах цагт, чанга хашхираан болон өсөн нэмэгддэг. Тэр зарлиг гарахаас өмнө, сүүлийн өдрүүдэд Даниелаар төлөөлөгдсөн хүмүүс араатны дүрийн сорилттой нүүр тулгарах ёстой. Тэр сорилт нь харааны сорилт бөгөөд Ням гаргийн хуулийн зарлигийг бий болгох хөдөлгөөнүүдийг Даниелаар төлөөлөгдсөн хүмүүс харсан байхыг шаарддаг. Тэд харанхуйд нуугдсан дүрийн сорилтыг харах боломжийг олгодог тэнгэрлэг аргачлалыг сонгосон эсэх нь илчлэгдэхийн тулд шалгагддаг. Тэдний сорилт нь хувийн доромжлол ба гэм нүглээ наманчлан хүлээн зөвшөөрөхийг хамардаг. Энэ нь Даниелд зүүд болон үзэгдлээр ойлголт өгөгдсөн гэдгийг хүлээн зөвшөөрөхийг хамардаг. Учир нь хэрэв тэд цөлд хашхирагч Даниелын дуу хоолойг сонсохоос татгалзвал, энэ нь Христийн өдрүүдэд Иохан Баптистын мэдээг няцаасан хүмүүсийн адил юм.</w:t>
      </w:r>
    </w:p>
    <w:p>
      <w:pPr>
        <w:pStyle w:val="ArticleBody"/>
        <w:jc w:val="left"/>
      </w:pPr>
      <w:r>
        <w:rPr>
          <w:rFonts w:ascii="Times New Roman" w:hAnsi="Times New Roman" w:eastAsia="Times New Roman" w:cs="Times New Roman"/>
        </w:rPr>
        <w:t>Цагаан эгч Даниел ба Илчлэлт номууд бие биеэ гүйцээдэг гэж бидэнд мэдэгддэг бөгөөд түүний хэрэглэсэн “гүйцээх” гэсэн үг нь төгөлдөрт хүргэх гэсэн утгатай. 2023 оны долоодугаар сарын төгсгөлд Иуда овгийн Арслан сорилтын хугацаа хаагдахын яг өмнө үйлдэнэ гэж амласан ёсоороо Есүс Христийн Илчлэлийг лацыг нь тайлж эхэлсэн. Үүнийг хийхдээ Тэр өмнө нь зөвөөр ойлгогдож байсан боловч одоо эцсийн өдрүүдийн хүрээнд ойлгогдох ёстой байсан Библийн үнэнийг тодорхойлон харуулсан.</w:t>
      </w:r>
    </w:p>
    <w:p>
      <w:pPr>
        <w:pStyle w:val="ArticleBody"/>
        <w:jc w:val="left"/>
      </w:pPr>
      <w:r>
        <w:rPr>
          <w:rFonts w:ascii="Times New Roman" w:hAnsi="Times New Roman" w:eastAsia="Times New Roman" w:cs="Times New Roman"/>
        </w:rPr>
        <w:t>Тэдгээр үнэнүүдийн нэг нь Илчлэлт арван нэгдүгээр бүлгийн хоёр гэрч юм. Өөр нэг нь Илчлэлт арван бүлгийн “долоон аянга”-ын төгс биелэл болох түүх юм. Тэрээр 2020 оны 7 дугаар сарын 18-ны урам хугаралд өгүүлдэг ариун шинэчлэлийн шугамуудаас үнэнүүдийг гарган ирсэн. Тэрээр ариун шинэчлэлийн шугам бүрд байдаг, анхны мэдээ эрх мэдлээр хангагдсанаас шүүлт хүртэлх түүхийг дүрслэн үзүүлдэг дөрвөн тэмдэгтийн цэгийг урьд өмнө хэзээ ч танигдаагүй байдлаар ашигласан. Даниелын хоёрдугаар бүлэг эдгээр ойлголтуудын олныг төгөлдөрт хүргэдэг боловч Альфа ба Омега хэмээн тодорхойлогдсон аргачлалыг идэхээс татгалздаг хүмүүст эдгээр гүн гүнзгий үнэнүүд харанхуйд нуугдмал байдаг.</w:t>
      </w:r>
    </w:p>
    <w:p>
      <w:pPr>
        <w:pStyle w:val="ArticleBody"/>
        <w:jc w:val="left"/>
      </w:pPr>
      <w:r>
        <w:rPr>
          <w:rFonts w:ascii="Times New Roman" w:hAnsi="Times New Roman" w:eastAsia="Times New Roman" w:cs="Times New Roman"/>
        </w:rPr>
        <w:t>Даниелын хоёрдугаар бүлгийг судалсан энэ ажлаа өндөрлөхдөө бид Даниелын хоёрдугаар бүлгээр төгөлдөржүүлэн илэрхийлэгдсэн зарим үнэнүүд болон тэмдэглэлт үе шатуудыг нэгтгэн дүгнэж, хооронд нь холбоно. Үүнийг хийхдээ шөнийн үзэгдлээр Даниелд илчлэгдсэн нууц нь чухам эдгээр үнэнүүдийг төлөөлдөг болохыг бид тодорхойлж байна.</w:t>
      </w:r>
    </w:p>
    <w:p>
      <w:pPr>
        <w:pStyle w:val="ArticleBody"/>
        <w:jc w:val="left"/>
      </w:pPr>
      <w:r>
        <w:rPr>
          <w:rFonts w:ascii="Times New Roman" w:hAnsi="Times New Roman" w:eastAsia="Times New Roman" w:cs="Times New Roman"/>
        </w:rPr>
        <w:t>Бид хураангуй ба дүгнэлтийг дараагийн өгүүлэлд толилуулна.</w:t>
      </w:r>
    </w:p>
    <w:p>
      <w:pPr>
        <w:pStyle w:val="ArticleScripture"/>
        <w:jc w:val="left"/>
      </w:pPr>
      <w:r>
        <w:rPr>
          <w:rFonts w:ascii="Times New Roman" w:hAnsi="Times New Roman" w:eastAsia="Times New Roman" w:cs="Times New Roman"/>
        </w:rPr>
        <w:t>“Эзэн хүмүүст тэдний алдаа эндэгдэл, ухралт буцалтыг нь угтан ажиллах Өөрийн томилогдсон хэрэгслүүдтэй байдаг. Түүний элч нар тэднийг нойрмог байдал дундаас нь сэрээж, амийн эрхэм үгс болох Ариун Бичээсийг тэдний ойлголтод нээхийн тулд шулуун тод гэрчлэл авчрахаар илгээгддэг. Эдгээр хүмүүс зөвхөн номлогчид байж болохгүй, харин үйлчлэгчид, гэрэл тээгчид, аюул заналхийлж байгааг олж хараад ард олонд анхааруулах итгэмжит харуулууд байх ёстой. Тэд чин сэтгэлийн хичээл зүтгэлээрээ, ухаалаг эв дүйгээрээ, хувь хүний хүчин чармайлтаараа—товчоор хэлбэл, бүхий л үйлчлэлээрээ—Христтэй адил байх ёстой. Тэд Бурхантай амин чухал холбоотой байж, Хуучин болон Шинэ Гэрээний эш үзүүллэгүүд болон амьдралд хэрэгжих сургамжуудтай тийм сайн танил болсон байх ёстой, ингэснээр тэд Бурханы үгийн эрдэнэсийн сангаас шинэ ба хуучин зүйлсийг гарган авчирч чадна.” Гэрчлэлүүд, 5-р боть,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Гуравдугаар Дугаар</dc:title>
  <dc:subject>Эцсийн өдрүүдийн нууц</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