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Дөчдүгээр Дугаар</w:t>
      </w:r>
    </w:p>
    <w:p>
      <w:pPr>
        <w:pStyle w:val="ArticleSubtitle"/>
        <w:jc w:val="left"/>
      </w:pPr>
      <w:r>
        <w:rPr>
          <w:rFonts w:ascii="Arial" w:hAnsi="Arial" w:eastAsia="Arial" w:cs="Arial"/>
        </w:rPr>
        <w:t>Эцсийн амлалт: Эзэний өдрийн өмнө Елиагийн гүйцэтгэх үүргийг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Хуучин Гэрээний сүүлчийн амлалт нь Их Эзэний агуу бөгөөд аймшигт өдөр ирэхээс өмнө Елиа ирнэ гэсэн явдал юм.</w:t>
      </w:r>
    </w:p>
    <w:p>
      <w:pPr>
        <w:pStyle w:val="ArticleScripture"/>
        <w:jc w:val="left"/>
      </w:pPr>
      <w:r>
        <w:rPr>
          <w:rFonts w:ascii="Times New Roman" w:hAnsi="Times New Roman" w:eastAsia="Times New Roman" w:cs="Times New Roman"/>
        </w:rPr>
        <w:t>Миний зарц Мосегийн хуулийг, өөрөөр хэлбэл Би Хоребт түүнд бүх Израилийн төлөө тушаасан тогтоолууд ба шүүлтүүдийг санагтун. Үзэгтүн, ЭЗЭНий агуу бөгөөд аймшигт өдөр ирэхээс өмнө Би эш үзүүлэгч Елиаг та нарт илгээнэ. Тэрээр эцгүүдийн зүрхийг хүүхдүүдэд нь, хүүхдүүдийн зүрхийг эцгүүдэд нь хандуулна. Эс тэгвээс Би ирж, газрыг хараалаар цохих болно. Малахи 4:4–5.</w:t>
      </w:r>
    </w:p>
    <w:p>
      <w:pPr>
        <w:pStyle w:val="ArticleBody"/>
        <w:jc w:val="left"/>
      </w:pPr>
      <w:r>
        <w:rPr>
          <w:rFonts w:ascii="Times New Roman" w:hAnsi="Times New Roman" w:eastAsia="Times New Roman" w:cs="Times New Roman"/>
        </w:rPr>
        <w:t>“ЭЗЭНий агуу бөгөөд аймшигт өдөр”-ийн өмнө урьтаж ирдэг Елиа нь нэгэн хувь элч мөн, түүнчлэн уг элчийн тунхагладаг мэдээнд холбогдох хөдөлгөөн мөн юм. Иймээс илгээгддэг тэр Елиа нь Енох ба Елиагийн төлөөлдөгчлөн үхлийг амсахгүй нэг зуун дөчин дөрвөн мянга билээ. Тэд бол тун удалгүй ирэх Ням гаргийн хуулийн үед туг тэмдэг болгон өргөгдөх хүмүүс юм.</w:t>
      </w:r>
    </w:p>
    <w:p>
      <w:pPr>
        <w:pStyle w:val="ArticleBody"/>
        <w:jc w:val="left"/>
      </w:pPr>
      <w:r>
        <w:rPr>
          <w:rFonts w:ascii="Times New Roman" w:hAnsi="Times New Roman" w:eastAsia="Times New Roman" w:cs="Times New Roman"/>
        </w:rPr>
        <w:t>Сүүлчийн өдрийн Елиа нь мөн Баптист Иоханаар төлөөлөгдсөн боловч Иохан нэг зуун дөчин дөрвөн мянгыг төлөөлөөгүй. Тэрээр хөдөлгөөнд нэгдэж, сүүлчийн өдрийн элчийн мэдээг хүлээн авдаг хүмүүсийг төлөөлсөн бөгөөд тэд удахгүй гарах Ням гаргийн хуулиар эхэлж, Михаел босон зогсох үед төгсөж, пап ламт засаглалд туслах хэн ч үгүйгээр түүний төгсгөл ирэх тэр Ням гаргийн хуулийн хямралын цагт пап ламт засаглалын гарт алагдана.</w:t>
      </w:r>
    </w:p>
    <w:p>
      <w:pPr>
        <w:pStyle w:val="ArticleBody"/>
        <w:jc w:val="left"/>
      </w:pPr>
      <w:r>
        <w:rPr>
          <w:rFonts w:ascii="Times New Roman" w:hAnsi="Times New Roman" w:eastAsia="Times New Roman" w:cs="Times New Roman"/>
        </w:rPr>
        <w:t>Елиа Кармел уулан дээр төлөөлөгдөн, Иохан Херодын найрын танхимд төлөөлөгддөг. Түүхэн эдгээр хоёр гэрч Илчлэлт номын долоодугаар бүлэгт дүрслэгдсэн Бурханы эцсийн өдрүүдийн ард түмний хоёр бүлгийг тодорхойлдог. Нэг зуун дөчин дөрвөн мянга болон агуу их олон түмэн нь Кармел уул болон Херодын төрсөн өдрийн найрт харгалзан нийцдэг. Эдгээр хоёр эш үзүүллэгийн шугам нь Илчлэлт арван долоодугаар бүлэг дэх долоон толгойн нэг болох найм дахь толгойн бүрдүүлэгч хэсгүүдийг нягтлан тодорхой таних баттай лавлах цэгийг өгдөг бөгөөд ингэснээр Библийн эш үзүүллэгийн зургаа дахь хаанчлалын сүүлчийн хөдөлгөөнүүдийн үед долооны нэг болох найм дахь ерөнхийлөгч, өөрөөр хэлбэл сүүлчийн ерөнхийлөгч, хэрхэн болон яагаад АНУ-ын агуу дарангуйлагч болдгийг тодруулахад хангалттай эш үзүүллэгийн дэлгэрэнгүйг өгдөг.</w:t>
      </w:r>
    </w:p>
    <w:p>
      <w:pPr>
        <w:pStyle w:val="ArticleBody"/>
        <w:jc w:val="left"/>
      </w:pPr>
      <w:r>
        <w:rPr>
          <w:rFonts w:ascii="Times New Roman" w:hAnsi="Times New Roman" w:eastAsia="Times New Roman" w:cs="Times New Roman"/>
        </w:rPr>
        <w:t>Ням гаргийн хуулийн үед гурвалсан нэгдэл хэрэгжинэ.</w:t>
      </w:r>
    </w:p>
    <w:p>
      <w:pPr>
        <w:pStyle w:val="ArticleScripture"/>
        <w:jc w:val="left"/>
      </w:pPr>
      <w:r>
        <w:rPr>
          <w:rFonts w:ascii="Times New Roman" w:hAnsi="Times New Roman" w:eastAsia="Times New Roman" w:cs="Times New Roman"/>
        </w:rPr>
        <w:t>“Бурханы хуулийг зөрчин Папын засаглалын тогтолцоог албадан хэрэгжүүлэх зарлигаар манай үндэстэн өөрийгөө зөвт байдлаас бүрмөсөн таслах болно. Протестантизм ангал дээгүүр гараа сунган Ромын эрх мэдлийн гарыг атгах үед, тэрээр ёроолгүй гүн дээгүүр хүрч Сүнслэг үзэлтэй гар барих үед, энэ гурвалсан нэгдлийн нөлөөн дор манай улс протестант бөгөөд бүгд найрамдах засаглалын хувьд өөрийн Үндсэн хуулийн зарчим бүрийг няцааж, папын худал хуурмаг ба мэхлэлтийг түгээн дэлгэрүүлэхэд нөхцөл бүрдүүлэх үед, тэгвэл Сатаны гайхамшигт үйл ажиллагааны цаг ирснийг, мөн төгсгөл ойрхон болсныг бид мэдэж болно.” Testimonies, volume 5, 451.</w:t>
      </w:r>
    </w:p>
    <w:p>
      <w:pPr>
        <w:pStyle w:val="ArticleBody"/>
        <w:jc w:val="left"/>
      </w:pPr>
      <w:r>
        <w:rPr>
          <w:rFonts w:ascii="Times New Roman" w:hAnsi="Times New Roman" w:eastAsia="Times New Roman" w:cs="Times New Roman"/>
        </w:rPr>
        <w:t>Гэвч энэ жишээнд нэгэн дараалал бий бөгөөд тэрхүү дараалал нь онгодоор өгөгдсөн Үгийн сэдэв мөн. Энэ нь зарлиг гарах үед тохиолдох үйл явдал бөгөөд нэг утгаараа ганц үйл явдал мэт боловч, үнэндээ бол үйл явдлуудын маш нарийн дараалал юм. “Зарлиг”-ийн үед Америкийн Нэгдсэн Улс Библийн эш үзүүлгийн зургаа дахь хаант улс байхаа болино; энэ нь долоо дахь хаант улс тэндээс эхэлнэ гэсэн үг юм. Гэвч долоо дахь хаант улс өөрсдийн хаанчлалыг араатанд өгөхөөр зөвшөөрдөг. Хуурамч эш үзүүлэгч ялагдах үед луу өөрийн байр суурийг эзэлж, даруй өөрийн хаанчлалын хагасыг араатанд өгдөг.</w:t>
      </w:r>
    </w:p>
    <w:p>
      <w:pPr>
        <w:pStyle w:val="ArticleBody"/>
        <w:jc w:val="left"/>
      </w:pPr>
      <w:r>
        <w:rPr>
          <w:rFonts w:ascii="Times New Roman" w:hAnsi="Times New Roman" w:eastAsia="Times New Roman" w:cs="Times New Roman"/>
        </w:rPr>
        <w:t>Кармел ууланд Баалын дөрвөн зуун тавин эш үзүүлэгч байсан бөгөөд Самарид Иезавелийн ширээнээс хооллодог төгөлийн дөрвөн зуун эш үзүүлэгч ч мөн тэнд байв.</w:t>
      </w:r>
    </w:p>
    <w:p>
      <w:pPr>
        <w:pStyle w:val="ArticleScripture"/>
        <w:jc w:val="left"/>
      </w:pPr>
      <w:r>
        <w:rPr>
          <w:rFonts w:ascii="Times New Roman" w:hAnsi="Times New Roman" w:eastAsia="Times New Roman" w:cs="Times New Roman"/>
        </w:rPr>
        <w:t>Тиймээс одоо хүн илгээж, бүх Израилийг Кармел ууланд над уруу цуглуул; мөн Иезебелийн ширээнээс хооллодог Баалын дөрвөн зуун тавин эш үзүүлэгчийг, ой моддын дөрвөн зуун эш үзүүлэгчийг ч мөн цуглуул. Хаадын дээд 18:19.</w:t>
      </w:r>
    </w:p>
    <w:p>
      <w:pPr>
        <w:pStyle w:val="ArticleBody"/>
        <w:jc w:val="left"/>
      </w:pPr>
      <w:r>
        <w:rPr>
          <w:rFonts w:ascii="Times New Roman" w:hAnsi="Times New Roman" w:eastAsia="Times New Roman" w:cs="Times New Roman"/>
        </w:rPr>
        <w:t>Елиа Кармел уулан дээрх тулгаралтыг маргаан хэмээн тодорхойлсон нь зөвхөн хэн нь жинхэнэ Бурхан бэ гэсэн асуудал төдийгүй, мөн хэн нь жинхэнэ эш үзүүлэгч вэ гэсэн тухай маргаан байсан юм.</w:t>
      </w:r>
    </w:p>
    <w:p>
      <w:pPr>
        <w:pStyle w:val="ArticleScripture"/>
        <w:jc w:val="left"/>
      </w:pPr>
      <w:r>
        <w:rPr>
          <w:rFonts w:ascii="Times New Roman" w:hAnsi="Times New Roman" w:eastAsia="Times New Roman" w:cs="Times New Roman"/>
        </w:rPr>
        <w:t>Тэгээд Елиа ард түмэнд хандан, “ЭЗЭНий эш үзүүлэгчдээс зөвхөн би л ганцаараа үлдлээ; харин Баалын эш үзүүлэгчид дөрвөн зуун тавин хүн байна” гэж хэлэв. Хаадын дээд 18:22.</w:t>
      </w:r>
    </w:p>
    <w:p>
      <w:pPr>
        <w:pStyle w:val="ArticleBody"/>
        <w:jc w:val="left"/>
      </w:pPr>
      <w:r>
        <w:rPr>
          <w:rFonts w:ascii="Times New Roman" w:hAnsi="Times New Roman" w:eastAsia="Times New Roman" w:cs="Times New Roman"/>
        </w:rPr>
        <w:t>Елиагийн өргөлийг тэнгэрээс буусан гал шатаан идсэний дараа тэрээр Баалын дөрвөн зуун тавин эш үзүүлэгчийг өөрийн гараар хөнөөв.</w:t>
      </w:r>
    </w:p>
    <w:p>
      <w:pPr>
        <w:pStyle w:val="ArticleScripture"/>
        <w:jc w:val="left"/>
      </w:pPr>
      <w:r>
        <w:rPr>
          <w:rFonts w:ascii="Times New Roman" w:hAnsi="Times New Roman" w:eastAsia="Times New Roman" w:cs="Times New Roman"/>
        </w:rPr>
        <w:t>Елиа тэдэнд — Баалын эш үзүүлэгчдийг барьж ав; тэднээс нэг нь ч бүү зугтаг гэж хэлэв. Тэд тэднийг барьж авцгаав; тэгээд Елиа тэднийг Кишоны горхи уруу авч буулган, тэнд нь алжээ. Хаадын дээд 18:40.</w:t>
      </w:r>
    </w:p>
    <w:p>
      <w:pPr>
        <w:pStyle w:val="ArticleBody"/>
        <w:jc w:val="left"/>
      </w:pPr>
      <w:r>
        <w:rPr>
          <w:rFonts w:ascii="Times New Roman" w:hAnsi="Times New Roman" w:eastAsia="Times New Roman" w:cs="Times New Roman"/>
        </w:rPr>
        <w:t>Баал нь хуурамч эрэгтэй бурхан байсан бөгөөд Самари хотод Иезебелийн хамт байсаар, түүний ширээнээс хооллодог төгөлийн дөрвөн зуун эш үзүүлэгч нь эмэгтэй бурхан болох Аштартын эш үзүүлэгчид байв. Эмэгтэй бурхан нь Елиагийн Кармел уулын эш үзүүлэгчдийг хядсаныг даван амьд үлджээ.</w:t>
      </w:r>
    </w:p>
    <w:p>
      <w:pPr>
        <w:pStyle w:val="ArticleScripture"/>
        <w:jc w:val="left"/>
      </w:pPr>
      <w:r>
        <w:rPr>
          <w:rFonts w:ascii="Times New Roman" w:hAnsi="Times New Roman" w:eastAsia="Times New Roman" w:cs="Times New Roman"/>
        </w:rPr>
        <w:t>“Уулан дээрх ард түмэн үл үзэгдэх Бурханы өмнө айдас ба сүрд автан сөхөрч уналаа. Тэд Тэнгэрээс илгээгдсэн хурц, шатаан залгигч галыг ширтэн харж чадсангүй. Тэд урвалт ба нүглүүдийнхээ дунд өөрсдөө устгагдана гэж эмээв. Тэд нэгэн дуугаар хашхиран, тэр дуу нь уулсаар цуурайтаж, доорх талууд руу аймшигт тод сонсогдон хүрч байлаа: ‘ЭЗЭН, Тэр бол Бурхан; ЭЗЭН, Тэр бол Бурхан.’ Израиль эцэст нь сэргэн босож, мэхлэгдсэн байдлаасаа ангижрав. Тэд өөрсдийн нүглийг, мөн Бурханыг ямар ихээр гутаан доромжилсноо харлаа. Тэдний уур хилэн Баалын эш үзүүлэгчдийн эсрэг дүрэлзэн бадарлаа. Аймшигт түгшүүрийн дунд Ахаб болон Баалын тахилч нар Еховагийн хүчний гайхамшигт илрэлийг харж байв. Дахин нэгэнтээ тушаалын сүрдэм үгээр Елиагийн дуу ард түмэнд сонсогдов: ‘Баалын эш үзүүлэгчдийг барь; тэдний нэгийг ч бүү мултлуул.’ Ард түмэн Елиагийн үгийг дагахад бэлэн байлаа. Тэд өөрсдийг нь мэхэлсэн хуурамч эш үзүүлэгчдийг барьж, Кишон горхинд авчирсан бөгөөд тэнд Елиа өөрийн гараар эдгээр шүтээн шүтэгч тахилч нарыг хөнөөв.” Review and Herald, October 7, 1873.</w:t>
      </w:r>
    </w:p>
    <w:p>
      <w:pPr>
        <w:pStyle w:val="ArticleBody"/>
        <w:jc w:val="left"/>
      </w:pPr>
      <w:r>
        <w:rPr>
          <w:rFonts w:ascii="Times New Roman" w:hAnsi="Times New Roman" w:eastAsia="Times New Roman" w:cs="Times New Roman"/>
        </w:rPr>
        <w:t>Кармел уул нь Америкийн Нэгдсэн Улс дахь удахгүй гарах Ням гаргийн хуулийг бэлгэдэн илэрхийлдэг. Тэр үед нэг зуун дөчин дөрвөн мянгын туг тэмдэг (Елиагаар бэлгэдэгдсэн) өргөгдөнө. Жинхэнэ протестант эвэр нь Самарид, Иезебелийн хоолоор хооллож буй хуурамч протестант эвэртэй эрс эсрэгцэн тодорхой илэрхийлэгдэх нь тэнд юм. Кармел уул хүртэлх хугацаанд сүм ба төрийн аль алиных нь эвэр болсон Бүгд Найрамдах эвэр Библийн эш үзүүллийн зургаа дахь хаанчлалын хувьд тэнд төгсгөлдөө хүрдэг нь мөн тэнд юм. Тэгээд Ахаб, түүний арав дахин хүчирхэг үндэстэн, мөн тэрсэлсэн протестантуудтай хамт зооглож байхдаа Самарид нуугдаж ирсэн Иезебел л үлдэнэ. Зургаа дахь хаанчлал дуусч, дараа нь бороо хэмжээлшгүйгээр орно.</w:t>
      </w:r>
    </w:p>
    <w:p>
      <w:pPr>
        <w:pStyle w:val="ArticleBody"/>
        <w:jc w:val="left"/>
      </w:pPr>
      <w:r>
        <w:rPr>
          <w:rFonts w:ascii="Times New Roman" w:hAnsi="Times New Roman" w:eastAsia="Times New Roman" w:cs="Times New Roman"/>
        </w:rPr>
        <w:t>Херодын төрсөн өдрийн найр дээр, Баптист Иоханаар төлөөлөгдсөн Елиа Ромын шоронд аврал эсвэл үхлийг хүлээн байдаг. Мэхлэлтийн бүжгийг үйлдэх Баалын эш үзүүлэгчид үгүй, зөвхөн Иезавелийн охин Саломе байна. Херод болон түүний хааны анд нөхөд Вавилоны дарсанд согтсон байдаг. Учир нь түүний төрсөн өдөр мөн Ням гаргийн хуулийг төлөөлдөг бөгөөд бүх үндэстэн Ням гаргийн хууль удахгүй ирэхээс хавьгүй өмнө, 2001 оны 9 дүгээр сарын 11-нд Вавилоны дарсыг ууж эхэлсэн юм.</w:t>
      </w:r>
    </w:p>
    <w:p>
      <w:pPr>
        <w:pStyle w:val="ArticleScripture"/>
        <w:jc w:val="left"/>
      </w:pPr>
      <w:r>
        <w:rPr>
          <w:rFonts w:ascii="Times New Roman" w:hAnsi="Times New Roman" w:eastAsia="Times New Roman" w:cs="Times New Roman"/>
        </w:rPr>
        <w:t>Эдгээрийн дараа би тэнгэрээс бууж ирж буй, агуу эрх мэдэлтэй өөр нэгэн тэнгэрэлчийг үзэв; газар дэлхий түүний алдраар гэрэлтэв. Тэрээр хүчирхэг дуугаар чанга хашхирч, ийн хэлэв: Агуу Вавилон нуран унав, нуран унав; тэр нь чөтгөрүүдийн орогнох газар, бузар бүх сүнсний хоргодох байр, бузар бөгөөд жигшүүрт бүх шувууны тор болсон байна. Учир нь бүх үндэстэн түүний завхайрлын уур хилэнгийн дарснаас уусан, газрын хаад түүнтэй завхайрсан, газрын худалдаачид түүний тансаглалын элбэг байдлаар баяжсан билээ. Илчлэлт 18:1–3.</w:t>
      </w:r>
    </w:p>
    <w:p>
      <w:pPr>
        <w:pStyle w:val="ArticleBody"/>
        <w:jc w:val="left"/>
      </w:pPr>
      <w:r>
        <w:rPr>
          <w:rFonts w:ascii="Times New Roman" w:hAnsi="Times New Roman" w:eastAsia="Times New Roman" w:cs="Times New Roman"/>
        </w:rPr>
        <w:t>Эдгээр гурван эшлэл нь Нью-Йоркийн агуу барилгууд, ихэр цамхгууд Бурханы нэгэн хүрэлтээр нураагдсан үед биеллээ олсон юм.</w:t>
      </w:r>
    </w:p>
    <w:p>
      <w:pPr>
        <w:pStyle w:val="ArticleScripture"/>
        <w:jc w:val="left"/>
      </w:pPr>
      <w:r>
        <w:rPr>
          <w:rFonts w:ascii="Times New Roman" w:hAnsi="Times New Roman" w:eastAsia="Times New Roman" w:cs="Times New Roman"/>
        </w:rPr>
        <w:t>“Би Нью-Йорк далайн түрлэгийн аварга давалгаанд хамагдан үгүй болно гэж мэдэгдсэн үг одоо гарч ирж байна уу? Үүнийг би хэзээ ч хэлж байгаагүй. Харин тэнд давхар давхараар сүндэрлэн босож буй агуу барилгуудыг харахдаа би: ‘Эзэн газар дэлхийг аймшигтайгаар донсолгохоор өндийн босох цагт ямар аймшигт үйл явдлууд болох бол оо! Тэгвэл Илчлэл 18:1–3-ын үгс биелэх болно’ гэж хэлсэн. Илчлэлийн арван наймдугаар бүлэг бүхэлдээ дэлхий дээр ирэх зүйлийн тухай анхааруулга юм. Гэвч Нью-Йорк дээр юу тохиолдох талаар надад онцгойлон өгөгдсөн гэрэл байхгүй; зөвхөн Бурханы хүчний эргүүлэн эргүүлж, хөмрөн хаях үйлчлэлээр тэндэх агуу барилгууд нэгэн өдөр нураан унагдахыг би мэднэ. Надад өгөгдсөн гэрлээс би сүйрэл дэлхийд байгааг мэднэ. Эзэнээс ирэх ганцхан үг, Түүний сүр хүчний ганцхан хүрэлтээр эдгээр аварга байгууламжууд нурж унана. Бидний төсөөлж ч үл чадах тийм аймшигт үзэгдлүүд болно.” Review and Herald, 1906 оны 7 сарын 5.</w:t>
      </w:r>
    </w:p>
    <w:p>
      <w:pPr>
        <w:pStyle w:val="ArticleBody"/>
        <w:jc w:val="left"/>
      </w:pPr>
      <w:r>
        <w:rPr>
          <w:rFonts w:ascii="Times New Roman" w:hAnsi="Times New Roman" w:eastAsia="Times New Roman" w:cs="Times New Roman"/>
        </w:rPr>
        <w:t>Удахгүй ирэх Ням гаргийн хууль нь Илчлэлт номын арван наймдугаар бүлгийн хоёр дахь дуу хоолойгоор төлөөлөгдсөн байдаг бөгөөд энэ нь Ахабын Кармел уул болон Херодын төрсөн өдрийн найрыг төлөөлдөг. Херодиас, өөрөөр хэлбэл мөн Иезебел, Кармел ууланд Иезебел байгаагүйтэй адил Херодын согтуу найранд байлцдаггүй. Ням гаргийн хууль хүртэл тэрээр Библийн эш үзүүллэгийн зургаа дахь хаанчлал болох газрын араатны ноёрхлын бэлгэдлийн далан жилийн турш мартагдсан байв. Иезебел 1798, 1799 онуудад үхлийн шархаа авахад, зургаа дахь хаанчлал (Америкийн Нэгдсэн Улс) Библийн эш үзүүллэгийн зургаа дахь хаанчлалын хувьд өөрийн хугацааг эхлүүлсэн. Зургаа дахь хаанчлал төгсөхөд тэрээр эргэн ирж, өөрийн дуунуудыг дуулж эхлэн, газар дэлхийн бүх үндэстэнтэй садар самуун үйлддэг.</w:t>
      </w:r>
    </w:p>
    <w:p>
      <w:pPr>
        <w:pStyle w:val="ArticleBody"/>
        <w:jc w:val="left"/>
      </w:pPr>
      <w:r>
        <w:rPr>
          <w:rFonts w:ascii="Times New Roman" w:hAnsi="Times New Roman" w:eastAsia="Times New Roman" w:cs="Times New Roman"/>
        </w:rPr>
        <w:t>Түүний завхайрлын болон дарсны дуунууд зөгнөлийн дагуу 2001 оны 9 дүгээр сарын 11-нд эхэлсэн боловч, энэ нь ердөө түүний анх удаа сэнтийд суусан 508 оноос 538 он хүртэлх гучин жилээр дүрслэгдсэн байсанчлан бэлтгэлийн үе төдий байв. Ням гаргийн хууль хүртэл, зургаа дахь хаант улс Елиагийн мутраар алагдах хүртэл тэрээр Самарид нуугдмал байсаар ирсэн. Тэр үед Баптисч Иохан түүний шоронд хоригдон, аврагдах эсвэл үхэхийг хүлээж байдаг.</w:t>
      </w:r>
    </w:p>
    <w:p>
      <w:pPr>
        <w:pStyle w:val="ArticleBody"/>
        <w:jc w:val="left"/>
      </w:pPr>
      <w:r>
        <w:rPr>
          <w:rFonts w:ascii="Times New Roman" w:hAnsi="Times New Roman" w:eastAsia="Times New Roman" w:cs="Times New Roman"/>
        </w:rPr>
        <w:t>Херод болон түүний язгууртан нөхөд Саломе, Херодиагийн (Иезебелийн) охин, туйлын уруу татам бүжгээ үзүүлж байх үед Вавилоны дарсанд согтсон байв; тэгэхэд Херод өөрийн тачаангуй, цус ойртолтын хүслийг илчилдэг. Тэрээр өөрийн дагавар охины бэлгийн сээтэгнэлд бүрэн автагдаж, түүнд хаант улсынхаа хагасыг хүртэл өгөхөөр санал болгодог.</w:t>
      </w:r>
    </w:p>
    <w:p>
      <w:pPr>
        <w:pStyle w:val="ArticleScripture"/>
        <w:jc w:val="left"/>
      </w:pPr>
      <w:r>
        <w:rPr>
          <w:rFonts w:ascii="Times New Roman" w:hAnsi="Times New Roman" w:eastAsia="Times New Roman" w:cs="Times New Roman"/>
        </w:rPr>
        <w:t>Тэгээд тохиромжтой нэг өдөр ирэхэд, Херод төрсөн өдрөөрөө өөрийн ноёд, мянгатын дарга нар, Галилын дээдсүүдэд зоог барив. Тэгэхэд өнөөх Херодиагийн охин орж ирэн бүжиглэж, Херод болон түүнтэй хамт зооглон суусан хүмүүсийн таалалд нийцэв. Хаан охинд, Надаас юу хүссэнээ гуй, би чамд өгье, гэв. Тэр түүнд тангараглан, Чи надаас юу ч гуйсан, хаанчлалын минь тал хүртэл би чамд өгнө, гэв. Тэгээд тэр гарч очоод эхдээ, Би юуг гуйх вэ? гэж асуув. Харин тэр, Баптисм хүртээгч Иоханы толгой, гэв. Тэгээд тэр даруй яаран хаанд орж ирээд, Баптисм хүртээгч Иоханы толгойг таваг дээр тавин надад нэн даруй өгөхийг би хүсэж байна, хэмээн гуйв. Хаан маш ихээр гуниглав. Гэвч тангаргийнхаа учир болон өөртэй нь хамт суусан хүмүүсийн учир түүний гуйлтыг няцаахыг хүссэнгүй. Хаан тэр даруй нэгэн цааз гүйцэтгэгчийг илгээж, түүний толгойг авчрахыг тушаав. Тэр явж, шоронд түүний толгойг цавчин аваад, толгойг нь таваг дээр авчирч охинд өгчээ. Охин түүнийг эхдээ өгөв. Марк 6:21–28.</w:t>
      </w:r>
    </w:p>
    <w:p>
      <w:pPr>
        <w:pStyle w:val="ArticleBody"/>
        <w:jc w:val="left"/>
      </w:pPr>
      <w:r>
        <w:rPr>
          <w:rFonts w:ascii="Times New Roman" w:hAnsi="Times New Roman" w:eastAsia="Times New Roman" w:cs="Times New Roman"/>
        </w:rPr>
        <w:t>Илчлэл арван наймдугаар бүлгийн эхний дуу хоолой 2001 оны 9 дүгээр сарын 11-нд эгшиглэсэн бөгөөд хоёр дахь дуу хоолой нь удахгүй ирэх Ням гаргийн хуулийн үед эгшиглэнэ. Иоханы зургаадугаар бүлэгт дүрслэгдсэн түүхэнд 2001 оны эхний дуу хоолой нь Христ Өөрийн шавь нарт Тэр Өөрөө Тэнгэрийн жинхэнэ Талх мөн тул тэд Түүний махыг идэж, Түүний цусыг уух ёстойг мэдүүлсэн дуу хоолой байсан. Тэр үе Галилд эхэлж, Иоханы ЗУРГААДУГААР бүлгийн ЖАРАН ЗУРГААДУГААР зүйлд Түүнээс нүүр буруулсан шавь нарыг цэвэрлэн зайлуулах явдлаар төгссөн. Тэр түүх Галилд хооллолтын шалгалтаар эхэлж, папын нэрийн тоогоор бэлгэдэгдсэн, өөрөөр хэлбэл ЗУРГАА, ЗУРГАА, ЗУРГАА хэмээх араатны тэмдгийн албадан хэрэгжилтээр төгссөн. “Галил” гэдэг нь “эргэлтийн цэг” гэсэн утгатай бөгөөд 2001 оны 9 дүгээр сарын 11 нь эш үзүүллэгийн “эргэлтийн цэг” (Галил) байсан бөгөөд Херодын төрсөн өдөр Галилийн удирдлагатай хамт байсан. Илчлэл арван наймдугаар бүлгийн эхлэлийн дуу хоолой болон Илчлэл арван наймдугаар бүлгийн төгсгөлийн дуу хоолой хоёулаа эргэлтийн цэг болох Галилиар төлөөлөгддөг.</w:t>
      </w:r>
    </w:p>
    <w:p>
      <w:pPr>
        <w:pStyle w:val="ArticleScripture"/>
        <w:jc w:val="left"/>
      </w:pPr>
      <w:r>
        <w:rPr>
          <w:rFonts w:ascii="Times New Roman" w:hAnsi="Times New Roman" w:eastAsia="Times New Roman" w:cs="Times New Roman"/>
        </w:rPr>
        <w:t>“Өнгөрсөн үеийн түүхээс суралцах ёстой сургамжууд байдаг; мөн хүн бүр Бурхан урьдын адил өнөөдөр ч мөн адил зарчмаар үйлчилдгийг ойлгохын тулд эдгээрт анхаарлыг хандуулж байна. Еденд Адамд сайн мэдээ анх тунхаглагдсанаас хойш Түүний үйл хэрэгт болон үндэстнүүдийн дунд Түүний мутар хэрхэн илэрч ирсэнтэй яг адилхан, өнөөдөр ч мөн адил илэрч байна.</w:t>
      </w:r>
    </w:p>
    <w:p>
      <w:pPr>
        <w:pStyle w:val="ArticleScripture"/>
        <w:jc w:val="left"/>
      </w:pPr>
      <w:r>
        <w:rPr>
          <w:rFonts w:ascii="Times New Roman" w:hAnsi="Times New Roman" w:eastAsia="Times New Roman" w:cs="Times New Roman"/>
        </w:rPr>
        <w:t>“Үндэстнүүдийн болон сүмийн түүхэнд эргэлтийн цэг болдог үеүүд байдаг. Бурханы тааллын дагуу, эдгээр янз бүрийн хямралын мөчүүд ирэхэд, тухайн цаг үеийн гэрэл өгөгддөг. Хэрэв түүнийг хүлээн авбал, сүнслэг дэвшил гардаг; хэрэв түүнийг няцаавал, сүнслэг доройтол болон сүйрэл дагалдана. Эзэн Өөрийн Үгэнд, сайн мэдээний урагшлан довтлох ажлыг—өнгөрсөн үед хэрхэн хэрэгжиж ирсэн, мөн ирээдүйд, Сатаны хүчнүүд өөрсдийн эцсийн гайхамшигт хөдөлгөөнийг хийх хаалтын тэмцэл хүртэл хэрхэн явагдахыг—нээж өгсөн юм.” Bible Echo, August 26, 1895.</w:t>
      </w:r>
    </w:p>
    <w:p>
      <w:pPr>
        <w:pStyle w:val="ArticleBody"/>
        <w:jc w:val="left"/>
      </w:pPr>
      <w:r>
        <w:rPr>
          <w:rFonts w:ascii="Times New Roman" w:hAnsi="Times New Roman" w:eastAsia="Times New Roman" w:cs="Times New Roman"/>
        </w:rPr>
        <w:t>2001 оны Галил, мөн удахгүй ирэх Ням гарагийн хуулийн үеийн Галил нь сүүлчийн борооны гэрэл хэзээ асгарч буйг тодорхойлдог. 2001 онд энэ нь хэмжээгээр хязгаарлагдсан асгаралт байсан, харин хоёр дахь дуу хоолойн үед энэ нь хэмжээлшгүйгээр асгардаг бөгөөд энэ нь Елиа Баалын эш үзүүлэгчдийг хороосны дараах агуу их асгаралтаар төлөөлөгддөг; тэр нь Херодын төрсөн өдрийн найр дээр тохиолдсон. Херодын төрсөн өдөр нь Библийн эш үзүүллэг дэх долоо дахь хаанчлалын төрөхийг заадаг бөгөөд энэ нь өмнөх хаанчлалын үхлийн дараа шууд дагалдан ирдэг. Тав дахь хаанчлалын үхлийн үед, 1798 онд, Америкийн Нэгдсэн Улс ноёрхож эхэлсэн бөгөөд Баалын эш үзүүлэгчдийн үхлийн үед долоо дахь хаанчлалын төрсөн өдөр ирсэн байна. Тэрхүү долоо дахь хаанчлал нь хойд зүгийн Ахабын арав дахин хаанчлалаар, мөн харь Ромын хойд зүгийн арав дахин хаанчлалын төлөөлөгч болох Херодоор төлөөлөгддөг.</w:t>
      </w:r>
    </w:p>
    <w:p>
      <w:pPr>
        <w:pStyle w:val="ArticleScripture"/>
        <w:jc w:val="left"/>
      </w:pPr>
      <w:r>
        <w:rPr>
          <w:rFonts w:ascii="Times New Roman" w:hAnsi="Times New Roman" w:eastAsia="Times New Roman" w:cs="Times New Roman"/>
        </w:rPr>
        <w:t>Чиний араатны дээр харсан арван эвэр нь янханд өширхөн, түүнийг эзгүйрүүлж нүцгэлэн, махыг нь идэж, түүнийг галд шатаах болно. Учир нь Бурхан Өөрийн хүслийг гүйцэлдүүлэхийн тулд, мөн санал нэгдэж, Бурханы үгс биелтэл хаанчлалаа араатанд өгөхөөр тэдний зүрхэнд хийсэн билээ. Мөн чиний харсан тэр эмэгтэй бол газрын хаадын дээр ноёрхдог өнөөх агуу хот мөн. Илчлэлт 17:16–18.</w:t>
      </w:r>
    </w:p>
    <w:p>
      <w:pPr>
        <w:pStyle w:val="ArticleBody"/>
        <w:jc w:val="left"/>
      </w:pPr>
      <w:r>
        <w:rPr>
          <w:rFonts w:ascii="Times New Roman" w:hAnsi="Times New Roman" w:eastAsia="Times New Roman" w:cs="Times New Roman"/>
        </w:rPr>
        <w:t>Херод Саломед өгсөн тангаргаа биелүүлж, Иоханы толгойг түүнд өгөхөөр зөвшөөрдөг бөгөөд түүний тангараг нь өөрийн хаанчлалын хагас хүртэлх хэмжээгээр илэрхийлэгдсэн байв. Нэгдсэн Үндэстний Арван хаад янханыг үзэн ядаж байсан хэдий ч, өмнөх долоон тэргүүний нэг болох найм дахь тэргүүнд өөрсдийн долоо дахь хаанчлалыг өгөхөөр санал нэгддэг. Тэд дэлхий дахины Төр түүний дэлхий дахины Чуулгантай нэгдэн нийлсэнд үндэслэсэн нэгэн хаанчлалыг зөвшөөрдөг. Гэвч тэр гэрлэлт нь англи гэрлэлт бус, латин гэрлэлт мөн; учир нь тэдний гэрлэлт нь “эмэгтэй” “хаадын дээр” ноёрхож буйгаар дүрслэгдсэн байдаг. Латин гэрлэлтийн үед гэр бүл нь эрийнх бус, эмэгтэйн овгийг хадгалдаг бөгөөд энэ хоёрдмол гэрлэлтийн нэр нь эш үзүүллэгийн өгүүлэмжийн чухал нэгэн бүрэлдэхүүн мөн.</w:t>
      </w:r>
    </w:p>
    <w:p>
      <w:pPr>
        <w:pStyle w:val="ArticleScripture"/>
        <w:jc w:val="left"/>
      </w:pPr>
      <w:r>
        <w:rPr>
          <w:rFonts w:ascii="Times New Roman" w:hAnsi="Times New Roman" w:eastAsia="Times New Roman" w:cs="Times New Roman"/>
        </w:rPr>
        <w:t>“Хаад, захирагчид, амбан захирагчид өөрсөд дээрээ антихристийн тамгыг тавьсан бөгөөд тэд Бурханы тушаалуудыг сахиж, Есүсийн итгэлийг хадгалдаг гэгээнтнүүдийн эсрэг дайн хийхээр явдаг луугаар дүрслэгдсэн байдаг.” Testimonies to Ministers, 38.</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Амосын хүү Исаиагийн Иуда ба Иерусалимын талаар үзсэн үг. Эцсийн өдрүүдэд ЭЗЭНий өргөөний уул нь уулсын оройд бат тогтоогдож, толгодоос дээгүүр өргөмжлөгдөх бөгөөд бүх үндэстэн түүн уруу урсан ирэх болно. Олон ард түмэн явж, «Ирцгээ, ЭЗЭНий уул уруу, Иаковын Бурханы өргөө уруу өгсөцгөөе; Тэр Өөрийн замуудын талаар бидэнд зааж, бид бидний Түүний жимээр явах болно. Учир нь хууль Сионоос гарч, ЭЗЭНий үг Иерусалимаас гарах болно» хэмээн хэлнэ.... Тэр өдөр долоон эмэгтэй нэг эр хүнээс зуурч, «Бид өөрсдийн талхаа идэж, өөрсдийн хувцсыг өмсөнө; харин зөвхөн биднийг чиний нэрээр нэрлүүлж, бидний гутамшгийг зайлуулж өгөөч» хэмээнэ. Тэр өдөр ЭЗЭНий мөчир үзэсгэлэнтэй бөгөөд сүр жавхлантай байж, газрын үр жимс нь Израилиас аврагдан үлдэгсдэд эрхэм бөгөөд сайхан байх болно. Сионд үлдсэн хүн, Иерусалимд хоцорсон хүн бүр, өөрөөр хэлбэл Иерусалимд амьд хүмүүсийн дунд бичигдсэн бүхэн, ариун хэмээн нэрлэгдэх болно. ЭЗЭН шүүлтийн сүнсээр болон шатаалтын сүнсээр Сионы охидын бузар завааныг угаан арилгаж, Иерусалимын цусыг түүний дундаас цэвэрлэсний дараа тийнхүү болно. Исаиа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Дөчдүгээр Дугаар</dc:title>
  <dc:subject>Эцсийн амлалт: Эзэний өдрийн өмнө Елиагийн гүйцэтгэх үүргийг илчлэх нь</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