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дөчин хоёр дугаар</w:t>
      </w:r>
    </w:p>
    <w:p>
      <w:pPr>
        <w:pStyle w:val="ArticleSubtitle"/>
        <w:jc w:val="left"/>
      </w:pPr>
      <w:r>
        <w:rPr>
          <w:rFonts w:ascii="Arial" w:hAnsi="Arial" w:eastAsia="Arial" w:cs="Arial"/>
        </w:rPr>
        <w:t>Араатны дүрийн бүрэлдэн тогтсон нь: Эш үзүүллэгийн аялал илчлэгдэв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Бурханы ард түмэн тамгалагдахаасаа өмнө зайлшгүй давах ёстой агуу сорилт нь араатны дүрийн бүрэлдэхүй мөн. Тэрхүү бүрэлдэхүй нь 2001 оны 9 дүгээр сарын 11-нээс эхлэн Америкийн Нэгдсэн Улсад ням гаргийн хуулийг тогтоох хүртэл үргэлжилдэг. Тэр эш үзүүллэгийн хугацаа нь нэг зуун дөчин дөрвөн мянгын тамгалагдах цаг үеийг, мөн Библийн бүх үзэгдэл төгс биеллээ олдог үеийг илэрхийлдэг. Тэр хугацаанд жинхэнэ протестант эвэр ариусгагдаж, мөнхөд Христийн дүр төрхийг тусган харуулах болно. Учир нь Христ бол протестант мөн.</w:t>
      </w:r>
    </w:p>
    <w:p>
      <w:pPr>
        <w:pStyle w:val="ArticleScripture"/>
        <w:jc w:val="left"/>
      </w:pPr>
      <w:r>
        <w:rPr>
          <w:rFonts w:ascii="Times New Roman" w:hAnsi="Times New Roman" w:eastAsia="Times New Roman" w:cs="Times New Roman"/>
        </w:rPr>
        <w:t>“Христ протестант байсан. Тэр Бурханы зөвлөгөөг өөрсдийнхөө эсрэг няцаасан еврей үндэстний хэлбэр төдий мөргөлд эсэргүүцэл үзүүлсэн. Тэр тэдэнд, тэд хүний тушаалуудыг сургаал болгон заадаг, мөн дүр эсгэгчид, хоёр нүүртнүүд мөн гэж хэлсэн. Тэд шохойдсон булшнуудын адил гаднаа үзэсгэлэнтэй боловч дотроо бузартал, ялзрал дүүрэн байв. Шинэчлэгчид Христ болон элч нараас эхлэлтэй. Тэд хэлбэр, ёслолын шашнаас гарч, өөрсдийгөө тусгаарласан. Лютер болон түүний дагалдагчид шинэчлэгдсэн шашныг зохион бүтээсэнгүй. Тэд зүгээр л Христ болон элч нарын танилцуулсан тэр шашныг хүлээн авсан юм. Библи бидэнд хангалттай удирдамж болгон тавигдсан; гэвч пап болон түүний зүтгэлтнүүд үүнийг өөрсдийн дүр эсгэлтийг илчилж, шүтээн шүтлэгийг нь зэмлэдэг учраас хараал мэтээр ард түмнээс зайлуулдаг.” Review and Herald, June 1, 1886.</w:t>
      </w:r>
    </w:p>
    <w:p>
      <w:pPr>
        <w:pStyle w:val="ArticleBody"/>
        <w:jc w:val="left"/>
      </w:pPr>
      <w:r>
        <w:rPr>
          <w:rFonts w:ascii="Times New Roman" w:hAnsi="Times New Roman" w:eastAsia="Times New Roman" w:cs="Times New Roman"/>
        </w:rPr>
        <w:t>Тамгалах цаг үед Протестант эвэр цэвэршүүлэгдэж, ариусгагдана. Яг тэрхүү цаг хугацаанд тэрслэгч Бүгд Найрамдах эвэр тэрслэгч Протестантуудтай нэгдэж, ийнхүү сүм ба төрийн хослолоос бүрдэх эрх мэдлийн эвэр үүсгэнэ. Тэгэхэд газрын араатны хоёр эвэр нь араатны дүр ба Христийн дүр болно. Тэрслэлийн эвэр нь ялзарсан сүмийн ялзарсан төртэй тогтоосон хоёр талт харилцаа бөгөөд, зөвт байдлын эвэр нь Бурханлаг чанарын хүн төрөлхтөнтэй тогтоосон хоёр талт харилцаа мөн.</w:t>
      </w:r>
    </w:p>
    <w:p>
      <w:pPr>
        <w:pStyle w:val="ArticleBody"/>
        <w:jc w:val="left"/>
      </w:pPr>
      <w:r>
        <w:rPr>
          <w:rFonts w:ascii="Times New Roman" w:hAnsi="Times New Roman" w:eastAsia="Times New Roman" w:cs="Times New Roman"/>
        </w:rPr>
        <w:t>Түүнээс хойш араатны дүр дэлхийд бүрэлдэн тогтдог бөгөөд энэ нь арван толгойтой тэр араатны тэргүүлэх толгой болгон газрын араатны тэрслүү Протестантизмыг хүлээн авсан Төрөөр (Нэгдсэн Үндэстний Байгууллага) төлөөлөгдсөн хоёр талт араатан юм. Тэр араатан дээр янхнуудын эх болсон эмэгтэй арван хаадын араатан дээр ноёрхдог. Түүний унаж яваа араатан нь Херодын Херодиагийн охин Салометэй үйлдсэн садар самуунтай адил сүнслэг завхайрлаар дүрслэгдсэнээр Сүм ба Төрийн хослол мөн. Мөн араатан дээр ноёрхдог тэр эмэгтэйн харилцаа ч Сүм ба Төрийн хослол бөгөөд Ромын янхны дэлхий дахины араатныг бүрдүүлэгч хаадтай тогтоосон хууль бус харилцаа нь Нэгдсэн Үндэстний Байгууллагыг төлөөлдөг. Бүх дэлхийд албадан тулгагдах араатны дүр дотор үндэстэн бүр оролцож, бүх ялзарсан хүчнүүд нэгдэн нийлэх болно.</w:t>
      </w:r>
    </w:p>
    <w:p>
      <w:pPr>
        <w:pStyle w:val="ArticleScripture"/>
        <w:jc w:val="left"/>
      </w:pPr>
      <w:r>
        <w:rPr>
          <w:rFonts w:ascii="Times New Roman" w:hAnsi="Times New Roman" w:eastAsia="Times New Roman" w:cs="Times New Roman"/>
        </w:rPr>
        <w:t>“Илчлэлт 17:13–14-ийг эш татав. ‘Эдгээр нь нэг бодолтой.’ Нийтлэг нэгдлийн холбоо, нэгэн агуу зохицол, Сатаны хүчний эвсэл бий болно. ‘Тэгээд тэд хүч чадал, эрх мэдлээ араатанд өгнө.’ Ийнхүү шашны эрх чөлөө, мөс чанарын шаардлагын дагуу Бурханд мөргөх эрх чөлөөний эсрэг чиглэсэн мөнөөх дур зоргын, дарлагч эрх мэдэл илэрхийлэгдэж байна. Энэ нь өнгөрсөн үед Ромын шашны зан үйл, ёслолд нийцэхээс татгалзаж зүрхэлсэн хүмүүсийг папын засаглал хэрхэн хавчин мөшгөж байсантай адил юм.</w:t>
      </w:r>
    </w:p>
    <w:p>
      <w:pPr>
        <w:pStyle w:val="ArticleScripture"/>
        <w:jc w:val="left"/>
      </w:pPr>
      <w:r>
        <w:rPr>
          <w:rFonts w:ascii="Times New Roman" w:hAnsi="Times New Roman" w:eastAsia="Times New Roman" w:cs="Times New Roman"/>
        </w:rPr>
        <w:t>“Эцсийн өдрүүдэд өрнөх дайнд Еховагийн хуулинд үнэнчээр захирагдахаас урваж тэрсэлсэн бүх завхарсан хүчнүүд Бурханы ард түмний эсрэг нэгдэн босох болно. Энэ дайнд дөрөвдүгээр тушаалын Амралтын өдөр маргааны хамгийн гол цэг байх болно; учир нь Амралтын өдрийн тушаалд Агуу Хууль Тогтоогч Өөрийгөө тэнгэр ба газрын Бүтээгч мөн хэмээн илчилдэг.” The Seventh-day Adventist Bible Commentary, volume 8, 983.</w:t>
      </w:r>
    </w:p>
    <w:p>
      <w:pPr>
        <w:pStyle w:val="ArticleBody"/>
        <w:jc w:val="left"/>
      </w:pPr>
      <w:r>
        <w:rPr>
          <w:rFonts w:ascii="Times New Roman" w:hAnsi="Times New Roman" w:eastAsia="Times New Roman" w:cs="Times New Roman"/>
        </w:rPr>
        <w:t>Дэлхий даяарх араатны дүрстэй холбоотой бослого нь “бүх нийтийг хамарсан” бөгөөд “Еховагийн хуулинд үнэнч байхаас урваж няцсан бүх ялзарсан хүчнүүд”-ийг төлөөлдөг гэсэн баримт нь, Америкийн Нэгдсэн Улсын дотор араатны дүрс байгуулагдах явдал нь урваж няцсан бүх ялзарсан хүчнүүдийн нэгдлийг зааж байгааг тодорхойлдог. Америкийн Нэгдсэн Улсын протестантууд 1844 онд анхны тэнгэрэлчийн мэдээг няцаахдаа урваж няцсан бөгөөд Лаодикийн Адвентизм 1863 онд урваж няцсан. Урвагч протестантизм болон Лаодикийн Адвентизм нь хуурамч эш үзүүлэгчид мэхлэгдэн хаанчлалынхаа талыг өгөхөөр болсон Бүгд Найрамдах үзлийн эвэр доторх улс төрийн бүлэглэлүүдтэй хамт “эв нэгдлийн холбоо”-г байгуулна.</w:t>
      </w:r>
    </w:p>
    <w:p>
      <w:pPr>
        <w:pStyle w:val="ArticleBody"/>
        <w:jc w:val="left"/>
      </w:pPr>
      <w:r>
        <w:rPr>
          <w:rFonts w:ascii="Times New Roman" w:hAnsi="Times New Roman" w:eastAsia="Times New Roman" w:cs="Times New Roman"/>
        </w:rPr>
        <w:t>Араатны дэлхийн дүр төрхөд хуурамч эш үзүүлэгч нь дэлхийг мэхэлдэг. Америкийн Нэгдсэн Улсын доторх араатны дүр төрхөд Сатаны хүчнүүдийн ариун бус боловч нэгдмэл “хуйвалдаан”-ыг бий болгодог хуурамч эш үзүүлэгч мөн адил “хуурамч эш үзүүлэгч” байх ёстой. Араатны дэлхийн дүр төрх нь хоёр талт боловч мөн гурван талт нэгдэл юм. Луу, араатан, хуурамч эш үзүүлэгчийн тэрхүү гурван талт нэгдэл нь дэлхийг Армагеддон руу хөтөлдөг. Эхлээд Америкийн Нэгдсэн Улсын дотор бүрэлдэн тогтдог араатны дүр төрхөд мөн гурван талт нэгдэл байх ёстой бөгөөд тэр нь бас хоёр талт араатан юм. Араатны аль аль дүр төрхөд хоёр талт шинж чанар нь Сүм ба Төрийн нэгдэл бөгөөд энэ харилцаанд сүм хяналтыг гартаа барьдаг.</w:t>
      </w:r>
    </w:p>
    <w:p>
      <w:pPr>
        <w:pStyle w:val="ArticleBody"/>
        <w:jc w:val="left"/>
      </w:pPr>
      <w:r>
        <w:rPr>
          <w:rFonts w:ascii="Times New Roman" w:hAnsi="Times New Roman" w:eastAsia="Times New Roman" w:cs="Times New Roman"/>
        </w:rPr>
        <w:t>Гурвалсан нэгдэл нь араатны хоёр дүрслэлд хоёуланд нь тусгагдах ёстой боловч Илчлэлийн номд луу, араатан, хуурамч эш үзүүлэгчийн хоёр илрэл байдаг. Дэлхий дахины араатны дүрийн гурвалсан бүтэц нь спиритизм (луу), Католицизм (араатан), урвагч Протестантизм (хуурамч эш үзүүлэгч) -аар илэрхийлэгддэг. Эдгээр гурвын тус бүр нь зөвхөн шашны бүрэлдэхүүнтэй (спиритизм, Католицизм, урвагч Протестантизм) төдийгүй, мөн улс төрийн бүрэлдэхүүнтэй байдаг. Луу (олон янзын хэлбэртэй социализм), араатан (хаант засаг), хуурамч эш үзүүлэгч (бүгд найрамдах засаг хэлбэрээр эхэлж, ардчилал болон төгсөнө).</w:t>
      </w:r>
    </w:p>
    <w:p>
      <w:pPr>
        <w:pStyle w:val="ArticleBody"/>
        <w:jc w:val="left"/>
      </w:pPr>
      <w:r>
        <w:rPr>
          <w:rFonts w:ascii="Times New Roman" w:hAnsi="Times New Roman" w:eastAsia="Times New Roman" w:cs="Times New Roman"/>
        </w:rPr>
        <w:t>Америкийн Нэгдсэн Улсад бүрэлдэн нийлдэг гурвалсан нэгдэл нь дэлхий дахины араатны дүр хуурамч эш үзүүлэгчээр албадан (мэхлэгдэн) нэгтгэгддэгтэй адил, мөн тийнхүү албадан нэгтгэгддэг. Илчлэлт номд ёроолгүй ангалын гүнээс гарч ирдэг тэрсэлсэн гурван хүчээр тодорхойлогдох өөр нэгэн гурвалсан нэгдэл бий. Арван долоодугаар бүлэгт Католицизм ёроолгүй ангалын гүнээс гарч ирдэг бөгөөд энэ нь ёроолгүй ангалын гүнээс гардаг гурвалсан нэгдлийн араатан мөн.</w:t>
      </w:r>
    </w:p>
    <w:p>
      <w:pPr>
        <w:pStyle w:val="ArticleScripture"/>
        <w:jc w:val="left"/>
      </w:pPr>
      <w:r>
        <w:rPr>
          <w:rFonts w:ascii="Times New Roman" w:hAnsi="Times New Roman" w:eastAsia="Times New Roman" w:cs="Times New Roman"/>
        </w:rPr>
        <w:t>Чиний харсан тэр араатан өмнө нь байсан, эдүгээ байхгүй; тэр ёроолгүй ангалын гүнээс гарч ирээд мөхөл уруугаа явна. Дэлхийн суурь тавигдсанаас хойш нэрс нь амийн номд бичигдээгүй газар дэлхий дээр оршин суугчид, өмнө нь байсан, эдүгээ байхгүй атлаа бас байгаа тэр араатныг хараад гайхан биширнэ. Илчлэлт 17:8.</w:t>
      </w:r>
    </w:p>
    <w:p>
      <w:pPr>
        <w:pStyle w:val="ArticleBody"/>
        <w:jc w:val="left"/>
      </w:pPr>
      <w:r>
        <w:rPr>
          <w:rFonts w:ascii="Times New Roman" w:hAnsi="Times New Roman" w:eastAsia="Times New Roman" w:cs="Times New Roman"/>
        </w:rPr>
        <w:t>Арван нэгдүгээр бүлэгт атейзмын луулаг хүч ёроолгүй ангалын дундаас гарч ирдэг.</w:t>
      </w:r>
    </w:p>
    <w:p>
      <w:pPr>
        <w:pStyle w:val="ArticleScripture"/>
        <w:jc w:val="left"/>
      </w:pPr>
      <w:r>
        <w:rPr>
          <w:rFonts w:ascii="Times New Roman" w:hAnsi="Times New Roman" w:eastAsia="Times New Roman" w:cs="Times New Roman"/>
        </w:rPr>
        <w:t>Тэд гэрчлэлээ дуусгасны дараа ёроолгүй гүнээс гарч ирдэг араатан тэдний эсрэг дайн хийж, тэднийг дийлж, ална. Илчлэлт 11:7.</w:t>
      </w:r>
    </w:p>
    <w:p>
      <w:pPr>
        <w:pStyle w:val="ArticleBody"/>
        <w:jc w:val="left"/>
      </w:pPr>
      <w:r>
        <w:rPr>
          <w:rFonts w:ascii="Times New Roman" w:hAnsi="Times New Roman" w:eastAsia="Times New Roman" w:cs="Times New Roman"/>
        </w:rPr>
        <w:t>Исламын хуурамч эш үзүүлэгч есдүгээр бүлэгт ёроолгүй ангалын нүхнээс гарч ирдэг.</w:t>
      </w:r>
    </w:p>
    <w:p>
      <w:pPr>
        <w:pStyle w:val="ArticleScripture"/>
        <w:jc w:val="left"/>
      </w:pPr>
      <w:r>
        <w:rPr>
          <w:rFonts w:ascii="Times New Roman" w:hAnsi="Times New Roman" w:eastAsia="Times New Roman" w:cs="Times New Roman"/>
        </w:rPr>
        <w:t>Тэгээд тав дахь тэнгэрэлч бүрээ үлээв. Би тэнгэрээс газарт унасан нэгэн одыг харлаа; түүнд ёроолгүй гүний түлхүүр өгөгдсөн байв. Тэр ёроолгүй гүнийг нээхэд, их зуухны утаа мэт нэгэн утаа тэр гүнээс гарч ирэв; гүний утаанаас болж нар ба агаар харанхуй болов. Тэгээд тэр утаанаас царцаанууд газар дэлхий дээр гарч ирэв; мөн тэдэнд газрын хилэнцэт хорхойнуудын эрх мэдэлтэй адил эрх мэдэл өгөгдсөн байв. Илчлэл 9:1–3.</w:t>
      </w:r>
    </w:p>
    <w:p>
      <w:pPr>
        <w:pStyle w:val="ArticleBody"/>
        <w:jc w:val="left"/>
      </w:pPr>
      <w:r>
        <w:rPr>
          <w:rFonts w:ascii="Times New Roman" w:hAnsi="Times New Roman" w:eastAsia="Times New Roman" w:cs="Times New Roman"/>
        </w:rPr>
        <w:t>Тэнгэрээс унаж, ёроолгүй ангалын амыг нээсэн од нь хуурамч эш үзүүлэгч Мухаммед байсан бөгөөд тэрээр ангалыг нээхдээ, “царцаа” хэмээн дүрслэгдсэн Исламын дайчдыг эцсийн өдрүүдийн эш үзүүллэгийн өгүүлэмжид оруулсан юм. Ёроолгүй ангалын гурвалсан холбоо нь луу (атеизм), араатан (Католицизм), мөн хуурамч эш үзүүлэгч (Ислам)-тай. Дэлхий нийтийн араатны дүр төрхөд хуурамч эш үзүүлэгч нь тэрсэлсэн Протестантизм мөн. Тэрхүү хуурамч эш үзүүлэгч нь Саломегийн сэтгэл булаам бүжиг, эсвэл Кармел уулан дээрх Баалын эш үзүүлэгчдийн бүжгээр дамжуулан бүх дэлхийг мэхэлдэг. Илчлэлт номын арван гуравдугаар бүлэгт, тэрээр араатны өмнө үйлддэг гайхамшгуудаараа дэлхийг мэхэлдэг. Мэхлэлийн тэдгээр бэлгэдэлт дүрслэлүүд нь эдийн засгийн шахалт, цэргийн хүч чадлын нөлөөг илэрхийлдэг.</w:t>
      </w:r>
    </w:p>
    <w:p>
      <w:pPr>
        <w:pStyle w:val="ArticleScripture"/>
        <w:jc w:val="left"/>
      </w:pPr>
      <w:r>
        <w:rPr>
          <w:rFonts w:ascii="Times New Roman" w:hAnsi="Times New Roman" w:eastAsia="Times New Roman" w:cs="Times New Roman"/>
        </w:rPr>
        <w:t>Тэрээр агуу гайхамшгуудыг үйлдэж, хүмүүсийн нүдэн дээр тэнгэрээс газар уруу гал буулгадаг. Мөн араатны өмнө үйлдэх эрх түүнд өгөгдсөн тэр гайхамшгуудын хүчээр газар дээр оршин суугчдыг мэхэлж, илдний шархыг авч атлаа амьд үлдсэн араатанд зориулан дүрс бүтээхийг газар дээр оршин суугчдад хэлдэг. Түүнчлэн араатны дүрсэнд амь өгөх эрх түүнд байсан тул араатны дүрс ярьж, мөн араатны дүрсэнд мөргөхгүй бүхнийг алуулахад хүргэдэг байв. Тэрээр бага, их, баян, ядуу, эрх чөлөөтэй, боол бүх хүнд баруун гар дээр нь, эсвэл духан дээр нь тэмдэг тавиулдаг. Ингэснээр тэр тэмдэг, эсвэл араатны нэр, эсвэл түүний нэрийн тоог эзэмшээгүй хэн ч худалдаж авч ч, худалдаж зарж ч чадахгүй байв. Илчлэл 13:13–17.</w:t>
      </w:r>
    </w:p>
    <w:p>
      <w:pPr>
        <w:pStyle w:val="ArticleBody"/>
        <w:jc w:val="left"/>
      </w:pPr>
      <w:r>
        <w:rPr>
          <w:rFonts w:ascii="Times New Roman" w:hAnsi="Times New Roman" w:eastAsia="Times New Roman" w:cs="Times New Roman"/>
        </w:rPr>
        <w:t>Хуурамч эш үзүүлэгчтэй холбоотой мэхлэлт ба гайхамшгууд нь үнэндээ эдийн засгаар бий болдог хүчийг (“хэн ч худалдан авч, худалдаж чадахгүй”), мөн цэргийн сүр хүчийг (“алагдах ёстой”) илэрхийлдэг. Библи дэх Исламын хуурамч эш үзүүлэгч нь үндэстнүүдийг уурлуулж, түгшээхэд Исламын гүйцэтгэдэг ажлыг төлөөлдөг. Тэд уурлуулж, түгшээх ажлаа дайнаар гүйцэлдүүлдэг бөгөөд Библи тэдний дайн нь улмаар эдийн засгийн сүйрэл төрүүлдгийг тодорхойлдог. Исламын дайн болон түүнээс улбаалсан эдийн засгийн сүйрэл нь АНУ-д “Еховагийн хуулинд үнэнч байхаас урваж, тэрслэн буцсан бүх ялзарсан хүчнүүд”-ийг нэгтгэн цуглуулдаг асуудал мөн.</w:t>
      </w:r>
    </w:p>
    <w:p>
      <w:pPr>
        <w:pStyle w:val="ArticleBody"/>
        <w:jc w:val="left"/>
      </w:pPr>
      <w:r>
        <w:rPr>
          <w:rFonts w:ascii="Times New Roman" w:hAnsi="Times New Roman" w:eastAsia="Times New Roman" w:cs="Times New Roman"/>
        </w:rPr>
        <w:t>Загалмайн дээр саддукайчууд ба фарисайчууд жинхэнэ Протестант эврийг цовдлохоор нэгдэн ирэхдээ “Еховагийн хуулинд үнэнч байх байдлаасаа” бүрэн тэрслэн урвасан юм. Тэд Христийг няцаахдаа хуурамч Христийг төлөөлдөг Бараввасыг сонгосон. “Бар” гэдэг нь хүү, “Абба” гэдэг нь эцэг гэсэн утгатай. Бараввас гэдэг нь “Эцгийн Хүү” гэсэн утгатай. Христ бол бүх эш үзүүлэгчдийн дундаас хамгийн аугаа нь байсан бөгөөд Бараввас нь хуурамч эш үзүүлэгчийн бэлгэдэл байв.</w:t>
      </w:r>
    </w:p>
    <w:p>
      <w:pPr>
        <w:pStyle w:val="ArticleBody"/>
        <w:jc w:val="left"/>
      </w:pPr>
      <w:r>
        <w:rPr>
          <w:rFonts w:ascii="Times New Roman" w:hAnsi="Times New Roman" w:eastAsia="Times New Roman" w:cs="Times New Roman"/>
        </w:rPr>
        <w:t>Нэг зуун дөчин дөрвөн мянгыг тамгалах үед газрын араатны хоёр эвэр өөрсдийн эш үзүүллэгийн эцсийн илрэлд хүрдэг. Нэг нь Христийн дүрийг, нөгөө нь араатны дүрийг төлөөлдөг. Эдгээр хоёр эвэр илэрхийлэгддэг түүхэн явцад тэрслүү Протестантизм 2001 онд Patriot Act-аар удахгүй ирэх Ням гаргийн хуулийн зүг чиглэсэн аяллаа эхлүүлсэн. Тэрхүү тэмдэглэгээ нь Тусгаар тогтнолын тунхаглалтай нийцдэг бөгөөд уг тунхаглал эхэндээ хурга мэт өгүүлсэн юм. Учир нь энэ нь хаант засаглал ба папын ноёрхлын эсрэг Протестантизмын эсэргүүцлийг илэрхийлж байсан. Харин төгсгөлдөө түүнтэй нийцэх тэмдэглэгээ (Patriot Act) нь Протестантизмыг дарангуйлахыг илэрхийлдэг.</w:t>
      </w:r>
    </w:p>
    <w:p>
      <w:pPr>
        <w:pStyle w:val="ArticleBody"/>
        <w:jc w:val="left"/>
      </w:pPr>
      <w:r>
        <w:rPr>
          <w:rFonts w:ascii="Times New Roman" w:hAnsi="Times New Roman" w:eastAsia="Times New Roman" w:cs="Times New Roman"/>
        </w:rPr>
        <w:t>Тамгалах цаг үеийн туршид хоёр эврийн аяллын хоёр дахь замын тэмдэг нь эхэндээ Үндсэн хуулиар төлөөлөгдөж байсан бөгөөд тэр нь газрын араатны хүч болох хоёр эрх мэдлийн тусгаарлалтыг хуульчлан тогтоосон юм. Тэрхүү замын тэмдэг нь төгсгөлдөө 2021 оны 1 дүгээр сарын 6-ны сонсголын “Kangaroo Court”-оор өөрийн зэрэгцээтэй тулсан бөгөөд тэнд улс төрийн ашиг хонжооноос үүдэн Үндсэн хуулийн үндсэн эрх ямбыг үл тоомсорлон хойш тавьсан юм.</w:t>
      </w:r>
    </w:p>
    <w:p>
      <w:pPr>
        <w:pStyle w:val="ArticleBody"/>
        <w:jc w:val="left"/>
      </w:pPr>
      <w:r>
        <w:rPr>
          <w:rFonts w:ascii="Times New Roman" w:hAnsi="Times New Roman" w:eastAsia="Times New Roman" w:cs="Times New Roman"/>
        </w:rPr>
        <w:t>Хоёр эвэрт араатны төгсгөлийн аяллын сүүлчийн замын тэмдэг нь удахгүй ирэх Ням гаргийн хууль бөгөөд түүний эхлэлд Харь иргэн ба үймээн самууны тухай хуулиудаар урьдчилан дүрслэгдсэн юм. Ийнхүү эхэн үеийн түүхийн гурван замын тэмдэг нь үнэхээр эрх чөлөөтэй байх цорын ганц зам болох Хургаар бэлгэдэгдсэн тусгаар тогтнол ба эрх чөлөөнөөс (1776) луугийн боолчлолд (1798) шилжих шилжилтийг тодорхойлсон юм.</w:t>
      </w:r>
    </w:p>
    <w:p>
      <w:pPr>
        <w:pStyle w:val="ArticleBody"/>
        <w:jc w:val="left"/>
      </w:pPr>
      <w:r>
        <w:rPr>
          <w:rFonts w:ascii="Times New Roman" w:hAnsi="Times New Roman" w:eastAsia="Times New Roman" w:cs="Times New Roman"/>
        </w:rPr>
        <w:t>Тамгалах үеийн гурван замын тэмдэг нь хуурамч эш үзүүлэгч болох газрын араатны эцсийн аяллыг тодорхойлдог. Тэрхүү аялал нь туг хиагдах үед, мөн олон хүн тэр цагт: “Ирэгтүн, ЭЗЭНий уул уруу, Иаковын Бурханы өргөө уруу өгсөцгөөе; Тэр бидэнд Өөрийн замуудын талаар зааж, бид Түүний жимүүдээр явах болно. Учир нь Сионоос хууль гарч, ЭЗЭНий үг Иерусалимаас гарах болно” хэмээн хэлэх үед Иерусалимд төгсөнө.</w:t>
      </w:r>
    </w:p>
    <w:p>
      <w:pPr>
        <w:pStyle w:val="ArticleBody"/>
        <w:jc w:val="left"/>
      </w:pPr>
      <w:r>
        <w:rPr>
          <w:rFonts w:ascii="Times New Roman" w:hAnsi="Times New Roman" w:eastAsia="Times New Roman" w:cs="Times New Roman"/>
        </w:rPr>
        <w:t>Газрын араатны эцсийн гурван алхамт аялал нь Иерусалим уруу явж буй хуурамч эш үзүүлэгчийн аялал мөн. Жинхэнэ Эш үзүүлэгч ирж, Иерусалимд орохдоо илжиг унан орсон. Газрын араатан ч мөн Иерусалимд “илжиг” унан ордог. Учир нь хуурамч эш үзүүлэгчийн хувьд (газрын араатан) тэрээр Балаамаар төлөөлөгддөг. Балаам алдар нэр, эд баялаг эрэн хайхдаа жинхэнэ эш үзүүлэгч байх дуудлагаасаа эргэж, “Еховагийн хуулинд үнэнч байх байдалдаа тэрслэн няцсан.” Тэрээр Бурханы ард түмнийг хараах үйл хэрэгт оролцохоор шийдсэн бөгөөд яг үүнчлэн АНУ ч удахгүй гарах ням гаргийн хуулиар тийнхүү үйлдэх болно.</w:t>
      </w:r>
    </w:p>
    <w:p>
      <w:pPr>
        <w:pStyle w:val="ArticleBody"/>
        <w:jc w:val="left"/>
      </w:pPr>
      <w:r>
        <w:rPr>
          <w:rFonts w:ascii="Times New Roman" w:hAnsi="Times New Roman" w:eastAsia="Times New Roman" w:cs="Times New Roman"/>
        </w:rPr>
        <w:t>Балаамын аялал илжиг унан гүйцэлдсэн бөгөөд түүний аяллын явцад Балаамын илжиг Балаамд уй гашуу учруулсныг гурвантаа тэмдэглэсэн байдаг. Эхний удаа илжиг замаасаа хазайсан.</w:t>
      </w:r>
    </w:p>
    <w:p>
      <w:pPr>
        <w:pStyle w:val="ArticleScripture"/>
        <w:jc w:val="left"/>
      </w:pPr>
      <w:r>
        <w:rPr>
          <w:rFonts w:ascii="Times New Roman" w:hAnsi="Times New Roman" w:eastAsia="Times New Roman" w:cs="Times New Roman"/>
        </w:rPr>
        <w:t>Илжиг ЭЗЭНий тэнгэрэлчийг зам дээр зогсон, гартаа илд сугалсан байгааг хараад, замаас хазайж талбай руу орлоо. Харин Балаам илжгийг зам руу нь эргүүлэхийн тулд түүнийг цохив. Тооллого 22:23.</w:t>
      </w:r>
    </w:p>
    <w:p>
      <w:pPr>
        <w:pStyle w:val="ArticleBody"/>
        <w:jc w:val="left"/>
      </w:pPr>
      <w:r>
        <w:rPr>
          <w:rFonts w:ascii="Times New Roman" w:hAnsi="Times New Roman" w:eastAsia="Times New Roman" w:cs="Times New Roman"/>
        </w:rPr>
        <w:t>2001 оны 9 дүгээр сарын 11-нд, гурав дахь гай зовлонгийн Ислам, Библийн эш үзүүллэг дэх зэрлэг Арабын илжиг, Балаамыг замаас нь эргүүлсэн. Учир нь Нью-Йорк хотын сүрлэг барилгууд нуран унах үед энэ нь үндэстнүүд болон сүмийн түүхэн дэх “эргэлтийн цэг” болсон юм. Зам дээр зогсож байсан тэнгэрэлч нь, тэр үед бууж ирж Өөрийн алдраар газрыг гэрэлтүүлсэн хүчирхэг тэнгэрэлч байсан. Илжиг дахин нэгэнтээ Балаамд уй гашуу учруулах байв.</w:t>
      </w:r>
    </w:p>
    <w:p>
      <w:pPr>
        <w:pStyle w:val="ArticleScripture"/>
        <w:jc w:val="left"/>
      </w:pPr>
      <w:r>
        <w:rPr>
          <w:rFonts w:ascii="Times New Roman" w:hAnsi="Times New Roman" w:eastAsia="Times New Roman" w:cs="Times New Roman"/>
        </w:rPr>
        <w:t>Харин ЭЗЭНий тэнгэрэлч усан үзмийн талбайнуудын дундах нарийн зам дээр, энэ талд нь нэгэн хана, тэр талд нь нэгэн хана бүхий газарт зогсов. Илжиг нь ЭЗЭНий тэнгэрэлчийг хараад, ханаруу шахан дөхөж, Балаамын хөлийг хананд хавчив. Тэгэхэд тэр түүнийг дахин цохив. Тооллого 22:24, 25.</w:t>
      </w:r>
    </w:p>
    <w:p>
      <w:pPr>
        <w:pStyle w:val="ArticleBody"/>
        <w:jc w:val="left"/>
      </w:pPr>
      <w:r>
        <w:rPr>
          <w:rFonts w:ascii="Times New Roman" w:hAnsi="Times New Roman" w:eastAsia="Times New Roman" w:cs="Times New Roman"/>
        </w:rPr>
        <w:t>2001 оны 9 дүгээр сарын 11-ний дараа Бурханы ард түмэн одоогоор Балаамын байгаа газар болох, энэ талд нь “хана”, нөгөө талд нь ч “хана” бүхий усан үзмийн талбайн дууны захиасыг (Исаиа 27-р бүлэг) дуулах ёстой байв. АНУ-ын өмнөд хил дээрх хана нь гурав дахь бөгөөд эцсийн waymark дээр “Сүм ба Төрийг тусгаарлах хана”-ны уналтаас өмнө тавигдах асуудал мөн. Өмнөд хилийн “хана”-ны асуудал бол цагаачлалын талаарх дотоод дайн эхэлж, Иргэний дайны давталтын өмнө газрын араатныг хоорондоо сөргөлдөгч хоёр намд хувааж эхлэх үед Балаамын “хөл” бяцардаг газар мөн.</w:t>
      </w:r>
    </w:p>
    <w:p>
      <w:pPr>
        <w:pStyle w:val="ArticleBody"/>
        <w:jc w:val="left"/>
      </w:pPr>
      <w:r>
        <w:rPr>
          <w:rFonts w:ascii="Times New Roman" w:hAnsi="Times New Roman" w:eastAsia="Times New Roman" w:cs="Times New Roman"/>
        </w:rPr>
        <w:t>Хоёр ханын хоорондох түүх гэдэг нь 1789 оноос 1798 он хүртэлх Үндсэн хуулийн тэмдэгтээр илэрхийлэгдсэн түүх бөгөөд энэ нь Трамп ерөнхийлөгчийн албанд нэр дэвших кампанит ажлаа “хана барих”-ыг онцлон зарласан 2015 оны түүхийг урьдаас төлөөлсөн юм. Тэр цагаас тун удахгүй гарах Ням гаргийн хууль Сүм ба Төрийн тусгаарлалын ханыг нураах хүртэл үргэлжилнэ.</w:t>
      </w:r>
    </w:p>
    <w:p>
      <w:pPr>
        <w:pStyle w:val="ArticleBody"/>
        <w:jc w:val="left"/>
      </w:pPr>
      <w:r>
        <w:rPr>
          <w:rFonts w:ascii="Times New Roman" w:hAnsi="Times New Roman" w:eastAsia="Times New Roman" w:cs="Times New Roman"/>
        </w:rPr>
        <w:t>2001 оны 9 дүгээр сарын 11-ний дараа Балаамаар төлөөлөгдсөн газрын араатан хуваагдаж эхэлсэн. Балаамын хоёр ханын хуваагдал нь газрын араатны хоёр эвэр доторх хоёр ангилал тусгаарлагдаж буйг илэрхийлдэг бөгөөд үүнийг 2016 онд Трамп сонгогдсон явдал, 2020 онд хоёр гэрчийн үхэл, 2021 оны 1 дүгээр сарын 6-ны Пелосигийн шүүх ажиллагаанууд, 2023 онд хоёр гэрчийн амилалт, мөн 2023 оны 10 дугаар сарын 7-нд илжиг Балаамыг доголон болгосон явдал тус тус төлөөлөн үзүүлдэг.</w:t>
      </w:r>
    </w:p>
    <w:p>
      <w:pPr>
        <w:pStyle w:val="ArticleBody"/>
        <w:jc w:val="left"/>
      </w:pPr>
      <w:r>
        <w:rPr>
          <w:rFonts w:ascii="Times New Roman" w:hAnsi="Times New Roman" w:eastAsia="Times New Roman" w:cs="Times New Roman"/>
        </w:rPr>
        <w:t>Балаамын аяллын хамгийн сүүлчийн тэмдэглэгээ нь илжиг “ярьдаг” үе бөгөөд энэ нь тун удахгүй гарах Ням гаргийн хууль дээр АНУ луу мэт ярьж, Илчлэлт арван наймын тэнгэрэлч хоёр дахь удаагаа ярьж, мөн саатсан Хабаккукийн үзэгдэл ярьдаг тэр цаг мөн. Саатсан тэр үзэгдэл нь гурав дахь гайгийн Исламын үзэгдэл байсан бөгөөд тун удахгүй ирэх Ням гаргийн хууль дээр өөрийн зэрлэг үйлдлүүдээр зэрлэг илжиг мэт ярьдаг.</w:t>
      </w:r>
    </w:p>
    <w:p>
      <w:pPr>
        <w:pStyle w:val="ArticleScripture"/>
        <w:jc w:val="left"/>
      </w:pPr>
      <w:r>
        <w:rPr>
          <w:rFonts w:ascii="Times New Roman" w:hAnsi="Times New Roman" w:eastAsia="Times New Roman" w:cs="Times New Roman"/>
        </w:rPr>
        <w:t>Тэгээд ЭЗЭНий тэнгэрэлч цааш явж, баруун тийш ч, зүүн тийш ч зайлан эргэх ямар ч замгүй нарийн газарт зогсов. Илжиг ЭЗЭНий тэнгэрэлчийг хараад Балаамын доор сөхрөн унав. Балаамын уур дүрэлзэн бадарч, тэр илжгийг таягаараа цохив. ЭЗЭН илжгийн амыг нээхэд, тэр Балаамд, “Намайг энэ гурван удаа цохихоор би чамд юу хийсэн юм бэ?” гэв. Балаам илжигт, “Чи намайг дооглосон учраас. Одоо гарт минь сэлэм байсансан бол би чамайг алчих байсан” гэв. Илжиг Балаамд, “Би энэ өдрийг хүртэл чиний унаж ирсэн, чиний илжиг чинь биш гэж үү? Би урьд нь чамд хэзээ нэгэн цагт ингэж аашилж байсан бил үү?” гэхэд тэр, “Үгүй” гэв. Тэгэхэд ЭЗЭН Балаамын нүдийг нээж, тэр зам дээр зогсож, гартаа сугалсан сэлэм барьсан ЭЗЭНий тэнгэрэлчийг харав. Тэгээд тэр толгойгоо бөхийлгөн, нүүрээрээ газар унав. Тооллого 22:26–31.</w:t>
      </w:r>
    </w:p>
    <w:p>
      <w:pPr>
        <w:pStyle w:val="ArticleBody"/>
        <w:jc w:val="left"/>
      </w:pPr>
      <w:r>
        <w:rPr>
          <w:rFonts w:ascii="Times New Roman" w:hAnsi="Times New Roman" w:eastAsia="Times New Roman" w:cs="Times New Roman"/>
        </w:rPr>
        <w:t>Америкийн Нэгдсэн Улс бол дэлхий даяарыг мэхлэн араатны дэлхий дахины дүрийг босгоход хүргэдэг хуурамч эш үзүүлэгч мөн. Араатны дүр Америкийн Нэгдсэн Улсын дотор бүрэлдэн тогтох цаг үеийн хугацаанд Америкийн Нэгдсэн Улсыг Балаамын илжгээр төлөөлөгдсөн хуурамч эш үзүүлэгч тээнэ. Зуун дөчин дөрвөн мянгыг тамгалах цаг үед Америкийн Нэгдсэн Улс дахь тэр бүх ялзарсан хүчнүүдийг албадан нэгтгэж, сүм ба төрийн харилцаанд оруулдаг хуурамч эш үзүүлэгч нь гурав дахь гай зовлонгийн Ислам мөн.</w:t>
      </w:r>
    </w:p>
    <w:p>
      <w:pPr>
        <w:pStyle w:val="ArticleBody"/>
        <w:jc w:val="left"/>
      </w:pPr>
      <w:r>
        <w:rPr>
          <w:rFonts w:ascii="Times New Roman" w:hAnsi="Times New Roman" w:eastAsia="Times New Roman" w:cs="Times New Roman"/>
        </w:rPr>
        <w:t>Энэ нь дайнаар, мөн тэр дайнаас үүдэн бий болдог эдийн засгийн нуран уналтаар ажлаа гүйцэлдүүлдэг. Эдгээр хоёр шинж нь ёроолгүй ангалын хуурамч эш үзүүлэгчийн Америкийн Нэгдсэн Улсад үйлдсэн ажлыг давтан үйлдэхдээ, Америкийн Нэгдсэн Улсын хуурамч эш үзүүлэгч бүх дэлхийг албадан захируулахад ашигладаг мөнөөх л хүчнүүд мөн.</w:t>
      </w:r>
    </w:p>
    <w:p>
      <w:pPr>
        <w:pStyle w:val="ArticleBody"/>
        <w:jc w:val="left"/>
      </w:pPr>
      <w:r>
        <w:rPr>
          <w:rFonts w:ascii="Times New Roman" w:hAnsi="Times New Roman" w:eastAsia="Times New Roman" w:cs="Times New Roman"/>
        </w:rPr>
        <w:t>Америкийн Нэгдсэн Улс эдүгээ 1798 оны Гадаадынхан ба өдөөн турхиралтын тухай хуулиудын гол цөм байсан ханын асуудал (цагаачлал), мөн тун удахгүй гарах Ням гаргийн хуулиар бүрэн арилгах сүм ба төрийн тусгаарлалын хананы хооронд байна. Америкийн Нэгдсэн Улс санхүүгийн хувьд аль хэдийнэ саажин доройтсон, учир нь түүний улсын өр төлбөр засаж залруулахын аргагүй хэмжээнд хүрсэн. Луугийн хүч одоогоор худал санхүүгийн таамгийг тулгуурлан тогтоож байгаа боловч, мөнгө хэвлэх машинаар баялаг бүтээдэг хэмээн мэдүүлэх тэр нь худал юм; эцсийн эцэст, луу бол Библийн зөгнөлийн худалч билээ. Тэрээр өөрийн худлыг Гитлерийн алдарт суртал ухуулгын машины орчин үеийн дүрслэлээр дамжуулан түгээн дэлгэрүүлж, улмаар ерөнхийлөгчид өөрийн үзэл санааг эсэргүүцсэн аливаа хэвлэл мэдээллийн хэрэгслийг хаах эрх мэдэл олгож байсан Гадаадынхан ба өдөөн турхиралтын тухай хуулиудын дөрөв дэх элементийг давтан хэрэгжүүлэх логикийг бүрдүүлж байна.</w:t>
      </w:r>
    </w:p>
    <w:p>
      <w:pPr>
        <w:pStyle w:val="ArticleBody"/>
        <w:jc w:val="left"/>
      </w:pPr>
      <w:r>
        <w:rPr>
          <w:rFonts w:ascii="Times New Roman" w:hAnsi="Times New Roman" w:eastAsia="Times New Roman" w:cs="Times New Roman"/>
        </w:rPr>
        <w:t>Есүс аливаа зүйлийн төгсгөлийг үргэлж тэр зүйлийн эхлэлээр дүрслэн үзүүлдэг. АНУ дахь араатны дүрс нь дэлхий даяарх араатны дүрстэй ижил эш үзүүллэгийн шинжүүдийг заавал агуулсан байх ёстой бөгөөд үнэхээр тийм байдаг. Харин газрын араатны хуурамч эш үзүүлэгч доторх завхарсан холбоог бий болгодог мэхлэлт нь Исламын хуурамч эш үзүүлэгч мөн. Билеам ч, илжиг ч хоёулаа хуурамч эш үзүүлэгчдийн бэлгэдэл юм. Нэг зуун дөчин дөрвөн мянгыг тамгалах түүх бол ёроолгүй ангалын гурван хүчний түүх юм. Ёроолгүй ангалын Ислам нь 2001 оны 9-р сарын 11-ний эхний замын тэмдэг мөн. Ёроолгүй ангалын атейзм 2020 онд хоёр гэрчийг алахаар босож ирдэг, мөн ёроолгүй ангалын католицизм удахгүй ирэх Ням гаргийн хуулийн үед өөрийн үхлээс босож ирдэг.</w:t>
      </w:r>
    </w:p>
    <w:p>
      <w:pPr>
        <w:pStyle w:val="ArticleBody"/>
        <w:jc w:val="left"/>
      </w:pPr>
      <w:r>
        <w:rPr>
          <w:rFonts w:ascii="Times New Roman" w:hAnsi="Times New Roman" w:eastAsia="Times New Roman" w:cs="Times New Roman"/>
        </w:rPr>
        <w:t>Бид энэ судлалыг дараагийн өгүүлэлд үргэлжлүүлэн авч үзэх болно.</w:t>
      </w:r>
    </w:p>
    <w:p>
      <w:pPr>
        <w:pStyle w:val="ArticleScripture"/>
        <w:jc w:val="left"/>
      </w:pPr>
      <w:r>
        <w:rPr>
          <w:rFonts w:ascii="Times New Roman" w:hAnsi="Times New Roman" w:eastAsia="Times New Roman" w:cs="Times New Roman"/>
        </w:rPr>
        <w:t>“Ертөнц сайжирч байгаа бус. Хорон хүмүүс болон мэхлэгчид улам муудаж, өөрсдөө мэхлэгдэнгээ бусдыг мэхлэх болно. Цорын ганц үнэн Бурханы бодит илэрхийлэл бөгөөд сайн сайхан, энэрэл нигүүлсэл, цуцашгүй хайр дүүрэн, зүрх нь хүний зовлонд үргэлж эмзэглэн хөдөлдөг байсан Бурханы Хүүг няцааж, Түүний оронд алуурчныг сонгосноор еврейчүүд, Бурханы Сүнсний хязгаарлан барих хүч зайлуулагдаж, хүмүүс урвагчийн захиргаанд орох үед хүний мөн чанар юу хийж чаддаг, юу хийх нь гарцаагүй болохыг харуулсан юм. Сатаныг өөрсдийн захирагчаар сонгодог хүмүүс өөрсдийн сонгосон эзний сүнсийг илэрхийлэх болно.”</w:t>
      </w:r>
    </w:p>
    <w:p>
      <w:pPr>
        <w:pStyle w:val="ArticleScripture"/>
        <w:jc w:val="left"/>
      </w:pPr>
      <w:r>
        <w:rPr>
          <w:rFonts w:ascii="Times New Roman" w:hAnsi="Times New Roman" w:eastAsia="Times New Roman" w:cs="Times New Roman"/>
        </w:rPr>
        <w:t>“Бурхан Өөрийн орноос гарч, түүний гэм нүглийг шийтгэх хүртэл дэлхий ертөнц сайжрахгүй. Тэгвэл газар дэлхий өөрийн урсгасан цусыг илчилж, алагдагсдаа цаашид үл халхална. Христ шавь нартаа ийн анхааруулсан: ‘Хэн ч та нарыг бүү мэхлээсэй хэмээн болгоомжил. Учир нь олноороо Миний нэрээр ирж, Би бол Христ мөн гэж хэлэн, олныг мэхлэх болно. Та нар дайн тулаан болон дайны тухай цуурхлыг сонсоно. Бүү түгшигтүн. Учир нь энэ бүхэн зайлшгүй тохиолдох ёстой, гэвч төгсгөл нь хараахан биш. Үндэстэн үндэстний эсрэг, хаанчлал хаанчлалын эсрэг босно. Элдэв газар өлсгөлөн, тахал, газар хөдлөлтүүд болно. Энэ бүхэн зовлонгийн эхлэл мөн. Тэгээд та нарыг дарлуулахын тулд тушааж, ална. Миний нэрийн төлөө та нар бүх үндэстэнд үзэн ядагдана. Тэр цагт олон хүн бүдэрч, бие биеэ урван, бие биеэ үзэн ядна. Мөн олон хуурамч эш үзүүлэгч босож, олныг мэхэлнэ. Хууль бус байдал арвидахын улмаас олны хайр хөрнө. Харин эцсийг хүртэл тэсвэрлэсэн нь аврагдах болно.’”</w:t>
      </w:r>
    </w:p>
    <w:p>
      <w:pPr>
        <w:pStyle w:val="ArticleScripture"/>
        <w:jc w:val="left"/>
      </w:pPr>
      <w:r>
        <w:rPr>
          <w:rFonts w:ascii="Times New Roman" w:hAnsi="Times New Roman" w:eastAsia="Times New Roman" w:cs="Times New Roman"/>
        </w:rPr>
        <w:t>“Христ газар дэлхий дээр байх үед ертөнц Бараббыг илүүд үзсэн. Өнөөдөр ч ертөнц болон сүмүүд мөн адил сонголтыг хийж байна. Христийн урвалт, няцаалт, цовдлолын үзэгдлүүд дахин давтагдсан бөгөөд асар өргөн хэмжээнд дахин давтагдах болно. Хүмүүс дайсны шинж чанаруудаар дүүрч, түүний төөрөгдлүүд тэдний дунд асар хүчтэй болох болно. Гэрэл хэр хэмжээгээр няцаагдана, төдий хэмжээгээр буруу ойлголт ба үл ойлголцол бий болно. Христийг няцааж, Бараббыг сонгогсод сүйрэлд хүргэгч мэхлэлтийн дор ажилладаг. Гуйвуулга ба хуурамч гэрчлэл ил тод бослого болон өсөн нэмэгдэх болно. Нүд муу байвал бүх бие харанхуйгаар дүүрэх болно. Христээс өөр ямар ч удирдагчид сэтгэлээ өгөгсөд бие, сэтгэл, сүнсээрээ тийм ихээр сэтгэл булаам төөрөгдлийн эрхшээлд орно, түүний хүчний дор сүнснүүд үнэнийг сонсохоос эргэн буруулж, худалд итгэх болно. Тэд урхидагдан баригдаж, үйлдэл бүрээрээ “Бараббыг бидэнд суллаж өг, харин Христийг цовдол” хэмээн хашхирах болно.</w:t>
      </w:r>
    </w:p>
    <w:p>
      <w:pPr>
        <w:pStyle w:val="ArticleScripture"/>
        <w:jc w:val="left"/>
      </w:pPr>
      <w:r>
        <w:rPr>
          <w:rFonts w:ascii="Times New Roman" w:hAnsi="Times New Roman" w:eastAsia="Times New Roman" w:cs="Times New Roman"/>
        </w:rPr>
        <w:t>“Яг одоо энэ шийдвэр гарч байна. Загалмай дээр үйлдэгдсэн үзэгдлүүд дахин үйлдэгдэж байна. Үнэн ба зөвт байдлаас няцсан чуулгануудад, Бурханы хайр сэтгэлд оршин тогтдог зарчим биш байх үед хүний уг чанар юу хийж чаддаг, юу хийхийг нь илчлэгдэж байна. Одоо тохиолдож болох ямар ч зүйлд бид гайхах хэрэггүй. Аймшгийн ямар ч хөгжлийг бид гайхан бишрэх хэрэггүй. Бурханы хуулийг бузар хөлөөрөө дэвслэгчид нь Есүсийг доромжилж, урвасан хүмүүст байсан тэр л сүнстэй. Тэд мөс чанарын ямар ч шаналалгүйгээр өөрсдийн эцэг болох диавлын үйлсийг үйлдэх болно. Тэд Иудасын урвагч уруулаас гарсан тэр асуултыг тавих болно: Хэрэв би та нарт Есүс Христийг барьж өгвөл, та нар надад юу өгөх вэ? Яг одоо Христ Өөрийн гэгээнтнүүдийн биеэр урвагдаж байна.” Review and Herald, January 30,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дөчин хоёр дугаар</dc:title>
  <dc:subject>Араатны дүрийн бүрэлдэн тогтсон нь: Эш үзүүллэгийн аялал илчлэгдэв</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