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Гуравдугаар Хэсэг</w:t>
      </w:r>
    </w:p>
    <w:p>
      <w:pPr>
        <w:pStyle w:val="ArticleSubtitle"/>
        <w:jc w:val="left"/>
      </w:pPr>
      <w:r>
        <w:rPr>
          <w:rFonts w:ascii="Arial" w:hAnsi="Arial" w:eastAsia="Arial" w:cs="Arial"/>
        </w:rPr>
        <w:t>Зөгнөлийн хэв загварыг илчлэх нь: Сүүлчийн Ерөнхийлөгч ба Араатны дүрс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Библийн эш үзүүллэгийн анхны хаанчлал нь Вавилон байсан бөгөөд Вавилоны талаарх эш үзүүллэгийн гэрчлэлд эхний ба сүүлчийн хаад нь эш үзүүллэгийн бэлгэдэл болгон онцгой бөгөөд зориуд хэрэглэгдсэн байдаг. Хоёр дахь хаанчлал болох Мид-Персийн үед, эртний Израиль Иерусалимд буцан очихыг зөвшөөрсөн гурван зарлигийн эхнийхийг гаргасан хаан багтсан эхний хоёр хаан, мөн хоёр дахь ба гурав дахь зарлигийг гаргасан дараагийн хоёр хаадыг тусгайлан нэрлэн заасан байдаг. Үүний адил, Агуу Александрээр төлөөлөгдсөн хүчирхэг хаан, мөн гурав дахь хаанчлал болох Грекийн түүхэнд түүний араас гарч ирсэн жанжид ба хаад ч эш үзүүллэгийн үгэнд тодорхойлон заагдсан байдаг. Дөрөв дэх хаанчлал болох шүтээнлэг Ром нь тэрхүү хаанчлалын захирагчид ба эзэн хаадын талаар тодорхой авч үздэг.</w:t>
      </w:r>
    </w:p>
    <w:p>
      <w:pPr>
        <w:pStyle w:val="ArticleBody"/>
        <w:jc w:val="left"/>
      </w:pPr>
      <w:r>
        <w:rPr>
          <w:rFonts w:ascii="Times New Roman" w:hAnsi="Times New Roman" w:eastAsia="Times New Roman" w:cs="Times New Roman"/>
        </w:rPr>
        <w:t>Израилийн бүх хаад, хойд ба өмнөд хоёр хаант улсын аль алиных нь хаад тодорхойлогдсон бөгөөд тэд бүгд Бурханы эш үзүүллийн Үг доторх бэлгэдлүүд мөн; үүнчлэн Ассирийн хаад болон Египетийн Фараонууд ч мөн адил. Бурханы эш үзүүллийн үг үнэхээр Америкийн Нэгдсэн Улсын ерөнхийлөгчдөд хандах болно гэсэн санаа нь нүдтэй атлаа харж эс ухаардаг, чихтэй атлаа сонсож эс ойлгодог хүмүүст итгэмээргүй мэт санагдаж болох юм. Гэвч сүүлчийн өдрүүдийн эш үзүүллүүдийн гол лавлах цэг нь Илчлэлт номын арван гуравдугаар бүлгийн газрын араатан мөн байхад, Бурхан түүний ерөнхийлөгчдөд хандахгүй гэж бодох нь үнэндээ үүнээс ч илүү утгагүй юм.</w:t>
      </w:r>
    </w:p>
    <w:p>
      <w:pPr>
        <w:pStyle w:val="ArticleBody"/>
        <w:jc w:val="left"/>
      </w:pPr>
      <w:r>
        <w:rPr>
          <w:rFonts w:ascii="Times New Roman" w:hAnsi="Times New Roman" w:eastAsia="Times New Roman" w:cs="Times New Roman"/>
        </w:rPr>
        <w:t>Америкийн Нэгдсэн Улсын сүүлчийн ерөнхийлөгч нь эш үзүүллэгийн зайлшгүй шаардлагаар Америкийн Нэгдсэн Улсын анхны ерөнхийлөгчөөр дүрслэгдсэн байх ёстой байв. Бүгд Найрамдах намын сүүлчийн ерөнхийлөгчийн хувьд, тэр мөн эш үзүүллэгийн зайлшгүй шаардлагаар Бүгд Найрамдах намын анхны ерөнхийлөгчөөр дүрслэгдсэн байх ёстой байв. Эцсийн шинэчлэлийн хөдөлгөөний түүхэн дэх сүүлчийн ерөнхийлөгчийн хувьд, тэр мөн тэрхүү эш үзүүллэгийн үеийн анхны ерөнхийлөгчөөр дүрслэгдсэн байна. Эцсийн бөгөөд гурав дахь дэлхийн дайны үед засаглан байх ерөнхийлөгчийн хувьд, тэр мөн эхний болон хоёр дахь дэлхийн дайнуудын үед засаглаж байсан ерөнхийлөгчдөөр дүрслэгдсэн байх ёстой байв.</w:t>
      </w:r>
    </w:p>
    <w:p>
      <w:pPr>
        <w:pStyle w:val="ArticleBody"/>
        <w:jc w:val="left"/>
      </w:pPr>
      <w:r>
        <w:rPr>
          <w:rFonts w:ascii="Times New Roman" w:hAnsi="Times New Roman" w:eastAsia="Times New Roman" w:cs="Times New Roman"/>
        </w:rPr>
        <w:t>Америкийн түүхэнд бүгд тохиолдсон дэлхийн гурван дайн нь эш үзүүллэгийн гуравласан хэрэглээг илэрхийлдэг. Жо Байден эдүгээ дэлхий ертөнцийг чиглүүлэн оруулж буй гурав дахь дэлхийн дайныг Дэлхийн нэгдүгээр дайн болон Дэлхийн хоёрдугаар дайн урьдчилан хэв шинжлэн үзүүлсэн билээ. Яг тэр цаг мөчид Байден Америкийн Нэгдсэн Улсыг хоёр дахь Иргэний дайн руу ч чиглүүлэн оруулж байна. Ирэх саруудад хоёр дахь Иргэний дайн болон гурав дахь дэлхийн дайнтай холбоотой эш үзүүллэгийн хөдөлгөөнүүд төрөхөөр өвдөж буй эмэгтэйн адил улам л ширүүсэх болно.</w:t>
      </w:r>
    </w:p>
    <w:p>
      <w:pPr>
        <w:pStyle w:val="ArticleBody"/>
        <w:jc w:val="left"/>
      </w:pPr>
      <w:r>
        <w:rPr>
          <w:rFonts w:ascii="Times New Roman" w:hAnsi="Times New Roman" w:eastAsia="Times New Roman" w:cs="Times New Roman"/>
        </w:rPr>
        <w:t>Дэлхийн хоёрдугаар дайны хямрал хурцадсан үед Германы теологич бөгөөд Лютеран пастор Мартин Нимёллерийн хэлсэн алдарт эшлэл нь: “Эхлээд тэд социалистуудын төлөө ирсэн, харин би социалист биш байсан учраас дуугараагүй. Дараа нь тэд үйлдвэрчний эвлэлийнхний төлөө ирсэн, харин би үйлдвэрчний эвлэлийн гишүүн биш байсан учраас дуугараагүй. Дараа нь тэд иудейчүүдийн төлөө ирсэн, харин би иудей биш байсан учраас дуугараагүй. Эцэст нь тэд миний төлөө ирсэн—тэгэхэд миний төлөө дуугарах хэн ч үлдээгүй байсан.” Цаг хугацаа цааш алхсаар байх тусам бид өнөөгийн энэ түүхийг эргэн хараад, одоо өрнөж буй үйл явдлууд үнэхээр эш үзүүллэгийн түүхийн эцсийн дайнуудын эхний алхмууд байсан гэдгийг танин мэдэх болно.</w:t>
      </w:r>
    </w:p>
    <w:p>
      <w:pPr>
        <w:pStyle w:val="ArticleBody"/>
        <w:jc w:val="left"/>
      </w:pPr>
      <w:r>
        <w:rPr>
          <w:rFonts w:ascii="Times New Roman" w:hAnsi="Times New Roman" w:eastAsia="Times New Roman" w:cs="Times New Roman"/>
        </w:rPr>
        <w:t>1776 оноос 1798 он хүртэлх, Тусгаар тогтнолын Тунхаглал, Үндсэн хууль, мөн Гадаадын иргэд ба үймээн самууны тухай хуулиуд тэмдэгт цэгүүд нь болсон эш үзүүллэгийн хугацаанд 2001 оны 9 дүгээр сарын 11-нээс эхлэн Америкийн Нэгдсэн Улс луу мэт ярих хүртэлх түүх дүрслэгдэн үзүүлэгддэг. 2001 оны 9 дүгээр сарын 11 нь эргэлтийн цэг байсан бөгөөд Тусгаар тогтнолын Тунхаглал тэрхүү өдөртэй уялдана. Тусгаар тогтнолын Тунхаглал нь мөн Хувьсгалт дайныг тэмдэглэдэг бөгөөд 2001 оны Эх орончийн тухай хууль тэр дайны сүнслэг давталтыг эхлүүлдэг болохыг заадаг. “Хувьсгал” гэсэн үг нь бүтэн тойрог хийх гэсэн утгатай.</w:t>
      </w:r>
    </w:p>
    <w:p>
      <w:pPr>
        <w:pStyle w:val="ArticleBody"/>
        <w:jc w:val="left"/>
      </w:pPr>
      <w:r>
        <w:rPr>
          <w:rFonts w:ascii="Times New Roman" w:hAnsi="Times New Roman" w:eastAsia="Times New Roman" w:cs="Times New Roman"/>
        </w:rPr>
        <w:t>1776 оноос 1798 он хүртэлх хугацаанд Хувьсгалт дайн Английн хаант эрх мэдлийг, цаашлаад ерөөс бүх хаадын эрх мэдлийг няцаав. Үндсэн хууль нь зөвхөн хаант эрх мэдэлд бус, мөн түүнчлэн папын эрх мэдэлд ч адилхан шийдэмгий хязгаарлалт тогтоов. 1798 он гэхэд ерөнхийлөгчид хааны шинжтэй эрх мэдэл олгосон хуулиуд батлагдсанаар тэр тойрог (хувьсгал) гүйцэлдэн дууссан байв.</w:t>
      </w:r>
    </w:p>
    <w:p>
      <w:pPr>
        <w:pStyle w:val="ArticleBody"/>
        <w:jc w:val="left"/>
      </w:pPr>
      <w:r>
        <w:rPr>
          <w:rFonts w:ascii="Times New Roman" w:hAnsi="Times New Roman" w:eastAsia="Times New Roman" w:cs="Times New Roman"/>
        </w:rPr>
        <w:t>“Patriot Act” нь луу мэт өгүүлэгч газрын араатанд хүрч, мөн папын эрх мэдэл сэргэн тогтоогдох хувьсгалын (нэгэн хүрдний) тэмдэг юм. 1776 оноос 1798 он хүртэлх эхний хүрд нь хаант эрх мэдэл сэргэн тогтоход хүргэдэг эш үзүүллэгийн нэгэн хувьсгалыг заадаг бөгөөд, түүний бэлгэдэн илэрхийлдэг хувьсгал нь папын эрх мэдэл сэргэн тогтоход хүргэдэг хувьсгалыг мөн заадаг. Хоёр дахь Хувьсгалт дайн 2001 оны 9 дүгээр сарын 11-нээс хойш үргэлжилсээр ирсэн. Үгүй бол яагаад үүнийг “Patriot Act” гэж нэрлэх билээ?</w:t>
      </w:r>
    </w:p>
    <w:p>
      <w:pPr>
        <w:pStyle w:val="ArticleBody"/>
        <w:jc w:val="left"/>
      </w:pPr>
      <w:r>
        <w:rPr>
          <w:rFonts w:ascii="Times New Roman" w:hAnsi="Times New Roman" w:eastAsia="Times New Roman" w:cs="Times New Roman"/>
        </w:rPr>
        <w:t>Сүүлчийн ерөнхийлөгчийн түүхэнд тохиолдох дайнуудыг авч үзэхээс өмнө бид араатны дүрийн эш үзүүллэгийн шинжүүдийг үргэлжлүүлэн авч үзнэ. Сүүлчийн ерөнхийлөгчийн үед араатны дүр бүрэлдэх орчин нөхцөлийг танин мэдэх нь чухал. Тэр ерөнхийлөгч нь луугийн хүчтэй холбоотой хүчнүүдтэй тэмцэлд буй Бүгд Найрамдах Намын ерөнхийлөгч байх ёстой. Тэрээр сүүлчийнх байх ёстой бөгөөд тиймээс найман ерөнхийлөгчийн нэгэн үеийн найм дахь ерөнхийлөгч мөн байх ёстой. Америкийн Нэгдсэн Улсын эхний хоёр үед, Континенталь Конгрессын хоёр үеийн аль алинд нь, тус бүрийн үе нь найман ерөнхийлөгчөөр төлөөлөгдөж байсан бөгөөд аль аль үе нь тэр найман ерөнхийлөгчийн нэгийг долоон ерөнхийлөгчийнх гэж тодорхойлсон. Иймээс эхлэл дэх хоёр гэрчийн үндсэн дээр сүүлчийн ерөнхийлөгч нь долооны нэг болох найм дахь ерөнхийлөгч байх ёстой.</w:t>
      </w:r>
    </w:p>
    <w:p>
      <w:pPr>
        <w:pStyle w:val="ArticleBody"/>
        <w:jc w:val="left"/>
      </w:pPr>
      <w:r>
        <w:rPr>
          <w:rFonts w:ascii="Times New Roman" w:hAnsi="Times New Roman" w:eastAsia="Times New Roman" w:cs="Times New Roman"/>
        </w:rPr>
        <w:t>Эдгээр эш үзүүллэгийн шинжүүдийг зөвхөн Дональд Трамп л биелүүлдэг. Дональд Трампын өвлөн авах гэж буй эш үзүүллэгийн орчныг бүрэн дүүрэн ойлгохын тулд, эш үзүүллэгийн хувьд Дэлхийн эхний хоёр дайн нь Дэлхийн гуравдугаар дайнд дүрслэгдэн төлөөлөгддөг бөгөөд тэдгээр дайнуудын эш үзүүллэгийн онцлог шинжүүд нь мөн Трампын өвлөн авах гэж буй орчны талаар өгүүлдгийг ойлгох шаардлагатай. Иймд, бид одоогоор Дэлхийн гурван дайны гуравчилсан хэрэглээг хараахан хэрэгжүүлээгүй байна.</w:t>
      </w:r>
    </w:p>
    <w:p>
      <w:pPr>
        <w:pStyle w:val="ArticleBody"/>
        <w:jc w:val="left"/>
      </w:pPr>
      <w:r>
        <w:rPr>
          <w:rFonts w:ascii="Times New Roman" w:hAnsi="Times New Roman" w:eastAsia="Times New Roman" w:cs="Times New Roman"/>
        </w:rPr>
        <w:t>Исламын авчирч буй өсөн нэмэгдэж буй дайн байлдаан болон түүнээс үүдэх санхүүгийн бэрхшээлүүд нь гурав дахь гаслангийн Ислам АНУ-д араатны дүрийг бүрэлдүүлэх явцад хуурамч эш үзүүлэгчийн үүргийг гүйцэлдүүлэх хэрэгсэл юм. Исламын хуурамч эш үзүүлэгч болох “илжиг” нь илжиг Христийг Иерусалим руу авч орсны адил АНУ-ын хуурамч эш үзүүлэгчийг “Иерусалим” руу авч ордог. Тэрхүү аяллын явцад өнгөрсөн үеийн зөгнөлүүдийн биеллийг төрүүлдэг эш үзүүллэгийн орчин бүрэлдэн тогтдог. 1798 онд Харь гаргийнхан ба Үймээн самууны тухай хуулиуд нь хурганы адил эхэлж, луугийн адил ярьж төгсөх газрын араатны түүхийн хамгийн эхэнд “яригдсан” юм. Харь гаргийнхан ба Үймээн самууны тухай хуулиудад дүрслэгдсэн дөрвөн хууль байсан.</w:t>
      </w:r>
    </w:p>
    <w:p>
      <w:pPr>
        <w:pStyle w:val="ArticleBody"/>
        <w:jc w:val="left"/>
      </w:pPr>
      <w:r>
        <w:rPr>
          <w:rFonts w:ascii="Times New Roman" w:hAnsi="Times New Roman" w:eastAsia="Times New Roman" w:cs="Times New Roman"/>
        </w:rPr>
        <w:t>Иргэншүүлэх тухай хууль: Энэ хууль нь Америкийн иргэншил авахад шаардагдах оршин суух хугацааны шаардлагыг сунгасан.</w:t>
      </w:r>
    </w:p>
    <w:p>
      <w:pPr>
        <w:pStyle w:val="ArticleBody"/>
        <w:jc w:val="left"/>
      </w:pPr>
      <w:r>
        <w:rPr>
          <w:rFonts w:ascii="Times New Roman" w:hAnsi="Times New Roman" w:eastAsia="Times New Roman" w:cs="Times New Roman"/>
        </w:rPr>
        <w:t>Гадаадын Найз Нөхдийн тухай хууль: Энэхүү хууль нь энх цагийн үед “Америкийн Нэгдсэн Улсын энх тайван, аюулгүй байдалд аюултай” гэж үзэгдсэн иргэн бус хүмүүсийг албадан гаргах эрх мэдлийг ерөнхийлөгчид олгосон. Энэ нь засгийн газарт гадаадын харьяат хүмүүсийг хууль ёсны зохих ажиллагааг хэрэгжүүлэхгүйгээр баривчилж, албадан гаргахыг зөвшөөрсөн.</w:t>
      </w:r>
    </w:p>
    <w:p>
      <w:pPr>
        <w:pStyle w:val="ArticleBody"/>
        <w:jc w:val="left"/>
      </w:pPr>
      <w:r>
        <w:rPr>
          <w:rFonts w:ascii="Times New Roman" w:hAnsi="Times New Roman" w:eastAsia="Times New Roman" w:cs="Times New Roman"/>
        </w:rPr>
        <w:t>Харь дайсан улсын тухай хууль: Энэхүү хууль нь дайны үед дайсагнагч улсын эрэгтэй иргэдийг саатуулж, албадан гаргах эрхийг ерөнхийлөгчид олгосон.</w:t>
      </w:r>
    </w:p>
    <w:p>
      <w:pPr>
        <w:pStyle w:val="ArticleBody"/>
        <w:jc w:val="left"/>
      </w:pPr>
      <w:r>
        <w:rPr>
          <w:rFonts w:ascii="Times New Roman" w:hAnsi="Times New Roman" w:eastAsia="Times New Roman" w:cs="Times New Roman"/>
        </w:rPr>
        <w:t>Үймээн самууны тухай хууль: Дөрвөн хуулийн дундаас хамгийн их маргаан дагуулсан энэ хууль нь АНУ-ын Засгийн газар буюу түүний албан тушаалтнуудын эсрэг худал, гүтгэлгийн шинжтэй, эсвэл хорлонтой бичвэрийг нийтлэхийг гэмт хэрэгт тооцсон. Үнэн хэрэгтээ энэ нь засгийн газрыг шүүмжлэх явдлыг эрүүгийн хэрэг болгосон юм.</w:t>
      </w:r>
    </w:p>
    <w:p>
      <w:pPr>
        <w:pStyle w:val="ArticleBody"/>
        <w:jc w:val="left"/>
      </w:pPr>
      <w:r>
        <w:rPr>
          <w:rFonts w:ascii="Times New Roman" w:hAnsi="Times New Roman" w:eastAsia="Times New Roman" w:cs="Times New Roman"/>
        </w:rPr>
        <w:t>Дональд Трампын сонгуулийн кампанит ажил нь ерөнхийлөгчөөр өмнөх бүрэн эрхийн хугацаандаа эхлүүлсэн “хана барих” ажлыг дуусгана гэсэн түүний амлалт дээр ихээхэн тулгуурлаж байна. Тэрбээр 2024 онд сонгогдвол хүн төрөлхтний түүхэн дэх хамгийн их цар хүрээтэй албадан гаргалт явагдана хэмээн мэдэгдсэн. Трампт Америкийн улс төрийн тавцанд буй бусад ямар ч улс төрчөөс өөр нэгэн хувийн онцлог бий. Тэрээр сонгуулийн амлалтаа биелүүлдэг, эсвэл наад зах нь биелүүлэхийг чармайдаг. “Alien and Sedition Acts” нь түүний албадан гаргалтын амлалттай төгс нийцэх хуулиудыг илэрхийлдэг.</w:t>
      </w:r>
    </w:p>
    <w:p>
      <w:pPr>
        <w:pStyle w:val="ArticleBody"/>
        <w:jc w:val="left"/>
      </w:pPr>
      <w:r>
        <w:rPr>
          <w:rFonts w:ascii="Times New Roman" w:hAnsi="Times New Roman" w:eastAsia="Times New Roman" w:cs="Times New Roman"/>
        </w:rPr>
        <w:t>Трампын “намаг” хэмээн нэрлэсэн Вашингтоны улс төрийн гүнзгийрэн суусан байгууламжтай холбогдох, түүнд хамаарах хамгийн том буруутгалуудын нэг нь—авлигад идэгдсэн, ёс суртахуунгүй, ашиг сонирхлоороо барьцаалагдсан улс төрчид, мэргэжлийн хүнд сурталтнууд, товчилсон нэр бүхий агентлагууд, тэрбумтан санхүүжүүлэгчдийн хамтаар—өнөөдөр MSM, өөрөөр хэлбэл Mainstream Media хэмээн нэрлэгддэг, Гитлерийн Рейхийн Нийтийг Гэгээрүүлэх ба Суртал Ухуулгын Яамны орчин үеийн илрэлээс бүтээдэг “хуурамч мэдээ” юм. Alien and Sedition Acts нь түүний “хуурамч мэдээ”-г үзэн ядахтай төгс нийцэх хуулиудыг илэрхийлдэг. Есүс аливаа зүйлийн төгсгөлийг үргэлж тухайн зүйлийн эхлэлээр дүрслэн үзүүлдэг.</w:t>
      </w:r>
    </w:p>
    <w:p>
      <w:pPr>
        <w:pStyle w:val="ArticleBody"/>
        <w:jc w:val="left"/>
      </w:pPr>
      <w:r>
        <w:rPr>
          <w:rFonts w:ascii="Times New Roman" w:hAnsi="Times New Roman" w:eastAsia="Times New Roman" w:cs="Times New Roman"/>
        </w:rPr>
        <w:t>Бүгд Найрамдах намын анхны ерөнхийлөгч Линкольны өмнөх Ардчилсан намынхан болох Бьюкенэний бий болгосон Иргэний дайнд хандахаас өөр аргагүй болсон юм. Үүнийг хийхдээ Линкольн habeas corpus-ийн эрхийг түдгэлзүүлэв. Habeas corpus гэдэг нь хувь хүн өөрийн саатуулагдсан буюу хоригдсон байдлыг шүүхэд эсэргүүцэн маргах эрхийг хамгаалдаг эрх зүйн зарчим юм. Энэ нь хууль ёсны шалтгаангүйгээр хүнийг цагдан хорьж болохгүйг баталгаажуулдаг эрх зүйн суурь эрх мөн. Саатуулагдсан хүний нэрийн өмнөөс habeas corpus-ийн шүүхийн захирамж гаргуулахаар өргөдөл гаргасан тохиолдолд, энэ нь төрөөс тухайн хүнийг саатуулсан үндэслэлээ шүүхийн өмнө тайлбарлан зөвтгөхийг шаарддаг.</w:t>
      </w:r>
    </w:p>
    <w:p>
      <w:pPr>
        <w:pStyle w:val="ArticleBody"/>
        <w:jc w:val="left"/>
      </w:pPr>
      <w:r>
        <w:rPr>
          <w:rFonts w:ascii="Times New Roman" w:hAnsi="Times New Roman" w:eastAsia="Times New Roman" w:cs="Times New Roman"/>
        </w:rPr>
        <w:t>Америкийн Иргэний дайны үеэр Линкольн дайны үеийн арга хэмжээ болгон Америкийн Нэгдсэн Улсын тодорхой бүс нутагт habeas corpus-ын зарлигийг түдгэлзүүлсэн. Тэрээр анх 1861 оны 4-р сард Мэриландад habeas corpus-ыг түдгэлзүүлж, дараа нь энэ түдгэлзүүлэлтийг Дундад Барууны зарим хэсэгт өргөтгөсөн. Энэхүү арга хэмжээг салан тусгаарлах үзэлтэй эсвэл Холбоот Улсыг дэмжих хүчтэй өрөвдөх сэтгэлтэй (Ардчилсан намын) хүмүүс бүхий нутагт дэг журмыг сахиулах, эсэргүүцлийг дарах, мөн Холбооны дайны хүчин чармайлтад саад учруулахаас урьдчилан сэргийлэхийн тулд авч хэрэгжүүлсэн.</w:t>
      </w:r>
    </w:p>
    <w:p>
      <w:pPr>
        <w:pStyle w:val="ArticleBody"/>
        <w:jc w:val="left"/>
      </w:pPr>
      <w:r>
        <w:rPr>
          <w:rFonts w:ascii="Times New Roman" w:hAnsi="Times New Roman" w:eastAsia="Times New Roman" w:cs="Times New Roman"/>
        </w:rPr>
        <w:t>Линкольн habeas corpus эрхийг түдгэлзүүлсэн явдал нь ихээхэн маргаан дагуулж, Үндсэн хуулийн ноцтой асуудлуудыг хөндсөн бөгөөд энэ нь АНУ-ын Үндсэн хуулиар баталгаажсан иргэний суурь эрх чөлөөний нэгийг түр хугацаагаар түдгэлзүүлсэн хэрэг байв. Үндсэн хуульд “бослого эсвэл халдлагын тохиолдолд, нийтийн аюулгүй байдал түүнийг шаардаж болзошгүй үед” habeas corpus-ийн бичгийг түдгэлзүүлэхийг зөвшөөрдөг (I дүгээр зүйл, 9 дүгээр хэсэг).</w:t>
      </w:r>
    </w:p>
    <w:p>
      <w:pPr>
        <w:pStyle w:val="ArticleBody"/>
        <w:jc w:val="left"/>
      </w:pPr>
      <w:r>
        <w:rPr>
          <w:rFonts w:ascii="Times New Roman" w:hAnsi="Times New Roman" w:eastAsia="Times New Roman" w:cs="Times New Roman"/>
        </w:rPr>
        <w:t>Линкольн өөрийн үйлдлүүдийг Холбоог хадгалан хамгаалах болон дайны цаг үеийн үндэсний аюулгүй байдлыг хангахад зайлшгүй шаардлагатай байсан хэмээн хамгаалсан. Конгресс 1863 онд Habeas Corpus Suspension Act-ыг баталж, Линкольны habeas corpus-ыг түдгэлзүүлсэн шийдвэрийг буцаан үйлчлэх байдлаар эрх олгон зөвшөөрч, цэргийн саатуулах ажиллагаанд мөрдөх тодорхой журам тогтоосон. Иргэний дайн төгсгөлдөө ойртож, улс орон энхийн байдалд эргэн шилжихийн хэрээр habeas corpus дараагийн жилүүдэд аажмаар сэргээгдсэн.</w:t>
      </w:r>
    </w:p>
    <w:p>
      <w:pPr>
        <w:pStyle w:val="ArticleBody"/>
        <w:jc w:val="left"/>
      </w:pPr>
      <w:r>
        <w:rPr>
          <w:rFonts w:ascii="Times New Roman" w:hAnsi="Times New Roman" w:eastAsia="Times New Roman" w:cs="Times New Roman"/>
        </w:rPr>
        <w:t>1871 онд Ерөнхийлөгч Улиссес С. Грант (Бүгд Найрамдах нам) мөн Сэргээн босголтын үеийн Ку-Клукс-Кланы (Ардчилсан нам) айдас хүйдсийн ноёрхлын үеэр Өмнөд Каролина мужийн есөн тойрогт habeas corpus-ыг түдгэлзүүлсэн. Энэхүү түдгэлзүүлэлт нь хүчирхийлэлтэй тэмцэх, шинээр эрх чөлөөгөө олсон Африк-Америкчуудын иргэний эрхийг хамгаалах зорилготой байв.</w:t>
      </w:r>
    </w:p>
    <w:p>
      <w:pPr>
        <w:pStyle w:val="ArticleBody"/>
        <w:jc w:val="left"/>
      </w:pPr>
      <w:r>
        <w:rPr>
          <w:rFonts w:ascii="Times New Roman" w:hAnsi="Times New Roman" w:eastAsia="Times New Roman" w:cs="Times New Roman"/>
        </w:rPr>
        <w:t>1942 онд Дэлхийн II дайны үеэр Ерөнхийлөгч Франклин Д. Рузвельт (Ардчилсан намынх) Баруун эрэгт оршин сууж байсан япон гаралтай америкчуудыг албадан нүүлгэн шилжүүлж, хорих лагерьт саатуулахыг зөвшөөрсөн 9066 дугаар Гүйцэтгэх захирамжид гарын үсэг зурсан. Энэ нь habeas corpus-ыг техникийн утгаараа түдгэлзүүлээгүй боловч, япон гаралтай америкчуудыг хуульд заасан зохих ажиллагаагүйгээр саатуулахад хүргэж, тэдний хууль зүйн эрхүүд ноцтойгоор зөрчигдсөн юм.</w:t>
      </w:r>
    </w:p>
    <w:p>
      <w:pPr>
        <w:pStyle w:val="ArticleBody"/>
        <w:jc w:val="left"/>
      </w:pPr>
      <w:r>
        <w:rPr>
          <w:rFonts w:ascii="Times New Roman" w:hAnsi="Times New Roman" w:eastAsia="Times New Roman" w:cs="Times New Roman"/>
        </w:rPr>
        <w:t>Дараа нь 2001 онд, сүүлчийн Буш (даяарчлалыг баримтлагч Бүгд Найрамдах намын төлөөлөгч) есдүгээр сарын 11-ний террорист халдлагын дараа, дайсны талын байлдагч хэмээн сэжиглэгдсэн хүмүүсийг Гуантанамогийн булан болон бусад байгууламжид саатуулахыг зөвшөөрөв. Эдгээр хүмүүсийг саатуулсан явдал болон тэдний эрх зүйн байдал нь habeas corpus-тай холбоотой эрх зүйн маргааны сэдэв болов.</w:t>
      </w:r>
    </w:p>
    <w:p>
      <w:pPr>
        <w:pStyle w:val="ArticleBody"/>
        <w:jc w:val="left"/>
      </w:pPr>
      <w:r>
        <w:rPr>
          <w:rFonts w:ascii="Times New Roman" w:hAnsi="Times New Roman" w:eastAsia="Times New Roman" w:cs="Times New Roman"/>
        </w:rPr>
        <w:t>Дараа нь 2021 онд 1-р сарын 6-ны Пелосигийн (Ардчилсан намын) шүүх ажиллагаа нь habeas corpus-ыг түдгэлзүүлэх, хуулийн зохих журмыг арилгах, мөн Үндсэн хууль зөрчсөн интернмент хэрэгжүүлэх үзэл баримтлалыг үргэлжлүүлэв. 2021 оны Пелосигийн шүүх ажиллагааны онцлог нь Америкийн иргэдийн хууль ёсны эрхийг цэвэр улс төрийн зорилгоор анх удаа хойш тавьсан явдал юм. Өмнөх бусад бүх тохиолдолд тодорхой дайсан этгээдүүдийг тогтоосон бодит дайн эсвэл бослого гарсан байдаг байв. Пелосигийн шүүх ажиллагаан дахь дайснууд нь ердөө л луугаар өдөөгдсөн глобалистуудын дайснууд байлаа. Үндсэн хуулийг хүчингүй болгохтой холбоотой асуудлуудын эш үзүүллэгийн чиг хандлагыг танин мэдэх нь чухал; учир нь эдгээр нь Бурханы ард түмний хувьд агуу сорилт болох араатны дүр төрх бүрэлдэн тогтохыг тодорхойлон харуулах үйл явдлууд мөн.</w:t>
      </w:r>
    </w:p>
    <w:p>
      <w:pPr>
        <w:pStyle w:val="ArticleBody"/>
        <w:jc w:val="left"/>
      </w:pPr>
      <w:r>
        <w:rPr>
          <w:rFonts w:ascii="Times New Roman" w:hAnsi="Times New Roman" w:eastAsia="Times New Roman" w:cs="Times New Roman"/>
        </w:rPr>
        <w:t>Пелоси таны баатар эмэгтэй мөн үү, эсвэл Трамп чиний хамгаалагч мөн үү гэдэг нь огт хамаагүй; харин ойртон ирж буй хямралыг танин мэдэж, зохистой бэлтгэлийг хийх нь чухал юм. Ирэх хямралд ялагч болох хүмүүс бол тэнгэрлэг Иерусалимын иргэд мөн бөгөөд араатны дүр төрх бүрэлдэн тогтох үед Бурханы үнэнч хүүхдүүдийн эсрэг Садукайчууд (Ардчилсан нам) ба Фарисайчууд (Бүгд Найрамдах нам) нэгдэж байсанчлан, Бурханы хуулиас урваж няцсан бүх хүчнүүд ч мөн нэгдэх гэж байна.</w:t>
      </w:r>
    </w:p>
    <w:p>
      <w:pPr>
        <w:pStyle w:val="ArticleBody"/>
        <w:jc w:val="left"/>
      </w:pPr>
      <w:r>
        <w:rPr>
          <w:rFonts w:ascii="Times New Roman" w:hAnsi="Times New Roman" w:eastAsia="Times New Roman" w:cs="Times New Roman"/>
        </w:rPr>
        <w:t>АНУ дахь Исламын хуурамч эш үзүүлэгчээр дамжих хуурмаг ажиллагаа ч бай, эсвэл дэлхий дахины тэрслүү протестантизмаар дамжих хуурмаг ажиллагаа ч бай, Сүм ба Төрийн нэгдлийг бий болгодог зүйл нь тэр юм. Систер Уайт өөр нэг Иргэний дайн болно, мөн түүнийг дэлхийн банкны санхүүчид болон тэрбумтнууд, өөрөөр хэлбэл орчин үеийн Вавилоны худалдаачид, өдөөн бий болгоно гэж тодорхойлдог; эш үзүүллэгийн хувьд тэд луугийн хүчний төлөөлөгчдийн нэг хагас нь юм. Нөгөө хагас нь мэргэжлийн улс төрчид, хуульчид, хаад, захирагчид болно.</w:t>
      </w:r>
    </w:p>
    <w:p>
      <w:pPr>
        <w:pStyle w:val="ArticleScripture"/>
        <w:jc w:val="left"/>
      </w:pPr>
      <w:r>
        <w:rPr>
          <w:rFonts w:ascii="Times New Roman" w:hAnsi="Times New Roman" w:eastAsia="Times New Roman" w:cs="Times New Roman"/>
        </w:rPr>
        <w:t>“Энэтхэг, Хятад, Орос болон Америкийн хотуудад олон мянган эрэгтэй, эмэгтэй хүмүүс өлсгөлөнгийн улмаас үхэж байна. Мөнгөтэй хүмүүс эрх мэдэлтэй учраас зах зээлийг хянадаг. Тэд олж авч чадах бүхнээ хямд үнээр худалдан авч, дараа нь үлэмжхэн өсгөсөн үнээр зардаг. Энэ нь ядуу давхаргынхны хувьд өлсгөлөн гэсэн үг бөгөөд эцэстээ иргэний дайнд хүргэнэ.” Manuscript Releases, volume 5, 305.</w:t>
      </w:r>
    </w:p>
    <w:p>
      <w:pPr>
        <w:pStyle w:val="ArticleBody"/>
        <w:jc w:val="left"/>
      </w:pPr>
      <w:r>
        <w:rPr>
          <w:rFonts w:ascii="Times New Roman" w:hAnsi="Times New Roman" w:eastAsia="Times New Roman" w:cs="Times New Roman"/>
        </w:rPr>
        <w:t>Хувьсгалт дайн нь шууд утгаараа бодит дайн байсан, харин энэ нь 2001 оны 9 дүгээр сарын 11-нд эхлүүлэгдсэн улс төрийн дайныг төлөөлж байв. АНУ өдгөө хоёр улс төрийн намд хуваагдсан үндэстэн болсон боловч Бурханы Үг хэзээ ч мөхөсддөггүй бөгөөд Түүний Үг Трампыг 2024 оны сонгуульд дахин сонгогдоно гэж заадаг. Бүх практик зорилгын хувьд хэдийнээ эхлүүлэгдсэн Иргэний дайн түүний сонгогдсоны дараахан, Линкольн—анхны Бүгд Найрамдах намын ерөнхийлөгчийн үед байсанчлан—жинхэнэ утгаараа эхлэх болно. Түүний өвлөн авах Иргэний дайны суурь логик нь дэлхийн банкныхан болон тэрбумтан худалдаачдаас үүдэн бий болох бөгөөд тэд бусад зүйлсийн хамт дэлхий даяар хяналтгүй их хэмжээний цагаачлалыг нээж өгөхийн төлөө цуцалтгүй ажилласан нь илүү их санхүүгийн ашиг олох хүсэлдээ үйлчилж, үүнээс ч илүүтэйгээр дундаж давхаргыг устгах зорилготой байв. Вавилоны худалдаачид хэт баян ба хэт ядуу гэсэн хоёр ангит тогтолцоог хөгжүүлэхийг эрмэлзэж байна.</w:t>
      </w:r>
    </w:p>
    <w:p>
      <w:pPr>
        <w:pStyle w:val="ArticleBody"/>
        <w:jc w:val="left"/>
      </w:pPr>
      <w:r>
        <w:rPr>
          <w:rFonts w:ascii="Times New Roman" w:hAnsi="Times New Roman" w:eastAsia="Times New Roman" w:cs="Times New Roman"/>
        </w:rPr>
        <w:t>Трамп бол араатны дүрийг тогтоон байгуулах үйл явцыг тэргүүлэн захирах ерөнхийлөгч байх бөгөөд, тэрхүү дүрийг босгон тогтооход албадлага үзүүлэх нь Исламын хуурамч эш үзүүлэгч байх болно. Мөн нүдтэй агаад харж чаддаг, чихтэй агаад ойлгож чаддаг хүмүүст 2023 оны 10 дугаар сарын 7-нд гурав дахь гайгаас гарсан Исламын довтолгоо бодит Израильд, эртний Алдарт Газарт үйлдэгдсэн явдал нь Исламын хуурамч эш үзүүлэгчийн ерөөлийн удирдлагат ажлын илэрхий биелэлт мөн.</w:t>
      </w:r>
    </w:p>
    <w:p>
      <w:pPr>
        <w:pStyle w:val="ArticleBody"/>
        <w:jc w:val="left"/>
      </w:pPr>
      <w:r>
        <w:rPr>
          <w:rFonts w:ascii="Times New Roman" w:hAnsi="Times New Roman" w:eastAsia="Times New Roman" w:cs="Times New Roman"/>
        </w:rPr>
        <w:t>“Олон янз байдал, тэгш байдал ба хамруулалт”-ын нам хэмээн өөрийгөө өргөмжилдөг Ардчилсан нам одоо өөрсдийн дэмжиж ирсэн сатанлаг философийн үр жимсийг хурааж байна. 2023 оны 10-р сарын 7-ноос хойш Израилийн эсрэг ба Израилийг дэмжигч байр суурийн маргаан нь 2024 оны сонгуульд ойртож буй энэ үед тэдний намын улс төрийн хүч чадлыг хагалан бутаргаж байна. Энэхүү хуваагдал нь тэдний дагалдагчдын дунд дотоод тэмцэл бий болгосон бөгөөд, үүний улмаас тэдний завхарсан электрон санал хураалтын машинууд Трампын төлөө бодитоор өгөгдөх саналуудыг даван гарахуйц хэмжээний саналыг цаашид зальжингаар өөрчлөх чадваргүй болж ч мэднэ. Исламын хуурамч эш үзүүлэгчийн дайн нь, төгсгөлийн цаг 1989 оноос хойш газрын араатан далайн араатанд зориулан дүр төрхийг бүтээж буй тэр үед, долоон хаадын дотроос гарсан найм дахь ерөнхийлөгч болох Трампыг сонгогдох нөхцөл байдлыг бий болгож байна.</w:t>
      </w:r>
    </w:p>
    <w:p>
      <w:pPr>
        <w:pStyle w:val="ArticleBody"/>
        <w:jc w:val="left"/>
      </w:pPr>
      <w:r>
        <w:rPr>
          <w:rFonts w:ascii="Times New Roman" w:hAnsi="Times New Roman" w:eastAsia="Times New Roman" w:cs="Times New Roman"/>
        </w:rPr>
        <w:t>“Олон янз байдал, тэгш байдал ба хамруулалт” хэмээх сатанлаг үзэл суртал нь LGBTQ+ хөтөлбөрийг урагшлуулах замаар Содом ба Гоморрагийн бослогыг давтан үйлдэх нэгэн суурь тавцан мөн.</w:t>
      </w:r>
    </w:p>
    <w:p>
      <w:pPr>
        <w:pStyle w:val="ArticleScripture"/>
        <w:jc w:val="left"/>
      </w:pPr>
      <w:r>
        <w:rPr>
          <w:rFonts w:ascii="Times New Roman" w:hAnsi="Times New Roman" w:eastAsia="Times New Roman" w:cs="Times New Roman"/>
        </w:rPr>
        <w:t>Лотын өдрүүдэд ч мөн адил байсан; тэд идэж, ууж, худалдан авч, худалдаж, тарьж, барьж байв. Харин Лот Содомоос гарсан яг тэр өдөр тэнгэрээс гал ба хүхэр бороолж, тэднийг бүгдийг нь устгасан. Хүний Хүү илчлэгдэх тэр өдөр ч мөн ийм байх болно. Лук 17:28–30.</w:t>
      </w:r>
    </w:p>
    <w:p>
      <w:pPr>
        <w:pStyle w:val="ArticleBody"/>
        <w:jc w:val="left"/>
      </w:pPr>
      <w:r>
        <w:rPr>
          <w:rFonts w:ascii="Times New Roman" w:hAnsi="Times New Roman" w:eastAsia="Times New Roman" w:cs="Times New Roman"/>
        </w:rPr>
        <w:t>LGBTQ+ хөтөлбөр нь мөн ижил хүйстний бахархал хэмээн төлөөлөгдөн илэрхийлэгддэг бөгөөд иймээс энэ нь газрын араатны, түүнээс хойш дэлхийн ёс суртахууны эцсийн уналтыг тэмдэглэдэг.</w:t>
      </w:r>
    </w:p>
    <w:p>
      <w:pPr>
        <w:pStyle w:val="ArticleScripture"/>
        <w:jc w:val="left"/>
      </w:pPr>
      <w:r>
        <w:rPr>
          <w:rFonts w:ascii="Times New Roman" w:hAnsi="Times New Roman" w:eastAsia="Times New Roman" w:cs="Times New Roman"/>
        </w:rPr>
        <w:t>Шударга хүний зам нь бузар муугаас зайлах явдал мөн; өөрийн замыг сахигч нь сэтгэлээ хамгаалдаг. Сүйрлийн өмнө бардамнал явдаг бөгөөд уналтын өмнө ихэрхүү сүнс байдаг. Бардамчуудтай олзыг хуваахаас дордостой хамт даруу сүнстэй байх нь илүү дээр. Сургаалт үгс 16:17–19.</w:t>
      </w:r>
    </w:p>
    <w:p>
      <w:pPr>
        <w:pStyle w:val="ArticleBody"/>
        <w:jc w:val="left"/>
      </w:pPr>
      <w:r>
        <w:rPr>
          <w:rFonts w:ascii="Times New Roman" w:hAnsi="Times New Roman" w:eastAsia="Times New Roman" w:cs="Times New Roman"/>
        </w:rPr>
        <w:t>Бардамнал нь мөхлийн өмнө явж, бардамнал нь сүйрлийн өмнө явдаг. Үндэстний тэрслэл нь үндэстний сүйрлийг бий болгодог бөгөөд даяаршлын бардамналын бэлгэ тэмдэг нь Содом, Гоморрагийн бослогын бэлгэ тэмдэг мөн. Сүнслэг эш үзүүлэг нь удахгүй ирэх Ням гаргийн хуулийг Лот Содом, Гоморра болон талын хотуудын сүйрлээс арай ядан мултарсантай зэрэгцүүлэн тавьдаг. Учир нь Ням гаргийн хуулийн үед папын эрх мэдлийн гараас мултрах хүмүүсийн бэлгэ тэмдэг нь Лотын үр удам болох (Аммон ба Моаб) юм.</w:t>
      </w:r>
    </w:p>
    <w:p>
      <w:pPr>
        <w:pStyle w:val="ArticleScripture"/>
        <w:jc w:val="left"/>
      </w:pPr>
      <w:r>
        <w:rPr>
          <w:rFonts w:ascii="Times New Roman" w:hAnsi="Times New Roman" w:eastAsia="Times New Roman" w:cs="Times New Roman"/>
        </w:rPr>
        <w:t>Тэрээр мөн алдарт нутагт орж ирнэ, мөн олон улс орон сүйрэлд өртөнө; харин Эдом, Моаб, мөн Аммоны хөвгүүдийн тэргүүн хэсэг нь түүний гараас мултран аврагдана. Даниел 11:41.</w:t>
      </w:r>
    </w:p>
    <w:p>
      <w:pPr>
        <w:pStyle w:val="ArticleBody"/>
        <w:jc w:val="left"/>
      </w:pPr>
      <w:r>
        <w:rPr>
          <w:rFonts w:ascii="Times New Roman" w:hAnsi="Times New Roman" w:eastAsia="Times New Roman" w:cs="Times New Roman"/>
        </w:rPr>
        <w:t>Ардчилсан нам одоо өөрийнхөө гараар дотроосоо задран нуран унаж байна. Би улс төрд санаа тавьдаггүй; би зүгээр л өнөөгийн түүхийг эш үзүүллэгийн өгүүлэмжтэй нийцүүлэн харуулж байна. Ардчилсан нам дэлхий даяарх хил хязгаарыг нээхийн төлөө цуцалтгүй ажилласнаар урьд өмнө үзэгдээгүй, хяналтгүй хүний урсгалыг зөвшөөрсөн юм. Луунаас сэдэлжсэн даяаршигчид дэлхий даяар үерийн хаалгыг нээсэн билээ.</w:t>
      </w:r>
    </w:p>
    <w:p>
      <w:pPr>
        <w:pStyle w:val="ArticleScripture"/>
        <w:jc w:val="left"/>
      </w:pPr>
      <w:r>
        <w:rPr>
          <w:rFonts w:ascii="Times New Roman" w:hAnsi="Times New Roman" w:eastAsia="Times New Roman" w:cs="Times New Roman"/>
        </w:rPr>
        <w:t>Тэгээд могой эмэгтэйн араас өөрийн амнаас ус үер мэт урсган гаргаж, түүнийг үерт автуулан урсгахыг оролдов. Харин газар эмэгтэйд тусалж, газар амаа ангайн, луугийн өөрийн амнаас гаргасан үерийг залгив. Тэгээд луу эмэгтэйд хилэгнэж, Бурханы тушаалуудыг сахидаг бөгөөд Есүс Христийн гэрчлэлийг эзэмшдэг түүний үр удмын үлдэгдэлтэй дайтахаар одов. Илчлэлт 12:15–17.</w:t>
      </w:r>
    </w:p>
    <w:p>
      <w:pPr>
        <w:pStyle w:val="ArticleBody"/>
        <w:jc w:val="left"/>
      </w:pPr>
      <w:r>
        <w:rPr>
          <w:rFonts w:ascii="Times New Roman" w:hAnsi="Times New Roman" w:eastAsia="Times New Roman" w:cs="Times New Roman"/>
        </w:rPr>
        <w:t>“Үлдэгсэд” гэдэг нь нэг зуун дөчин дөрвөн мянгыг хэлдэг бөгөөд нэг зуун дөчин дөрвөн мянгын түүх нь 2001 оны 9 дүгээр сарын 11-нд эхэлсэн түүх мөн. Тэр цагаас хойш луугийн хүч “амнаасаа ус үер мэт асгаруулж” бүх чиглэлд цутгасаар ирсэн. Ус нь хүмүүсийг төлөөлдөг.</w:t>
      </w:r>
    </w:p>
    <w:p>
      <w:pPr>
        <w:pStyle w:val="ArticleScripture"/>
        <w:jc w:val="left"/>
      </w:pPr>
      <w:r>
        <w:rPr>
          <w:rFonts w:ascii="Times New Roman" w:hAnsi="Times New Roman" w:eastAsia="Times New Roman" w:cs="Times New Roman"/>
        </w:rPr>
        <w:t>Тэгээд тэр надад: Чиний харсан, янхан эм сууж буй тэр уснууд нь ард түмнүүд, үй олон хүмүүс, үндэстнүүд, хэлтнүүд мөн, гэж айлдав. Илчлэлт 17:15.</w:t>
      </w:r>
    </w:p>
    <w:p>
      <w:pPr>
        <w:pStyle w:val="ArticleBody"/>
        <w:jc w:val="left"/>
      </w:pPr>
      <w:r>
        <w:rPr>
          <w:rFonts w:ascii="Times New Roman" w:hAnsi="Times New Roman" w:eastAsia="Times New Roman" w:cs="Times New Roman"/>
        </w:rPr>
        <w:t>Нэг зуун дөчин дөрвөн мянгыг тамгалах цаг үед хууль бус цагаачлалын үерийн хаалгыг нээдэг нь луугийн хүчний газар дэлхий дэх төлөөлөгчид (глобалистууд) мөн. Дэлхий даяарх луугийн “үерүүд” нь удахгүй ирэх Ням гаргийн хуулийн үед Эзэн тугаа өргөх гэж байгааг илтгэнэ. Илчлэл арван хоёр дахь бүлэгт гардаг луугийн үерүүдийг Америкийн Нэгдсэн Улсын эхэн үед газрын араатан залгисан билээ. Харин эдүгээ луугийн үерүүд дахин эргэн ирсэн тул Ням гаргийн хуулийн ойртон ирж буй хямралын тухай анхааруулгыг өгч байна. Учир нь дайсан үер мэт түрэн орж ирэх үед Бурхан Өөрийн тугийг өргөдөг юм.</w:t>
      </w:r>
    </w:p>
    <w:p>
      <w:pPr>
        <w:pStyle w:val="ArticleScripture"/>
        <w:jc w:val="left"/>
      </w:pPr>
      <w:r>
        <w:rPr>
          <w:rFonts w:ascii="Times New Roman" w:hAnsi="Times New Roman" w:eastAsia="Times New Roman" w:cs="Times New Roman"/>
        </w:rPr>
        <w:t>ЭЗЭНий эсрэг тэрсэлж, худал ярьж, өөрсдийн Бурханаас зайлан одож, дарлал ба бослогыг ярьж, зүрхнээсээ худал хуурмагийн үгийг сэтгэж, өгүүлсэн билээ. Шүүлт хойш түлхэгдэж, зөвт байдал алсад зогсоно. Учир нь үнэн гудамжинд унасан бөгөөд шударга ёс орж чаддаггүй. Тийм ээ, үнэн үгүй болжээ; мөн муугаас зайлагч нь өөрийгөө олз болгодог. ЭЗЭН үүнийг харж, шүүлт үгүй байгаад таалсангүй. Тэр хүн үгүйг харж, зуучлагч үгүйд гайхав. Тиймийн тул Түүний мутар Өөрт нь авралыг авчирч, Түүний зөвт байдал Түүнийг түшиж тогтоов. Учир нь Тэр зөвт байдлыг хуяг мэт өмсөж, толгой дээрээ авралын дуулга тавьсан; Тэр өс хонзонгийн хувцсыг өмсгөл болгон өмсөж, хичээл зүтгэлээр нөмрөг мэт хучигдсан билээ. Тэдний үйлсийн дагуу, тийнхүү Тэр хариуг нь өгнө: Өөрийн дайснуудад хилэн, Өөрийн өстнүүдэд гэсгээл; арлуудад ч Тэр хариу төлөөсийг өгнө. Тийнхүү тэд баруунаас ЭЗЭНий нэрээс эмээж, нар мандахаас Түүний алдраас эмээнэ. Дайсан үер мэт довтлон ирэх үед ЭЗЭНий Сүнс түүний эсрэг туг өргөнө. Аврагч нь Сионд, мөн Иаков доторх гэм нүглээсээ эргэгчдэд ирнэ гэж ЭЗЭН айлдаж байна. “Харин Миний хувьд, энэ бол тэдэнтэй байгуулсан Миний гэрээ” гэж ЭЗЭН айлдаж байна. “Чам дээр буй Миний Сүнс, мөн чиний аманд Миний тавьсан Миний үгс энэ цагаас хойш мөн үүрд чиний амнаас, чиний үрийн амнаас, чиний үрийн үрийн амнаас салахгүй” гэж ЭЗЭН айлдаж байна. Исаиа 59:13–21.</w:t>
      </w:r>
    </w:p>
    <w:p>
      <w:pPr>
        <w:pStyle w:val="ArticleBody"/>
        <w:jc w:val="left"/>
      </w:pPr>
      <w:r>
        <w:rPr>
          <w:rFonts w:ascii="Times New Roman" w:hAnsi="Times New Roman" w:eastAsia="Times New Roman" w:cs="Times New Roman"/>
        </w:rPr>
        <w:t>Дайсан үер мэт довтлон ирэхэд өргөгддөг туг бол далбаа бөгөөд энэ нь мөн Бурханы Үг доторх жишиг мөн. Удахгүй ирэх Ням гаргийн хуулиас өмнөх үед хууль бус цагаачлалын үерүүд нь нигүүлслийн хугацаа хаагдах гэж буйгийн шинж юм. Исаиа жишиг өргөгдөхийн тухай өгүүлэхдээ тодорхойлсон нөхцөл байдал нь хууль бусын үеийг дүрсэлдэг. Учир нь тэрээр, “шударга шүүлт хойш түлхэгдэж, зөвт байдал алсад зогсоно. Үнэн гудамжинд унасан бөгөөд шулуун шударга байдал орж үл чадна. Тийм ээ, үнэн үгүй болжээ; мөн муугаас зайлагч нь өөрийгөө олз болгодог. ЭЗЭН үүнийг харж, шударга шүүлт үгүй байгаад тааламжгүйцэв. Тэр хүн байхгүйг харж, өмгөөлөн зуучлагч байхгүйд гайхав” хэмээн хэлдэг. Жорж Сорос зэрэг хүмүүсийн санхүүжүүлж, Ардчилсан намын улс төрчдийн үл хайхарсан анархи байдлыг Исаиагаас авсан энэ хэсэгтэй холбон Систер Уайт оновчтой дүрсэлсэн байдаг.</w:t>
      </w:r>
    </w:p>
    <w:p>
      <w:pPr>
        <w:pStyle w:val="ArticleScripture"/>
        <w:jc w:val="left"/>
      </w:pPr>
      <w:r>
        <w:rPr>
          <w:rFonts w:ascii="Times New Roman" w:hAnsi="Times New Roman" w:eastAsia="Times New Roman" w:cs="Times New Roman"/>
        </w:rPr>
        <w:t>“Шүүхүүд завхарчээ. Захирагчид ашиг хонжоо олох хүсэл болон махан биеийн таашаалыг хайрлах сэтгэлээр хөдөлгөгдөж байна. Хэтрүүлэл, биеэ барихгүй байдал олон хүний оюун ухааны чадамжийг бүдгэрүүлсэн тул Сатан тэднийг бараг бүрэн захирч байна. Хуульчид гажуудсан, хахуульд автсан, мэхлэгдсэн байна. Архидалт ба садар цэнгэл, хүсэл тачаал, атаархал, элдэв төрлийн шударга бус явдал нь хуулийг хэрэгжүүлэгчдийн дунд илэрч байна. ‘Шударга ёс холдож, үнэн гудамжинд унасан тул зөв шударга байдал орж чадсангүй.’ Исаиа 59:14.” Агуу тэмцэл, 586.</w:t>
      </w:r>
    </w:p>
    <w:p>
      <w:pPr>
        <w:pStyle w:val="ArticleBody"/>
        <w:jc w:val="left"/>
      </w:pPr>
      <w:r>
        <w:rPr>
          <w:rFonts w:ascii="Times New Roman" w:hAnsi="Times New Roman" w:eastAsia="Times New Roman" w:cs="Times New Roman"/>
        </w:rPr>
        <w:t>Хууль бус цагаачлал, Антифа (фашизмын эсрэгүүд) зэрэг анархист хөдөлгөөнүүд, мөн Шүүмжлэлт Арьсны Онол гэх мэт ийм завхарсан түүхэн өгүүлэмж дээр үндэслэсэн Black Lives Matter зэрэг хүчирхийллийн хөдөлгөөнүүдийг мөнгөнд дурлах сэдлээр хөдөлсөн луугийн улс төрийн захирагчид дэмжиж, хөхүүлэн дэлгэрүүлсэн бөгөөд завхарсан шүүхүүд ба хуульчид Илчлэлт номын арван нэгдүгээр бүлэгт хоёр гэрчийг алсан тэрхүү гудамжинд үнэнийг хаясан билээ. Тэр гудамж нь атейзмын (Египет) болон садар самууны (Содом) хотод байсан бөгөөд энэ нь луу болон түүний төлөөлөгчдийн хот мөн. Ардчилсан намын үр жимсээр илэрхийлэгдэх орчин эш үзүүллэгийн ёсоор үерээр төлөөлөгддөг бөгөөд Бурханы дайсан болох Сатан үерийнхээ хаалгуудыг нээх үед энэ нь Бурханы туг тэмдэг удахгүй өргөгдөхийн нотолгоо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“Дэлхий дээрх байдал нь гай зовлонт цаг үе яг бидний өмнө тулж ирснийг харуулж байна. Өдөр тутмын сонинууд ойрын ирээдүйд болох аймшигт мөргөлдөөний шинж тэмдгээр дүүрэн байна. Ил тод дээрэм тонуул байн байн гарч байна. Ажил хаялт түгээмэл болжээ. Хулгай, аллага хаа сайгүй үйлдэгдэж байна. Чөтгөрүүдэд эзэмдүүлсэн хүмүүс эрэгтэйчүүд, эмэгтэйчүүд, бяцхан хүүхдүүдийн амийг хөнөөж байна. Хүмүүс бузар явдалд автан сохорч, элдэв төрлийн ёр муу ноёрхож байна. Дайсан шударга ёсыг гуйвуулж, хүмүүсийн зүрх сэтгэлийг хувиа хичээсэн ашиг хонжоо эрмэлзэх хүслээр дүүргэхдээ амжилт олжээ. ‘Шударга ёс хол зогсож байна; учир нь үнэн гудамжинд унасан бөгөөд тэгш ёс орж чадахгүй байна.’ Исаиа 59:14. Их хотуудад хоол хүнс, орон байр, хувцас хунарт бараг үгүй, ядуу зүдүү, зовлон шаналалтай амьдарч буй үй олон хүн байхад, мөн тэдгээр хотуудад сэтгэл хүсэхээс ч илүүг эзэмшсэн, тансаглан амьдарч, мөнгөө тансаг чимэглэсэн байшин саванд, биеэ гоёх чимэглэлд, эсвэл бүр ч дор — мэдрэхүйн тачаалын хүслийг хангахад, архи, тамхи болон тархины хүчийг сүйтгэж, оюун ухааны тэнцвэрийг алдагдуулж, сүнсийг гутаан дордуулдаг бусад зүйлд үрэн таран хийдэг хүмүүс байна. Өлсгөлөнд нэрвэгдсэн хүн төрөлхтний хашхираан Бурханы өмнө хүрч байхад, хүмүүс дарлал мөлжлөг, шамшигдууллын элдэв аргаар асар их хөрөнгө хурааж байна.”</w:t>
      </w:r>
    </w:p>
    <w:p>
      <w:pPr>
        <w:pStyle w:val="ArticleScripture"/>
        <w:jc w:val="left"/>
      </w:pPr>
      <w:r>
        <w:rPr>
          <w:rFonts w:ascii="Times New Roman" w:hAnsi="Times New Roman" w:eastAsia="Times New Roman" w:cs="Times New Roman"/>
        </w:rPr>
        <w:t>“Шөнийн цагт тэнгэр өөд давхар давхраар сүндэрлэн босож буй барилгуудыг үзэхээр намайг дуудсан билээ. Эдгээр барилгуудыг галд тэсвэртэй хэмээн батлан өгч байсан бөгөөд тэдгээрийг эзэд, барилгачдаа алдаршуулахын тулд босгож байв. Тэр барилгууд улам өндөр, бүр өндөр болсоор, тэдгээрт хамгийн өндөр өртөгтэй материалыг хэрэглэж байлаа. Эдгээр барилгуудын эзэд өөрсдөөсөө: ‘Бид Бурханыг хэрхэн хамгийн сайн алдаршуулах вэ?’ гэж асууж байсангүй. Эзэн тэдний бодолд байсангүй.”</w:t>
      </w:r>
    </w:p>
    <w:p>
      <w:pPr>
        <w:pStyle w:val="ArticleScripture"/>
        <w:jc w:val="left"/>
      </w:pPr>
      <w:r>
        <w:rPr>
          <w:rFonts w:ascii="Times New Roman" w:hAnsi="Times New Roman" w:eastAsia="Times New Roman" w:cs="Times New Roman"/>
        </w:rPr>
        <w:t>“Эдгээр сүрлэг өндөр барилгууд сүндэрлэн босох үед, эзэд нь өөрсдийгөө таашаан хангах, хөршүүдийнхээ атаархлыг төрүүлэхэд мөнгөө ашиглаж чаддагаараа ихэмсэг бардамналтайгаар баярлан хөөрч байв. Тийнхүү тэдний зарцуулсан мөнгөний ихэнх нь ядуусыг мөлжин дарлах, хүчээр шахан авах замаар олдсон байлаа. Тэд тэнгэрт бизнесийн гүйлгээ бүрийн данс хөтлөгдөн байдаг; шударга бус наймаа бүр, луйврын үйлдэл бүр тэнд тэмдэглэгдэн үлддэгийг мартжээ. Хүний заль мэх, дээрэнгүй бардамнал нь Эзэний зөвшөөрөхийн аргагүй хилд хүрэх цаг ирж байна, тэгээд тэд Иеховагийн тэвчээрт ч бас хязгаар бий гэдгийг мэдэх болно.</w:t>
      </w:r>
    </w:p>
    <w:p>
      <w:pPr>
        <w:pStyle w:val="ArticleScripture"/>
        <w:jc w:val="left"/>
      </w:pPr>
      <w:r>
        <w:rPr>
          <w:rFonts w:ascii="Times New Roman" w:hAnsi="Times New Roman" w:eastAsia="Times New Roman" w:cs="Times New Roman"/>
        </w:rPr>
        <w:t>“Дараа нь миний өмнө өнгөрсөн үзэгдэл бол түймрийн түгшүүр байлаа. Хүмүүс өндөр, галд тэсвэртэй хэмээн тооцогдож байсан барилгуудыг хараад: ‘Тэд бүрэн аюулгүй’ гэв. Гэвч эдгээр барилгууд давирхайгаар хийсэн мэт шатаж дуусав. Галын машинууд сүйрлийг тогтоон барихын тулд юу ч хийж чадсангүй. Гал сөнөөгчид машинуудаа ажиллуулж чадсангүй.”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Гуравдугаар Хэсэг</dc:title>
  <dc:subject>Зөгнөлийн хэв загварыг илчлэх нь: Сүүлчийн Ерөнхийлөгч ба Араатны дүрс</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