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дөрөв дэх нь</w:t>
      </w:r>
    </w:p>
    <w:p>
      <w:pPr>
        <w:pStyle w:val="ArticleSubtitle"/>
        <w:jc w:val="left"/>
      </w:pPr>
      <w:r>
        <w:rPr>
          <w:rFonts w:ascii="Arial" w:hAnsi="Arial" w:eastAsia="Arial" w:cs="Arial"/>
        </w:rPr>
        <w:t>АНУ дахь Ардчилсан намын нуран уналтын эш үзүүллэгийн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Америкийн Нэгдсэн Улсын Ардчилсан намын задрал нь Библийн эш үзүүллийн тодорхой нэг сэдэв мөн. Энэ нь Америкийн Нэгдсэн Улсын найм дахь бөгөөд эцсийн ерөнхийлөгчтэй холбогдсон эш үзүүллэгийн шинжүүдийн нэг юм. Энэ нь долоон дотроос гарсан найм дахь ерөнхийлөгчийг араатны дүрсний тэргүүн болгох эш үзүүллэгийн үйл явцтай холбоотой. Дэлхий дэх араатны дүрс нь хоёр талт атлаа гурван талт юм. Энэ нь Сүм ба Төрийн нэгдлийг илэрхийлдэг утгаараа хоёр талт боловч, арван хаадаас (төрийн засаглал) бүрдэж, тэр нь тэргүүн хаанаар (сүмийн засаглал) удирдуулагддаг учраас гурван талт юм. Тэрхүү араатныг нэгэн тэргүүн унан захирч байдаг бөгөөд тэр нь долоон дотроос гарсан найм дахь тэргүүн мөн.</w:t>
      </w:r>
    </w:p>
    <w:p>
      <w:pPr>
        <w:pStyle w:val="ArticleBody"/>
        <w:jc w:val="left"/>
      </w:pPr>
      <w:r>
        <w:rPr>
          <w:rFonts w:ascii="Times New Roman" w:hAnsi="Times New Roman" w:eastAsia="Times New Roman" w:cs="Times New Roman"/>
        </w:rPr>
        <w:t>АНУ дахь араатны дүр хоёр талт атлаа гурван талт юм. Энэ нь сүм ба төрийн нэгдлийг төлөөлдөг учраас хоёр талт боловч, урвасан Бүгд Найрамдах эвэр (төрийн эрхийн явуулга)-ээр бүрэлдэж, тэр нь урвасан Протестант эвэр (сүмийн эрхийн явуулга)-аар удирдуулагддаг тул гурван талт юм. Тэрхүү араатан дээр нэгэн толгой, өөрөөр хэлбэл долоон толгойн дотроос гарсан найм дахь толгой мордож, түүнийг ноёрхон захирдаг.</w:t>
      </w:r>
    </w:p>
    <w:p>
      <w:pPr>
        <w:pStyle w:val="ArticleBody"/>
        <w:jc w:val="left"/>
      </w:pPr>
      <w:r>
        <w:rPr>
          <w:rFonts w:ascii="Times New Roman" w:hAnsi="Times New Roman" w:eastAsia="Times New Roman" w:cs="Times New Roman"/>
        </w:rPr>
        <w:t>Аль ч тохиолдолд тэрхүү толгой нь бүрэн төлөвшсөн дарангуйлагч мөн. Түүний дарангуйлал тодорхойгоор дүрслэгддэг орчин нь газрын араатан луу мэт ярьдаг түүхийн шугам мөн; учир нь “ярих” нь газрын араатны үндсэн шинж билээ. Тэрээр 1776, 1789, 1798, 1863, 2001, 2021 онуудад ярьсан бөгөөд тун удахгүй гарах Ням гаргийн хуулиар дүр нь бүрэн бүрэлдэх үед дахин ярих гэж байна.</w:t>
      </w:r>
    </w:p>
    <w:p>
      <w:pPr>
        <w:pStyle w:val="ArticleBody"/>
        <w:jc w:val="left"/>
      </w:pPr>
      <w:r>
        <w:rPr>
          <w:rFonts w:ascii="Times New Roman" w:hAnsi="Times New Roman" w:eastAsia="Times New Roman" w:cs="Times New Roman"/>
        </w:rPr>
        <w:t>Паулын өдрүүдэд, папын эрх мэдэл байсан хууль бусын нууц аль хэдийн үйлчилж байсан боловч харь Ромын луу түүнийг тогтоон барьж байв. 1798, 1799 онуудад луу нүглийн хүнийг эрх мэдлээс зайлуулсан боловч 1989 онд Ромын пап Зөвлөлт Холбоот Улсын лууг ялсан юм. Эцсээ хүртэлх бүх эш үзүүллэгийн түүх папын засгийг луутай дайсагналцсан байдалтайгаар дүрслэн харуулдаг. Эцсийн өдрүүдэд луу, араатан, хуурамч эш үзүүлэгчийн гурвалсан нэгдлийн хорон холбооны тэргүүнээр өргөмжлөгдөх ёстой дарангуйлагч нь Ромын пап мөн. Систер Уайт “нэгэн тэргүүний дор, папын эрх мэдэл” хэмээн хэлсэн бөгөөд мөн Дуулалч арван хаад долоон толгойн нэг болох найм дахь толгойг өргөн гаргаж байгааг тодорхойлсон байдаг.</w:t>
      </w:r>
    </w:p>
    <w:p>
      <w:pPr>
        <w:pStyle w:val="ArticleScripture"/>
        <w:jc w:val="left"/>
      </w:pPr>
      <w:r>
        <w:rPr>
          <w:rFonts w:ascii="Times New Roman" w:hAnsi="Times New Roman" w:eastAsia="Times New Roman" w:cs="Times New Roman"/>
        </w:rPr>
        <w:t>Учир нь, болгоогтун, Таны дайснууд шуугиан дэгдээж байна; Таныг үзэн ядагчид толгойгоо өргөв. Тэд Таны ард түмний эсрэг зальт зөвлөгөө гаргаж, Таны нуугдагсдын эсрэг хуйвалдав. Тэд: Ирэгтүн, тэднийг үндэстэн байхаас нь таслан үгүй болгоё; Израилийн нэр дахин санагдахгүй болтугай, гэж хэлэв. Дуулал 83:2–4.</w:t>
      </w:r>
    </w:p>
    <w:p>
      <w:pPr>
        <w:pStyle w:val="ArticleBody"/>
        <w:jc w:val="left"/>
      </w:pPr>
      <w:r>
        <w:rPr>
          <w:rFonts w:ascii="Times New Roman" w:hAnsi="Times New Roman" w:eastAsia="Times New Roman" w:cs="Times New Roman"/>
        </w:rPr>
        <w:t>АНУ араатны дүрийг байгуулах үед тэр нь мөн чанарын хувьд гурвалсан бөгөөд түүнчлэн хоёрдмол байх болно. Энэ нь сүмийн ноёрхол ба төрийн ноёрхлын хоёрдмол нэгдэл байх боловч тэрхүү улс төрийн тогтолцоог нэгэн тэргүүн захирах болно. Найм дахь ерөнхийлөгч араатны дүр дээр ноёрхон, түүнийг унах болно. Өмнөх долоон ерөнхийлөгчийн дотроос гарсан тэрхүү найм дахь ерөнхийлөгч нь Библийн эш үзүүллэг дэх “зургаа дахь” хаант улсын сүүлчийн ерөнхийлөгч бөгөөд тэрээр “зургаа дахь” ерөнхийлөгч байхдаа үхлийн шархаа авсан юм.</w:t>
      </w:r>
    </w:p>
    <w:p>
      <w:pPr>
        <w:pStyle w:val="ArticleBody"/>
        <w:jc w:val="left"/>
      </w:pPr>
      <w:r>
        <w:rPr>
          <w:rFonts w:ascii="Times New Roman" w:hAnsi="Times New Roman" w:eastAsia="Times New Roman" w:cs="Times New Roman"/>
        </w:rPr>
        <w:t>Зөгнөлийн хүн болох нүглийн хүн өөрийн бүх түүхийн турш лууны эсрэг дайтаж ирсэн. Дональд Трамп бол дэлхийнчлалын лууг хөдөлгөөнд оруулсан баян хаан мөн бөгөөд тэрээр 2015 оны 6 дугаар сарын 16-нд Нью-Йорк хот дахь Трамп тауэрт ерөнхийлөгчид нэр дэвших санаархлаа анх зарласнаасаа хойш лууны хүчнүүдийн эсрэг улс төрийн, нийгмийн, мөн гүн ухааны дайнд байсаар ирсэн. Энэ нь 2001 оны 9 дүгээр сарын 11-нд Ихэр цамхгууд нурсан яг тэр хот бөгөөд Ихэр цамхгуудын оронд баригдсан Эрх чөлөөний цамхаг 2014 оны 11 дүгээр сарын 3-нд ёслол төгөлдөр нээгдсэн хот юм.</w:t>
      </w:r>
    </w:p>
    <w:p>
      <w:pPr>
        <w:pStyle w:val="ArticleBody"/>
        <w:jc w:val="left"/>
      </w:pPr>
      <w:r>
        <w:rPr>
          <w:rFonts w:ascii="Times New Roman" w:hAnsi="Times New Roman" w:eastAsia="Times New Roman" w:cs="Times New Roman"/>
        </w:rPr>
        <w:t>Удалгүй ирэх ням гаргийн хуулийн үед Христ ба нэг зуун дөчин дөрвөн мянгын хоорондын гэрлэлт бүрэн төгс бологдох бөгөөд Ромын янхан ба газрын хаадын хоорондох завхайрал хуурамч гэрлэлтээр мөн төгсгөлдөө хүрнэ. Тэрхүү ням гаргийн хуулийн үед Еденийн цэцэрлэгээс эхтэй ихэр хоёр тогтоол хоёулаа өргөмжлөгдөхийн зэрэгцээ хуурамчаар нэгэн зэрэг довтлогдоно. Тэр ихэр хоёр тогтоол нь гэрлэлт ба долоо дахь өдрийн Амралтын өдөр мөн.</w:t>
      </w:r>
    </w:p>
    <w:p>
      <w:pPr>
        <w:pStyle w:val="ArticleScripture"/>
        <w:jc w:val="left"/>
      </w:pPr>
      <w:r>
        <w:rPr>
          <w:rFonts w:ascii="Times New Roman" w:hAnsi="Times New Roman" w:eastAsia="Times New Roman" w:cs="Times New Roman"/>
        </w:rPr>
        <w:t>“Дараа нь фарисайчууд Түүнээс гэр бүл цуцлалтыг хууль ёсны эсэх талаар асуухад, Есүс сонсогчдынхоо анхаарлыг бүтээлийн үед тогтоогдсон гэрлэлтийн байгуулал руу буцаан хандуулав. Тэрээр, ‘Та нарын зүрхний хатуугийн учир’ Мосе ‘та нарт эхнэрүүдээ явуулахыг зөвшөөрсөн; харин анхнаасаа тийм байгаагүй’ гэж айлдав. Матай 19:8. Тэр тэднийг Бурхан бүх зүйлийг ‘нэн сайн’ хэмээн тунхагласан Едений ерөөлтэй өдрүүд рүү чиглүүлэв. Тэр үед гэрлэлт ба Амралтын өдөр хоёулаа үүсэлтэй болсон бөгөөд тэдгээр нь Бурханы алдар суугийн төлөө, хүн төрөлхтний сайн сайхны төлөөх ихэр байгууллууд байв. Тэгэхэд Бүтээгч ариун хосын гарыг гэрлэлтийн холбоонд нэгтгэж, ‘Эр хүн эцэг эхээ орхиж, эхнэртэйгээ нийлж, хоёул нэг бие болно’ (Эхлэл 2:24) хэмээн айлдахдаа, Тэр цаг хугацааны төгсгөл хүртэлх Адамын бүх үр хүүхдэд зориулсан гэрлэлтийн хуулийг тунхагласан юм. Мөнхийн Эцэг Өөрөө сайн хэмээн тунхагласан тэр зүйл нь хүний хувьд хамгийн дээд ерөөл болон хөгжлийн хууль байлаа.” Thoughts From the Mount of Blessings, 63.</w:t>
      </w:r>
    </w:p>
    <w:p>
      <w:pPr>
        <w:pStyle w:val="ArticleBody"/>
        <w:jc w:val="left"/>
      </w:pPr>
      <w:r>
        <w:rPr>
          <w:rFonts w:ascii="Times New Roman" w:hAnsi="Times New Roman" w:eastAsia="Times New Roman" w:cs="Times New Roman"/>
        </w:rPr>
        <w:t>Ням гарагийн хуулийн үед урвагч протестантизм, спиритизм болон католицизм гар нийлэн нэгдэх тэрхүү гурвалсан холбоо нь “Бүтээгч ариун хосын гарыг гэрлэлтийн холбоонд нийлүүлсэн” Еден дэх гэрлэлттэй хуурамч дуурайл мөн. Ням гарагийн хуулийн үед Гэрлэлт ба Амралтын өдөр хэмээх ихэр хоёр тогтолцоо өргөмжлөгдөхийн зэрэгцээ нэгэн зэрэг бузарлагдана. Лацдах түүх Ихэр цамхгууд нуран унаснаар эхэлсэн бөгөөд тэр түүх Гэрлэлт ба Амралтын өдөр хэмээх ихэр хоёр тогтолцоо өргөмжлөгдөх үед төгсөнө. Тэрхүү түүхийн дунд Эрх чөлөөний цамхаг 2014 онд нээлтээ хийж, Трампын глобализмыг өдөөн хөдөлгөх ажиллагаа 2015 онд Трамп цамхаг дээрээс эхэлсэн.</w:t>
      </w:r>
    </w:p>
    <w:p>
      <w:pPr>
        <w:pStyle w:val="ArticleBody"/>
        <w:jc w:val="left"/>
      </w:pPr>
      <w:r>
        <w:rPr>
          <w:rFonts w:ascii="Times New Roman" w:hAnsi="Times New Roman" w:eastAsia="Times New Roman" w:cs="Times New Roman"/>
        </w:rPr>
        <w:t>Ихэр цамхгууд нь даяарчлагчдын мөнгөнд хайртай сэтгэлийг зэмлэсэн шийтгэлээр нураагдсан бөгөөд Эрх чөлөөний цамхаг нь тэнгэрийн Бурханы эсрэг Нимродын бослого болон Түүний үерээр авчирсан шүүлтийн дүрслэл мөн; үүнчлэн Эрх чөлөөний цамхаг нь 2001 оны есдүгээр сарын 11-ний Бурханы шүүлтийн эсрэг чиглэсэн бэлгэдэл юм.</w:t>
      </w:r>
    </w:p>
    <w:p>
      <w:pPr>
        <w:pStyle w:val="ArticleScripture"/>
        <w:jc w:val="left"/>
      </w:pPr>
      <w:r>
        <w:rPr>
          <w:rFonts w:ascii="Times New Roman" w:hAnsi="Times New Roman" w:eastAsia="Times New Roman" w:cs="Times New Roman"/>
        </w:rPr>
        <w:t>“Нэгэн удаа Нью-Йорк хотод байхдаа, шөнийн цагт тэнгэр өөд давхарлан өсөн сүндэрлэж буй барилгуудыг үзэхээр дуудагдав. Эдгээр барилгыг галд шатахгүй хэмээн баталгаажуулсан байв, мөн тэдгээрийг эзэд болон барьсан хүмүүсийнхээ алдарыг өргөмжлөхийн тулд босгожээ. Эдгээр барилгууд улам өндөр, улам өндөр болсоор сүндэрлэн босож байсан бөгөөд тэдгээрт хамгийн өндөр үнэтэй материалыг ашигласан байв. Эдгээр барилгуудын эзэд өөрсдөөсөө: ‘Бид Бурханыг хэрхэн хамгийн сайн алдаршуулах вэ?’ гэж асууж байсангүй. Эзэн тэдний бодолд байсангүй.”</w:t>
      </w:r>
    </w:p>
    <w:p>
      <w:pPr>
        <w:pStyle w:val="ArticleScripture"/>
        <w:jc w:val="left"/>
      </w:pPr>
      <w:r>
        <w:rPr>
          <w:rFonts w:ascii="Times New Roman" w:hAnsi="Times New Roman" w:eastAsia="Times New Roman" w:cs="Times New Roman"/>
        </w:rPr>
        <w:t>“Би ийн бодлоо: ‘Өөрсдийн хөрөнгө чинээг ийм байдлаар зарцуулж буй хүмүүс өөрсдийн зам мөрийг Бурхан хэрхэн хардаг шиг харж чаддаг болоосой! Тэд сүр жавхлант барилгуудыг босгон байгуулж байна; гэвч орчлон ертөнцийн Захирагчийн мэлмийд тэдний төлөвлөж, сэдэн боловсруулж буй бүхэн хичнээн мунхаг хэрэг вэ. Тэд Бурханыг хэрхэн алдаршуулахыг зүрх сэтгэл, оюун ухааныхаа бүхий л хүчээр судлан эрэлхийлж байгаа бус. Тэд хүний хамгийн анхны үүрэг болох энэ зүйлийг хараанаасаа алдсан байна.’</w:t>
      </w:r>
    </w:p>
    <w:p>
      <w:pPr>
        <w:pStyle w:val="ArticleScripture"/>
        <w:jc w:val="left"/>
      </w:pPr>
      <w:r>
        <w:rPr>
          <w:rFonts w:ascii="Times New Roman" w:hAnsi="Times New Roman" w:eastAsia="Times New Roman" w:cs="Times New Roman"/>
        </w:rPr>
        <w:t>“Эдгээр сүрлэг өндөр барилгууд сүндэрлэн босохын хэрээр, эзэд нь өөрсдийгөө эрхлүүлэн хангаж, хөршүүдийнхээ атаархлыг өдөөхөд хэрэглэх мөнгөтэйдээ ихэрхүү бардамналаар баярлаж байв. Тэдний ийнхүү зарцуулан оруулсан мөнгөний үлэмжхэн хэсгийг шахалт мөлжлөгөөр, ядуусыг дарлан зовоох замаар олсон байлаа. Тэд тэнгэрт бизнесийн гүйлгээ бүрийн тооцоо хөтлөгдөж байдаг; шударга бус наймаа бүр, луйврын үйлдэл бүр тэнд тэмдэглэгдэн үлддэгийг мартжээ. Өөрсдийн луйвар, дээрэнгүй омогт хүмүүс Эзэний тэвчихгүй нэгэн хязгаарт хүрэх цаг ирж байна, тэгээд тэд Еховагийн хүлцэн тэвчихүйд хязгаар байдгийг мэдэх болно.” Testimonies, volume 9, 12.</w:t>
      </w:r>
    </w:p>
    <w:p>
      <w:pPr>
        <w:pStyle w:val="ArticleBody"/>
        <w:jc w:val="left"/>
      </w:pPr>
      <w:r>
        <w:rPr>
          <w:rFonts w:ascii="Times New Roman" w:hAnsi="Times New Roman" w:eastAsia="Times New Roman" w:cs="Times New Roman"/>
        </w:rPr>
        <w:t>Нимродын цамхагаар дүрслэгдсэн тэрсэлдэл нь Бурханы Саяхны Үерийн шүүлтийн эсрэг байсан бөгөөд энэ нь Бурханы саяхны шүүлтийн эсрэг дэлхийгч банкчдын тэрсэлдлийг төлөөлөн бэлгэдсэн юм. Дэлхийгчдийн толь бичигт тодорхойлдгоор эрх чөлөө нь Библийн эрх чөлөөнд бүрэн харш юм. Луугийн толь бичиг дэх эрх чөлөө гэдэг нь Францын хувьсгалын ёс суртахууны завхралаар бэлгэдэгдсэн задгайрал мөн.</w:t>
      </w:r>
    </w:p>
    <w:p>
      <w:pPr>
        <w:pStyle w:val="ArticleScripture"/>
        <w:jc w:val="left"/>
      </w:pPr>
      <w:r>
        <w:rPr>
          <w:rFonts w:ascii="Times New Roman" w:hAnsi="Times New Roman" w:eastAsia="Times New Roman" w:cs="Times New Roman"/>
        </w:rPr>
        <w:t>Гэрчүүд алагдаж, тэдний цогцос хэвтэх «их хот» нь «сүнслэг утгаараа» Египет юм. Библийн түүхэнд дүрслэгдсэн бүх үндэстнүүдээс Египет амьд Бурханы оршин буйг хамгийн зоримгоор үгүйсгэж, Түүний тушаалуудыг эсэргүүцсэн билээ. Тэнгэрийн эрх мэдлийн эсрэг Египетийн хаан шиг тийм ил тод, тийм дээрэнгүй бослого гаргахаар зүрхэлсэн өөр ямар ч хаан байгаагүй. ЭЗЭНий нэрээр Мосегоор дамжуулан түүнд мэдээг хүргэхэд, Фараон бардамнан ийн хариулсан нь: «Израилийг явуулахын тулд би Түүний дуу хоолойг дагах ёстой гэж, Ехова гэж хэн юм бэ? Би Еховаг мэдэхгүй, түүнээс гадна Израилийг ч явуулахгүй.» Египетээс гарсан нь 5:2, A.R.V. Энэ бол атеизм мөн бөгөөд Египетээр төлөөлөгдсөн үндэстэн амьд Бурханы шаардлагыг үүнтэй адил үгүйсгэсэн дуу хоолой гаргаж, үл итгэхүй ба тэрслүүцлийн ижил сэтгэлийг илэрхийлэх байв. «Их хот»-ыг мөн «сүнслэг утгаар» Содомтой зүйрлэсэн байдаг. Бурханы хуулийг зөрчсөн Содомын завхрал нь ялангуяа садар самуунд илэрхий болсон юм. Энэ нүгэл нь мөн энэ эшлэлийн тодорхойлолтыг биелүүлэх ёстой үндэстний нэгэн онцгой гол шинж байх байв.</w:t>
      </w:r>
    </w:p>
    <w:p>
      <w:pPr>
        <w:pStyle w:val="ArticleScripture"/>
        <w:jc w:val="left"/>
      </w:pPr>
      <w:r>
        <w:rPr>
          <w:rFonts w:ascii="Times New Roman" w:hAnsi="Times New Roman" w:eastAsia="Times New Roman" w:cs="Times New Roman"/>
        </w:rPr>
        <w:t>Тэгвэл эш үзүүлэгчийн үгсийн дагуу, 1798 оноос үл ялиг өмнөхөн сатанлаг гарал үүсэл, шинж чанартай нэгэн хүч Библийн эсрэг дайн хийхээр босч ирэх байв. Мөн Бурханы хоёр гэрчийн гэрчлэл ийнхүү дуугүй болгох тэр газарт Фараоны бурхангүй үзэл болон Содомын садар самуун явдал илэрхий болох байв.</w:t>
      </w:r>
    </w:p>
    <w:p>
      <w:pPr>
        <w:pStyle w:val="ArticleScripture"/>
        <w:jc w:val="left"/>
      </w:pPr>
      <w:r>
        <w:rPr>
          <w:rFonts w:ascii="Times New Roman" w:hAnsi="Times New Roman" w:eastAsia="Times New Roman" w:cs="Times New Roman"/>
        </w:rPr>
        <w:t>“Энэхүү эш үзүүллэг Францын түүхэнд хамгийн нарийн бөгөөд гайхамшигтайгаар биеллээ олсон билээ. Хувьсгалын үеэр, 1793 онд, ‘дэлхий анх удаа соёл иргэншлийн дунд төрж өссөн, Европын хамгийн шилдэг үндэстнүүдийн нэгийг захирах эрхийг өөртөө олгосон хүмүүсийн нэгэн чуулган, хүний сүнс хүлээн авдаг хамгийн ариун нандин үнэнийг үгүйсгэхээр нэгдмэл дуу хоолойгоо өргөж, Бурханлаг Нэгэний талаарх итгэл ба мөргөлийг санал нэгтэйгээр няцааж байгааг сонссон юм.’—Сэр Уолтер Скотт, Life of Napoleon, vol. 1, ch. 17....</w:t>
      </w:r>
    </w:p>
    <w:p>
      <w:pPr>
        <w:pStyle w:val="ArticleScripture"/>
        <w:jc w:val="left"/>
      </w:pPr>
      <w:r>
        <w:rPr>
          <w:rFonts w:ascii="Times New Roman" w:hAnsi="Times New Roman" w:eastAsia="Times New Roman" w:cs="Times New Roman"/>
        </w:rPr>
        <w:t>“Франц мөн онцгойлон Содомыг ялган тодорхойлж байсан шинжүүдийг илэрхийлсэн билээ. Хувьсгалын үед талын хотуудын дээр сүйрлийг авчирсан тэрхүү байдлын адил ёс суртахууны доройтол, завхралын байдал ил тод харагдсан. Мөн түүхч эш үзүүллэгт өгөгдсөний дагуу Францын шашингүй үзэл ба садар самууныг хамтатган өгүүлдэг: ‘Шашинд хамаарах эдгээр хуулиудтай нягт холбоотойгоор, хүний байгуулж чадах хамгийн ариун холбоо бөгөөд түүний тогтвортой байдал нь нийгмийн нэгдлийг бэхжүүлэхэд хамгийн хүчтэйгээр хүргэдэг гэрлэлтийн холбоог түр зуурын шинжтэй, ердөө иргэний гэрээний байдалд бууруулсан хэрэг байв; тийм гэрээнд ямар ч хоёр хүн орж, хүссэн үедээ цуцалж болох байлаа…. Хэрэв чөтгөрүүд гэр бүлийн амьдрал дахь хүндэтгэлтэй, эрхэмсэг, эсвэл тогтвортой бүхнийг хамгийн үр нөлөөтэйгээр устгах арга замыг олохоор чармайсан бөгөөд үүний зэрэгцээ өөрсдийн бий болгохоор зорьсон гай гамшиг нь нэг үеэс нөгөөд мөнхөрч үргэлжлэх баталгааг олж авахыг хүссэн бол тэд гэрлэлтийг гутаан доромжлохоос илүү үр нөлөөтэй төлөвлөгөө сэдэж чадахгүй байх байсан…. Хэлсэн үгсийнхээ цэцэн цэлмэгээр алдаршсан жүжигчин Софи Арно Бүгд найрамдах гэрлэлтийг “завхайрлын ариун ёслол” хэмээн тодорхойлсон юм.’”—Scott, vol. 1, ch. 17.” Агуу тэмцэл, 269, 270.</w:t>
      </w:r>
    </w:p>
    <w:p>
      <w:pPr>
        <w:pStyle w:val="ArticleBody"/>
        <w:jc w:val="left"/>
      </w:pPr>
      <w:r>
        <w:rPr>
          <w:rFonts w:ascii="Times New Roman" w:hAnsi="Times New Roman" w:eastAsia="Times New Roman" w:cs="Times New Roman"/>
        </w:rPr>
        <w:t>2014 онд зориулан нээсэн Нью-Йорк хотын Эрх чөлөөний цамхаг нь зөвхөн Нимродын цамхгийн тэрслүү байдлыг төлөөлөөд зогсохгүй, мөн Бурханы хуулийн эсрэг тэрслэлийг илэрхийлдэг садар самуунд дураар авирлах LGBTQ+ хөдөлгөөнийг дэмжин сурталчлах явдлаар илэрхийлэгддэг глобалистуудын “эрх чөлөө”-ний тодорхойлолтын бэлгэдэл мөн юм. Жинхэнэ эрх чөлөө нь тэрхүү цамхгийн төлөөлж буй зүйлийн яг эсрэг байдаг. Гэвч лууг дагагчдын хэрэглэдэг мэхлэлтийн сонгодог арга нь буруу дүгнэлт гаргуулахын тулд үг хэллэгийг дахин тодорхойлох явдал юм. Луу бол сонгодог өмгөөлөгч мөн бөгөөд хэл найруулгыг гуйвуулан бузар үр дагавар гаргадаг үгийн дархан билээ. Харин “эрх чөлөө” хэмээх үгийн жинхэнэ утга нь Антифагийн эмх замбараагүй байдлаар төлөөлөгддөг эрх чөлөө ч биш, Франц дахь хувьсгалаар бэлгэдэгдсэн садар самуун дураараа авирлал ч биш юм.</w:t>
      </w:r>
    </w:p>
    <w:p>
      <w:pPr>
        <w:pStyle w:val="ArticleScripture"/>
        <w:jc w:val="left"/>
      </w:pPr>
      <w:r>
        <w:rPr>
          <w:rFonts w:ascii="Times New Roman" w:hAnsi="Times New Roman" w:eastAsia="Times New Roman" w:cs="Times New Roman"/>
        </w:rPr>
        <w:t>“Өөрийгөө Бурханд өгөхөөс татгалздаг сүнс бүхэн өөр нэгэн хүчний захиргаанд байдаг. Тэр өөрийнхөө эзэн биш. Тэр эрх чөлөөний тухай ярьж болох ч, үнэндээ тэр хамгийн дорд боолчлолд байна. Түүний оюун ухаан Сатаны захиргаанд байдаг тул түүнд үнэний гоо сайхныг харах боломж олгогддоггүй. Өөрийгөө өөрийн шүүлтийн зааврыг дагаж байна хэмээн тэрээр хуурмаглан бодож байх зуур, тэр харанхуйн ноёны хүслийг даган биелүүлж байдаг. Христ сүнсийг нүглийн боолчлолын хүлээснээс чөлөөлөхөөр ирсэн. ‘Иймээс Хүү та нарыг чөлөөлбөл, та нар үнэхээр чөлөөтэй болно.’ ‘Христ Есүс доторх амийн Сүнсний хууль’ биднийг ‘нүгэл ба үхлийн хуулиас чөлөөлсөн.’ Ром 8:2.”</w:t>
      </w:r>
    </w:p>
    <w:p>
      <w:pPr>
        <w:pStyle w:val="ArticleScripture"/>
        <w:jc w:val="left"/>
      </w:pPr>
      <w:r>
        <w:rPr>
          <w:rFonts w:ascii="Times New Roman" w:hAnsi="Times New Roman" w:eastAsia="Times New Roman" w:cs="Times New Roman"/>
        </w:rPr>
        <w:t>“Авралын ажилд албадлага гэж үгүй. Гаднаас үзүүлэх ямар ч хүч хэрэглэгддэггүй. Бурханы Сүнсний нөлөөн дор хүн хэнд үйлчлэхээ өөрөө чөлөөтэй сонгохоор орхигддог. Сүнс Христэд бууж өгөхөд явагддаг тэр өөрчлөлтөнд эрх чөлөөний хамгийн дээд утга оршдог. Нүглийг хөөн зайлуулах нь сүнсний өөрийнх нь үйлдэл мөн. Үнэн хэрэгтээ бид өөрсдийгөө Сатаны эрхшээлээс чөлөөлөх ямар ч хүчгүй; гэвч бид нүглээс чөлөөлөгдөхийг хүсэж, өөрсдийн агуу хэрэгцээ дунд өөрсдөөс маань гаднах бөгөөд дээрх нэгэн хүчийг дуудан хашхирах үед сүнсний хүчнүүд Ариун Сүнсний тэнгэрлэг эрч хүчээр дүүргэгдэж, Бурханы хүслийг биелүүлэхдээ хүсэл зоригийн заалтыг даган дуулгавартай болдог.” The Desire of Ages, 466.</w:t>
      </w:r>
    </w:p>
    <w:p>
      <w:pPr>
        <w:pStyle w:val="ArticleBody"/>
        <w:jc w:val="left"/>
      </w:pPr>
      <w:r>
        <w:rPr>
          <w:rFonts w:ascii="Times New Roman" w:hAnsi="Times New Roman" w:eastAsia="Times New Roman" w:cs="Times New Roman"/>
        </w:rPr>
        <w:t>Эрх чөлөөний цамхагийн бэлгэдсэн эрх чөлөө нь Францын хувьсгалын завхай задгай чөлөөт байдал болон Нимродын тэрслүү бослого байв. Яг дараа жил нь Трамп Тауэрт, 1989 оноос хойших хамгийн баян ерөнхийлөгч глобалистуудыг хөдөлгөөнд оруулах нэр дэвшлээ зарласан юм. Тэр л жил АНУ-д ижил хүйстний гэрлэлтийг холбооны түвшинд зөвшөөрсөн бөгөөд Францын хувьсгалын үед гэрлэлтийг “түр зуурын шинжтэй ердөө иргэний гэрээ” болгон өөрчилж байсантай адил байлаа.</w:t>
      </w:r>
    </w:p>
    <w:p>
      <w:pPr>
        <w:pStyle w:val="ArticleBody"/>
        <w:jc w:val="left"/>
      </w:pPr>
      <w:r>
        <w:rPr>
          <w:rFonts w:ascii="Times New Roman" w:hAnsi="Times New Roman" w:eastAsia="Times New Roman" w:cs="Times New Roman"/>
        </w:rPr>
        <w:t>Луу ба хамгийн чинээлэг ерөнхийлөгчийн хоорондох дайн эхлэв. Бурханы хүчний хүрэлтээр Ихэр цамхгууд сүйрсэн нь лацдах цагийн эхлэлийг болон ёроолгүй нүхнээс гарч ирэх Исламын араатны ирэлтийг тэмдэглэв. Тэрхүү эш үзүүллэгийн түүхийн дунд Өргөө эрх чөлөөний цамхгуудыг зориулан нээх үед ёроолгүй нүхнээс гарч ирэх Атеизмын араатны ирэлт тэмдэглэгддэг. Эдүгээ, Еден цэцэрлэгт тогтоогдсон Амралтын өдөр болон гэрлэлт хэмээх ихэр байгууллуудын уналт нь лацдах цагийн төгсгөлийг болон ёроолгүй нүхнээс гарч ирэх гурав дахь, Католик араатны ирэлтийг тэмдэглэж байна.</w:t>
      </w:r>
    </w:p>
    <w:p>
      <w:pPr>
        <w:pStyle w:val="ArticleBody"/>
        <w:jc w:val="left"/>
      </w:pPr>
      <w:r>
        <w:rPr>
          <w:rFonts w:ascii="Times New Roman" w:hAnsi="Times New Roman" w:eastAsia="Times New Roman" w:cs="Times New Roman"/>
        </w:rPr>
        <w:t>2020 оны 11 дүгээр сарын 3-нд Трамп 1798 онд папын засаглал авсанчлан үхлийн аюулт улс төрийн шархыг хүлээн авсан. 1798 онд тэрхүү шархыг бодит Франц учруулсан бол, 2020 онд сүнслэг Франц учруулсан юм.</w:t>
      </w:r>
    </w:p>
    <w:p>
      <w:pPr>
        <w:pStyle w:val="ArticleScripture"/>
        <w:jc w:val="left"/>
      </w:pPr>
      <w:r>
        <w:rPr>
          <w:rFonts w:ascii="Times New Roman" w:hAnsi="Times New Roman" w:eastAsia="Times New Roman" w:cs="Times New Roman"/>
        </w:rPr>
        <w:t>Тэд гэрчлэлээ дуусгасан хойно, ёроолгүй гүнээс гарч ирдэг араатан тэдний эсрэг дайн хийж, тэднийг дийлэн, ална. Тэдний цогцос агуу хотын гудамжинд хэвтэнэ. Тэр хотыг сүнслэг утгаар Содом, Египет гэж нэрлэдэг бөгөөд тэнд мөн бидний Эзэн цовдлогдсон билээ. Илчлэлт 11:7, 8.</w:t>
      </w:r>
    </w:p>
    <w:p>
      <w:pPr>
        <w:pStyle w:val="ArticleBody"/>
        <w:jc w:val="left"/>
      </w:pPr>
      <w:r>
        <w:rPr>
          <w:rFonts w:ascii="Times New Roman" w:hAnsi="Times New Roman" w:eastAsia="Times New Roman" w:cs="Times New Roman"/>
        </w:rPr>
        <w:t>“Агуу тэмцэл” номдоо Эгч Уайт Францыг “манай Эзэн цовдлогдсон агуу хот” хэмээн тодорхойлдог.</w:t>
      </w:r>
    </w:p>
    <w:p>
      <w:pPr>
        <w:pStyle w:val="ArticleScripture"/>
        <w:jc w:val="left"/>
      </w:pPr>
      <w:r>
        <w:rPr>
          <w:rFonts w:ascii="Times New Roman" w:hAnsi="Times New Roman" w:eastAsia="Times New Roman" w:cs="Times New Roman"/>
        </w:rPr>
        <w:t>“Тэгвэл эш үзүүлэгчийн үгийн дагуу 1798 оноос багахан өмнө сатанлаг гарал үүсэл, шинж чанартай нэгэн хүч Библитэй дайн хийхээр өндийн гарч ирэх байв. Мөн Бурханы хоёр гэрчийн гэрчлэл ийнхүү нам гүм болгох ёстой тэр нутагт Фараоны атеизм болон Содомын завхайрал илэрхий болох байлаа.” Агуу Тэмцэл, 270.</w:t>
      </w:r>
    </w:p>
    <w:p>
      <w:pPr>
        <w:pStyle w:val="ArticleBody"/>
        <w:jc w:val="left"/>
      </w:pPr>
      <w:r>
        <w:rPr>
          <w:rFonts w:ascii="Times New Roman" w:hAnsi="Times New Roman" w:eastAsia="Times New Roman" w:cs="Times New Roman"/>
        </w:rPr>
        <w:t>АНУ-д удахгүй гарах Ням гаргийн хуулийн үед араатны хөрөг бүрэн бүрэлдэн тогтох бөгөөд Христийн дүрийг бүрэн төлөвшүүлсэн хүмүүс Бурханы туг тэмдэг болгон өргөгдөнө. Тэд туг тэмдгийн хувьд долоо дахь өдрийн Амралтын өдрийг батлан хамгаалж, Христийн зөвт байдлыг дэлхийд төлөөлөн илэрхийлэх болно. Христийн зөвт байдал нь зөвхөн Тэнгэрлэг чанар хүн чанартай нэгдэхүйгээр л хэрэгждэг бөгөөд нууц хэмээн тодорхойлогддог энэ агуу үнэн дотор гэрлэлтийн тогтоол өргөмжлөгдөн гарч ирдэг. Тэрхүү туг тэмдэг нь Амралтын өдөр болон түүний ихэр тогтоол болох гэрлэлтийг төлөөлдөг.</w:t>
      </w:r>
    </w:p>
    <w:p>
      <w:pPr>
        <w:pStyle w:val="ArticleScripture"/>
        <w:jc w:val="left"/>
      </w:pPr>
      <w:r>
        <w:rPr>
          <w:rFonts w:ascii="Times New Roman" w:hAnsi="Times New Roman" w:eastAsia="Times New Roman" w:cs="Times New Roman"/>
        </w:rPr>
        <w:t>Учир нь нөхөр нь эхнэрийн тэргүүн мөн, Христ чуулганы тэргүүн байдгийн адил; мөн Тэр биеийн Аврагч мөн. Тиймээс чуулган Христэд захирагддаг шиг, эхнэрүүд ч мөн өөрсдийн нөхөрт бүх юманд захирагдаг. Нөхрүүд ээ, Христ чуулганыг хайрлаж, түүний төлөө Өөрийгөө өгсөнчлөн эхнэрүүдээ хайрлагтун; ингэснээр Тэр үгээр дамжих усан угаалтаар түүнийг ариусган цэвэрлэж, толбо ч үгүй, үрчлээ ч үгүй, тиймэрхүү ямар ч юмгүй, харин ариун бөгөөд өө сэвгүй алдар суут чуулган болгон Өөртөө өргөн барихын тулд билээ. Үүнчлэн эрчүүд эхнэрүүдээ өөрсдийн бие мэт хайрлах учиртай. Эхнэрээ хайрлагч нь өөрийгөө хайрлаж буй хэрэг юм. Учир нь хэн ч хэзээ ч өөрийн махан биеийг үзэн яддаггүй, харин түүнийг тэтгэн торниулдаг; Эзэн ч мөн чуулганы талаар тийнхүү үйлддэг. Яагаад гэвэл бид Түүний биеийн эрхтнүүд, Түүний махнаас, Түүний яснаас юм. Иймийн тул хүн эцэг эхээ орхиж, эхнэртэйгээ нийлж, тэр хоёр нэг махан бие болно. Энэ бол агуу нууц мөн; харин би Христ ба чуулганы талаар ярьж байна. Ефес 5:23–32.</w:t>
      </w:r>
    </w:p>
    <w:p>
      <w:pPr>
        <w:pStyle w:val="ArticleBody"/>
        <w:jc w:val="left"/>
      </w:pPr>
      <w:r>
        <w:rPr>
          <w:rFonts w:ascii="Times New Roman" w:hAnsi="Times New Roman" w:eastAsia="Times New Roman" w:cs="Times New Roman"/>
        </w:rPr>
        <w:t>Туг нь Амралтын өдөр болон Гэрлэлт хэмээх хос тогтолцооны бэлгэдэл бөгөөд, гэрлэлт нь Бурханлаг чанар ба хүн төрөлхтний нэгдлийг илэрхийлдэг. Тэрхүү гэрлэлтийн нууц нь Түүний сүмийг төлөөлдөг бөгөөд, тэр сүм нь Түүний ариун сүм мөн.</w:t>
      </w:r>
    </w:p>
    <w:p>
      <w:pPr>
        <w:pStyle w:val="ArticleScripture"/>
        <w:jc w:val="left"/>
      </w:pPr>
      <w:r>
        <w:rPr>
          <w:rFonts w:ascii="Times New Roman" w:hAnsi="Times New Roman" w:eastAsia="Times New Roman" w:cs="Times New Roman"/>
        </w:rPr>
        <w:t>“Цамхаг нь сүмийн бэлгэдэл байсан.” Хүслийн эрин үе, 596.</w:t>
      </w:r>
    </w:p>
    <w:p>
      <w:pPr>
        <w:pStyle w:val="ArticleBody"/>
        <w:jc w:val="left"/>
      </w:pPr>
      <w:r>
        <w:rPr>
          <w:rFonts w:ascii="Times New Roman" w:hAnsi="Times New Roman" w:eastAsia="Times New Roman" w:cs="Times New Roman"/>
        </w:rPr>
        <w:t>Тамгалах цагийн эхэнд Ихэр Цамхгууд нуран унасан; тамгалах цагийн дунд, хоёр ангийг салгах үйл явцыг (хоёр эвэрт хоёуланд нь) төлөөлсөн хоёр “цамхаг” тодорхойлогдсон; харин тамгалах цагийн төгсгөлд Бурханы сүм болон Амралтын өдрийн Ихэр Цамхгууд харь үндэстнүүдэд зориулсан туг тэмдэг болгон өргөгдөнө.</w:t>
      </w:r>
    </w:p>
    <w:p>
      <w:pPr>
        <w:pStyle w:val="ArticleBody"/>
        <w:jc w:val="left"/>
      </w:pPr>
      <w:r>
        <w:rPr>
          <w:rFonts w:ascii="Times New Roman" w:hAnsi="Times New Roman" w:eastAsia="Times New Roman" w:cs="Times New Roman"/>
        </w:rPr>
        <w:t>Бид энэ судлалыг дараагийн өгүүлэлд үргэлжлүүлэн авч үзэх болно.</w:t>
      </w:r>
    </w:p>
    <w:p>
      <w:pPr>
        <w:pStyle w:val="ArticleScripture"/>
        <w:jc w:val="left"/>
      </w:pPr>
      <w:r>
        <w:rPr>
          <w:rFonts w:ascii="Times New Roman" w:hAnsi="Times New Roman" w:eastAsia="Times New Roman" w:cs="Times New Roman"/>
        </w:rPr>
        <w:t>Учир нь түмэн цэргийн ЭЗЭНий өдөр бардам бөгөөд ихэмсэг бүхний дээр, өргөмжлөгдсөн бүхний дээр ирэх бөгөөд тэр доройтуулагдана. Мөн өндөр, өргөгдсөн Ливаны бүх хуш моддын дээр, Башаны бүх царс моддын дээр, бүх өндөр уулсын дээр, өргөгдсөн бүх толгодын дээр, өндөр бүх цамхгийн дээр, бэхлэгдсэн бүх хэрмийн дээр, Таршишийн бүх хөлөг онгоцдын дээр, бүх сайхан дүрслэлүүдийн дээр ирнэ. Хүний сүр жавхлан бөхийж, хүмүүсийн ихэмсэг зан намсагдах бөгөөд тэр өдөр зөвхөн ЭЗЭН л өргөмжлөгдөнө. Харин шүтээнүүдийг Тэр бүрмөсөн устгана. Тэр газар дэлхийг аймшигтайгаар сэгсрэхээр босоход, ЭЗЭНээс эмээсэндээ, Түүний сүр жавхлант алдрын өмнө хүмүүс хадны нүхнүүдэд, газрын агуйнуудад орно. Тэр өдөр хүн өөртөө мөргөхөөр үйлдсэн мөнгөн шүтээнүүдээ, алтан шүтээнүүдээ сохор номин болон сарьсан багваахайд хаяна. ЭЗЭНээс эмээсэндээ, Түүний сүр жавхлант алдрын өмнө, Тэр газар дэлхийг аймшигтайгаар сэгсрэхээр босоход хүмүүс арзгар хадны ан цавууд руу орно. Амьсгал нь хамарт нь буй хүнээс зайлагтун. Учир нь тэр юунд тооцогдох билээ? Исаиа 2:12–22.</w:t>
      </w:r>
    </w:p>
    <w:p>
      <w:pPr>
        <w:pStyle w:val="ArticleScripture"/>
        <w:jc w:val="left"/>
      </w:pPr>
      <w:r>
        <w:rPr>
          <w:rFonts w:ascii="Times New Roman" w:hAnsi="Times New Roman" w:eastAsia="Times New Roman" w:cs="Times New Roman"/>
        </w:rPr>
        <w:t>Миний сайн сайхан, миний цайз; миний өндөр цамхаг, мөн миний аврагч; миний бамбай, мөн миний итгэдэг Тэр; миний ард түмнийг миний доор захируулдаг Тэр. Дуулал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дөрөв дэх нь</dc:title>
  <dc:subject>АНУ дахь Ардчилсан намын нуран уналтын эш үзүүллэгийн ач холбогдол</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