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дөчин тавдугаар хэсэг</w:t>
      </w:r>
    </w:p>
    <w:p>
      <w:pPr>
        <w:pStyle w:val="ArticleSubtitle"/>
        <w:jc w:val="left"/>
      </w:pPr>
      <w:r>
        <w:rPr>
          <w:rFonts w:ascii="Arial" w:hAnsi="Arial" w:eastAsia="Arial" w:cs="Arial"/>
        </w:rPr>
        <w:t>Библийн эш үзүүллэг ба өнөөгийн үйл явдлын тайлал: Орчин үеийн улс төр болон шашны бэлгэдлийн талаарх нэгэн үзэл баримтлал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Хамгийн баян ерөнхийлөгч 2015 онд ерөнхийлөгчид нэр дэвших санаархлаа зарлахад woke-измын шашин (Содом) болон Коммунизмын улс төр (Египет) өндийн гарч ирсэн бөгөөд тэрээр улс төрийн гэрчлэлээ өгснийхөө дараа 2020 онд алагдсан. Пап 1798 онд, гурван хагас эш үзүүллэгийн өдрийн турш сатанлаг гэрчлэлээ өгснийхөө дараа, эш үзүүллэгийн утгаар алагдсан. Гэсэн ч Бурханы эш үзүүллэгийн Үг пап луугийн эсрэг хийсэн дайнд ялдгийг тодорхойлон илэрхийлдэг.</w:t>
      </w:r>
    </w:p>
    <w:p>
      <w:pPr>
        <w:pStyle w:val="ArticleScripture"/>
        <w:jc w:val="left"/>
      </w:pPr>
      <w:r>
        <w:rPr>
          <w:rFonts w:ascii="Times New Roman" w:hAnsi="Times New Roman" w:eastAsia="Times New Roman" w:cs="Times New Roman"/>
        </w:rPr>
        <w:t>Хүний хүү ээ, Египетийн хаан Фараоны өөдөөс нүүрээ хандуулж, түүний эсрэг болон бүх Египетийн эсрэг эш үзүүл. Ярьж, ийн хэлэгтүн: Эзэн БУРХАН ийн айлдаж байна: Болгоогтун, Египетийн хаан Фараон аа, Би чиний эсрэг байна; чи бол өөрийн мөрнүүдийн дунд хэвтэгч агуу луу мөн, чи “Миний мөрөн минийх, би өөртөө зориулан түүнийг бүтээсэн” хэмээн хэлдэг. Езекиел 29:2, 3.</w:t>
      </w:r>
    </w:p>
    <w:p>
      <w:pPr>
        <w:pStyle w:val="ArticleBody"/>
        <w:jc w:val="left"/>
      </w:pPr>
      <w:r>
        <w:rPr>
          <w:rFonts w:ascii="Times New Roman" w:hAnsi="Times New Roman" w:eastAsia="Times New Roman" w:cs="Times New Roman"/>
        </w:rPr>
        <w:t>Египет бол агуу луу мөн бөгөөд Фараоны атейзм нь Францын хувьсгалын атейзм, түүнчлэн хорин нэгдүгээр зууны глобализмыг билэгдэн төлөөлсөн юм. Хорин нэгдүгээр зууны газрын араатны хүрээн доторх тэрхүү глобализм нь Ардчилсан намаар төлөөлөгдөнө. Езекиел Бурхан Египетийн эсрэг байгааг тодорхойлдог бөгөөд цаашлаад уг бүлэгт Езекиел Бурхан Египетийг хойд зүгийн хаанд өгнө гэж тодорхойлдог; тэрхүү хэсэгт түүнийг Небухаднезар хэмээн нэрлэсэн бөгөөд тэр нь эцсийн өдрүүдийн хуурамч хойд зүгийн хааныг төлөөлдөг. Тэрхүү хуурамч хойд зүгийн хаан нь папын засаглал мөн бөгөөд Небухаднезарын Өөрийн сахилгын ташуурын хувиар гүйцэтгэсэн үйлчлэлийн төлөө Бурхан Египетийг хойд зүгийн хаанд өгнө гэдгийг Бурхан Езекиелээр дамжуулан илэрхийлдэг. Хожмын бороо ирэх үед Тэр Египетийг папад өгнө гэдгээ Тэр тунхагладаг.</w:t>
      </w:r>
    </w:p>
    <w:p>
      <w:pPr>
        <w:pStyle w:val="ArticleScripture"/>
        <w:jc w:val="left"/>
      </w:pPr>
      <w:r>
        <w:rPr>
          <w:rFonts w:ascii="Times New Roman" w:hAnsi="Times New Roman" w:eastAsia="Times New Roman" w:cs="Times New Roman"/>
        </w:rPr>
        <w:t>Тэгээд хорин долоо дахь жилд, эхний сарын эхний өдөр, ЭЗЭНий үг надад ирж, ийн айлдав: Хүний хүү, Вавилоны хаан Небухаднезар өөрийн цэргийг Тирийн эсрэг асар их албанд зүтгүүлэв. Бүх толгой халцарч, бүх мөр хууларсан боловч Тирийн төлөө, түүний эсрэг үйлдсэн албаны нь төлөө тэр ч, түүний цэрэг ч ямар ч хөлс аваагүй. Иймээс Эзэн БУРХАН ийн айлдаж байна: Болгоогтун, Би Египетийн газрыг Вавилоны хаан Небухаднезарт өгнө. Тэрээр түүний үй олон хүнийг авч, олзыг нь авч, дээрмийг нь авч, тэр нь түүний цэргийн хөлс болно. Түүний эсрэг зүтгэсэн хөдөлмөрийнх нь төлөө Би түүнд Египетийн газрыг өгсөн. Учир нь тэд Миний төлөө ажилласан гэж Эзэн БУРХАН айлдаж байна. Тэр өдөр Би Израилийн гэрийн эврийг нахиалуулж, тэдний дунд чиний амыг нээхийг чамд өгнө. Тэгээд тэд Намайг ЭЗЭН мөн гэдгийг мэдэх болно. Езекиел 29:17–21.</w:t>
      </w:r>
    </w:p>
    <w:p>
      <w:pPr>
        <w:pStyle w:val="ArticleBody"/>
        <w:jc w:val="left"/>
      </w:pPr>
      <w:r>
        <w:rPr>
          <w:rFonts w:ascii="Times New Roman" w:hAnsi="Times New Roman" w:eastAsia="Times New Roman" w:cs="Times New Roman"/>
        </w:rPr>
        <w:t>Бурхан «Израилийн гэрийн эврийг нахиалуулна» хэмээн үйлддэг тэрхүү «өдөр» нь хожмын бороо шивэрч эхэлсэн 2001 оны 9 дүгээр сарын 11 мөн. Тэр үед Эзэн харуулуудыг босгон, гурав дахь гаслангийн бүрээний «дуу чимээг сонсогтун» хэмээн айлдсан. Учир нь Тэр Бурхан «тэдний дунд чиний амыг нээхийг өгнө» хэмээн заасныг тодорхойлсон юм. «Дунд» гэдэг нь 2001 оны 9 дүгээр сарын 11-нд эхэлсэн хожмын борооны шиврэлтээс эхлээд, Ариун Сүнс хэмжээлшгүйгээр асгарах Ням гаргийн хууль хүртэлх хугацааг заана. Тэр хоёр тэмдэгтийн дунд үеэр (тэдний дунд) хоёр гэрч, өөрөөр хэлбэл хоёр эвэр, 2020 онд гудамжинд хоёулаа алагдах хүртлээ өөрсдийн гэрчлэлийг өгсөн юм.</w:t>
      </w:r>
    </w:p>
    <w:p>
      <w:pPr>
        <w:pStyle w:val="ArticleBody"/>
        <w:jc w:val="left"/>
      </w:pPr>
      <w:r>
        <w:rPr>
          <w:rFonts w:ascii="Times New Roman" w:hAnsi="Times New Roman" w:eastAsia="Times New Roman" w:cs="Times New Roman"/>
        </w:rPr>
        <w:t>Тэд алагдахаасаа өмнө өөрсдийн гэрчлэлийг өгсөн бөгөөд алагдсаны дараа долоогоос гаралтай найм дахь нь болон дахин амилуулагдсан юм. Тэд бурхангүй үзлийн (Египет) болон садар самууны (Содом) луугийн хүчээр алагдсан. Тэд Бурханд үйлчилсэн тэрхүү үйлчлэлийнх нь төлөө Тэрээр шагнал болгон тэдэнд Египетийг өгөхөөр амласан. Даниел арван нэгдүгээр бүлгийн дөчин нэгдүгээр зүйлд хойд зүгийн хаан Америкийн Нэгдсэн Улсын алдарт газрыг эзлэн авах үедээ дараа нь Египетийг авдаг; учир нь энэ нь Бурханы урьдчилан зохицуулсан ажилд үзүүлсэн үйлчлэлийнх нь төлөөс болдог.</w:t>
      </w:r>
    </w:p>
    <w:p>
      <w:pPr>
        <w:pStyle w:val="ArticleScripture"/>
        <w:jc w:val="left"/>
      </w:pPr>
      <w:r>
        <w:rPr>
          <w:rFonts w:ascii="Times New Roman" w:hAnsi="Times New Roman" w:eastAsia="Times New Roman" w:cs="Times New Roman"/>
        </w:rPr>
        <w:t>Ассур аа, чи бол Миний уур хилэнгийн таяг мөн; тэдний гарт буй таяг нь Миний зэвүүцэл мөн. Би түүнийг хоёр нүүрт үндэстний эсрэг илгээж, Өөрийн хилэнгийн ард түмний эсрэг тушаал өгнө: олзыг нь дээрэмдэж, булаалтыг нь булаан авч, тэднийг гудамжны шавар мэт дэвслүүлэхээр. Исаиа 10:5, 6.</w:t>
      </w:r>
    </w:p>
    <w:p>
      <w:pPr>
        <w:pStyle w:val="ArticleBody"/>
        <w:jc w:val="left"/>
      </w:pPr>
      <w:r>
        <w:rPr>
          <w:rFonts w:ascii="Times New Roman" w:hAnsi="Times New Roman" w:eastAsia="Times New Roman" w:cs="Times New Roman"/>
        </w:rPr>
        <w:t>Ассури нь хойд зүгийн хаан бөгөөд эцсийн өдрүүдэд хойд зүгийн хуурамч хаан болох папын засаглалыг төлөөлдөг. Ассур болон Вавилон нь Израилийн тасралтгүй тэрслэлтийн улмаас, хойд ба өмнөд аль аль хаант улсад нь шүүлт авчрахад хэрэглэгдсэн.</w:t>
      </w:r>
    </w:p>
    <w:p>
      <w:pPr>
        <w:pStyle w:val="ArticleScripture"/>
        <w:jc w:val="left"/>
      </w:pPr>
      <w:r>
        <w:rPr>
          <w:rFonts w:ascii="Times New Roman" w:hAnsi="Times New Roman" w:eastAsia="Times New Roman" w:cs="Times New Roman"/>
        </w:rPr>
        <w:t>“Ингэж Израиль өөрсдийн нутгаас Ассир уруу олзлогдон одсон юм,” “учир нь тэд өөрсдийн Бурхан ЭЗЭНий дуу хоолойд дуулгавартай байсангүй, харин Түүний гэрээг, мөн ЭЗЭНий зарц Мосегийн тушаасан бүхнийг зөрчсөн билээ.” Хаадын дэд 17:7, 11, 14–16, 20, 23; 18:12.</w:t>
      </w:r>
    </w:p>
    <w:p>
      <w:pPr>
        <w:pStyle w:val="ArticleScripture"/>
        <w:jc w:val="left"/>
      </w:pPr>
      <w:r>
        <w:rPr>
          <w:rFonts w:ascii="Times New Roman" w:hAnsi="Times New Roman" w:eastAsia="Times New Roman" w:cs="Times New Roman"/>
        </w:rPr>
        <w:t>“Арван овогт буулгасан аймшигт шүүлтүүдэд Эзэн мэргэн бөгөөд энэрэнгүй зорилго агуулж байсан юм. Тэдний өвөг дээдсийн нутагт байх үед нь Тэрээр тэднээр дамжуулан цаашид хийж чадахаа больсон тэр ажлыг, тэднийг харь үндэстнүүдийн дунд тараан сарниулснаар биелүүлэхийг эрмэлзсэн юм. Хүн төрөлхтний Аврагчаар дамжих өршөөлийг хүртэхийг сонгох бүхний авралын төлөөх Түүний төлөвлөгөө заавал биелэх ёстой байсан; мөн Израильд буулгасан зовлон шаналлын дунд Тэрээр Өөрийн алдрыг газрын үндэстнүүдэд илчлэх замыг бэлтгэж байв. Олзлогдон аваачигдагсдын бүгд гэмшээгүй хүмүүс байгаагүй. Тэдний дунд Бурханд үнэнч хэвээр үлдсэн зарим нь байсан, мөн Түүний өмнө өөрсдийгөө даруу болгосон бусад нь ч байсан. Эдгээрээр дамжуулан ‘амьд Бурханы хөвгүүд’ (Hosea 1:10)-ээр Тэрээр Ассирийн хүрээ дэх олон түмэнд Өөрийн зан чанарын шинжүүд болон Өөрийн хуулийн ивээлт ач тусыг мэдүүлэх байлаа.” Эш үзүүлэгчид ба хаад, 292.</w:t>
      </w:r>
    </w:p>
    <w:p>
      <w:pPr>
        <w:pStyle w:val="ArticleBody"/>
        <w:jc w:val="left"/>
      </w:pPr>
      <w:r>
        <w:rPr>
          <w:rFonts w:ascii="Times New Roman" w:hAnsi="Times New Roman" w:eastAsia="Times New Roman" w:cs="Times New Roman"/>
        </w:rPr>
        <w:t>Эзэн хойд зүгийн хаадыг Өөрийн шүүлтийн хэрэгсэл болгон ашигласан бөгөөд тэдгээр хойд зүгийн хаадтай харьцахдаа Түүний дагасан Библийн зарчим нь тэдний үзүүлсэн үйлчлэлийн хөлсийг заавал төлөх ёстой гэсэн явдал байв.</w:t>
      </w:r>
    </w:p>
    <w:p>
      <w:pPr>
        <w:pStyle w:val="ArticleScripture"/>
        <w:jc w:val="left"/>
      </w:pPr>
      <w:r>
        <w:rPr>
          <w:rFonts w:ascii="Times New Roman" w:hAnsi="Times New Roman" w:eastAsia="Times New Roman" w:cs="Times New Roman"/>
        </w:rPr>
        <w:t>Тэр л гэртээ байж, тэдний өгсөн юмыг идэж уугтун. Учир нь ажилчин хүн хөлсөө авахад зохистой. Гэрээс гэрт бүү хэсэглэ. Лук 10:7.</w:t>
      </w:r>
    </w:p>
    <w:p>
      <w:pPr>
        <w:pStyle w:val="ArticleBody"/>
        <w:jc w:val="left"/>
      </w:pPr>
      <w:r>
        <w:rPr>
          <w:rFonts w:ascii="Times New Roman" w:hAnsi="Times New Roman" w:eastAsia="Times New Roman" w:cs="Times New Roman"/>
        </w:rPr>
        <w:t>Эзэн тун удалгүй гарах Ням гаргийн хуулийн үед туршилтын цаг хугацааныхаа аягыг дүүргэхэд нь папын засгийг ашиглан Америкийн Нэгдсэн Улсыг шийтгэдэг бөгөөд Түүний хийсэн үйлчилгээний хөлс нь Египетийг папын засагт өгдөг явдал юм. Бурханы эш үзүүллэгийн Үг Египет папын засагт өгөгдөнө гэдгийг тодорхой тунхагладаг бөгөөд Даниелын арван нэгдүгээр бүлгийн дөчин хоёр, дөчин гуравдугаар эшлэлүүд энэ баримтыг баталдаг. Хийсэн үйлчилгээнийхээ хөлсөөр пап арван хаадын өргөж тавих тэргүүн болж, дэлхий дахины араатны дүр дээр ноёрхдог.</w:t>
      </w:r>
    </w:p>
    <w:p>
      <w:pPr>
        <w:pStyle w:val="ArticleBody"/>
        <w:jc w:val="left"/>
      </w:pPr>
      <w:r>
        <w:rPr>
          <w:rFonts w:ascii="Times New Roman" w:hAnsi="Times New Roman" w:eastAsia="Times New Roman" w:cs="Times New Roman"/>
        </w:rPr>
        <w:t>Трамп луугийн хүчнүүдийг дийлдэг, учир нь тэрээр АНУ дахь араатны дүрийн цаг үед долоогийнхаас мөн хэр нь найм дахь толгой нь юм. 2020 онд Трампыг алсан луугийн хүч болох Ардчилсан намын нуран уналт эдүгээ өрнөж байна. Бурханы Үг хэзээ ч алдаа гаргадаггүй. Ардчилсан намын хувьд “тэмээний нурууг хугалдаг сүрэл” нь Исламын хуурамч эш үзүүлэгч мөн. 2023 оны 10 дугаар сарын 7-ны халдлага нь түүний дэмжлэгийн суурин дотор хагарал үүсгэсэн бөгөөд үүнийг зөвхөн Исламын үүрэг оролцоо үндэстнүүдийг уурлуулж, зовоон шаналгаж буйтай холбон үзэж болно. Үүнийг цаашдын халдлагууд дагалдаж, улам их хуваагдал бий болгохын зэрэгцээ, луугийн хүчнүүдийн суллан тавьсан хууль бус цагаачлалын үерийн мунхаглалыг ойлгон таньдаг газрын араатны иргэдийн нэгэн ангийг нэгтгэх болно. Энэ нь мөн эдийн засгийн хямралыг бий болгоно, гэвч тэрхүү хямрал хэдийнээ энд байна.</w:t>
      </w:r>
    </w:p>
    <w:p>
      <w:pPr>
        <w:pStyle w:val="ArticleScripture"/>
        <w:jc w:val="left"/>
      </w:pPr>
      <w:r>
        <w:rPr>
          <w:rFonts w:ascii="Times New Roman" w:hAnsi="Times New Roman" w:eastAsia="Times New Roman" w:cs="Times New Roman"/>
        </w:rPr>
        <w:t>“Тэгээд агуу мэхлэгч нь Бурханд үйлчилдэг хүмүүсийг эдгээр гай гамшгийн шалтгаан хэмээн хүмүүст итгүүлэх болно. Тэнгэрийн тааллыг өдөөсөн бүлэг хүмүүс өөрсдийн бүх зовлон бэрхшээлийг Бурханы тушаалуудад дуулгавартай байдаг, ийнхүү зөрчигчдөд байнгын зэмлэл болдог хүмүүс дээр тохох болно. Ням гаргийн амралтын өдрийг зөрчсөнөөр хүмүүс Бурханыг хилэгнүүлж байна; энэ нүгэл нь Ням гаргийг сахих явдлыг хатуу чанд хэрэгжүүлэх хүртэл зогсохгүй гай гамшгуудыг авчирсан; мөн дөрөвдүгээр тушаалын шаардлагыг тунхаглаж, ингэснээр Ням гаригт үзүүлэх хүндэтгэлийг үгүй хийж буй хүмүүс нь ард түмнийг үймүүлэгчид бөгөөд тэднийг тэнгэрлэг таалал болон түр зуурын сайн сайхан байдалдаа дахин хүрэхэд саад болж байна хэмээн тунхаглагдах болно. Ийнхүү эрт цагт Бурханы зарцын эсрэг гаргаж байсан яллалт дахин давтагдах бөгөөд мөн адилхан баттай мэт үндэслэл дээр тавигдах болно: ‘Ахаб Елиаг хараад, түүнд, Чи л Израилийг түйвээгч нь мөн үү? гэв. Тэр хариуд нь, Би Израилийг түйвээгээгүй; харин чи болон чиний эцгийн гэр бүл ЭЗЭНий тушаалуудыг орхиж, Баалуудад дагаснаараа түйвээсэн юм’ гэжээ. Хаадын дээд 18:17, 18. Хуурамч яллалтын улмаас ард түмний уур хилэн бадармагц, тэд Бурханы элч нарын эсрэг урвагч Израиль Елиагийн эсрэг явуулж байсан замналтай тун төстэй замналыг баримтлах болно.” Агуу тэмцэл, 590.</w:t>
      </w:r>
    </w:p>
    <w:p>
      <w:pPr>
        <w:pStyle w:val="ArticleBody"/>
        <w:jc w:val="left"/>
      </w:pPr>
      <w:r>
        <w:rPr>
          <w:rFonts w:ascii="Times New Roman" w:hAnsi="Times New Roman" w:eastAsia="Times New Roman" w:cs="Times New Roman"/>
        </w:rPr>
        <w:t>Шаббатыг сахигчид “тэнгэрлэг ивээл ба түр зуурын хөгжил цэцэглэл” зайлуулагдсаны шалтгаан хэмээн тодорхойлогдох болно. Бидний өмнө тун удахгүй ирэх энэ үеийг дүрслэхдээ тэрээр Елиа болон түүний Ахабтай харилцсан явдлыг дурддаг. Тэдний бие биеэ буруутгасан харилцан яллалт нь Кармел уулын өмнө болсон юм. Тун удахгүй ирэх Ням гаргийн хуулиас өмнө, өсөн нэмэгдэх шүүлтүүдийн улмаас түр зуурын хөгжил цэцэглэл ба тэнгэрлэг ивээл зайлуулагддаг. Сая дурдсан эшлэл нь Ням гаргийн хуулийн сорилтын үед тохиох үйл явдлуудын дарааллыг өгүүлдэг боловч сорилтын хоёр үе байдаг. Америкийн Нэгдсэн Улсын хүрээнд явагдах араатны дүрийн сорилт нь үүний дараа бүх дэлхий даяар дахин давтагдана. Эшлэлд дүрслэгдсэн бүх үйл явдал нь тун удахгүй ирэх Ням гаргийн хуулийн өмнөх түүхэнд, мөн үүний дараа дагалдан ирэх дэлхийн Ням гаргийн хуулийн хямралын түүхэнд эш үзүүллэгийн биеллээ олдог.</w:t>
      </w:r>
    </w:p>
    <w:p>
      <w:pPr>
        <w:pStyle w:val="ArticleBody"/>
        <w:jc w:val="left"/>
      </w:pPr>
      <w:r>
        <w:rPr>
          <w:rFonts w:ascii="Times New Roman" w:hAnsi="Times New Roman" w:eastAsia="Times New Roman" w:cs="Times New Roman"/>
        </w:rPr>
        <w:t>Есдүгээр ботийн «Гэрчлэлүүд»-ийн арван нэгдүгээр хуудсаас эхэлдэг эхний догол мөр, ийнхүү ЕС-АРВАН НЭГ-ийг заан тэмдэглэж, ингэж өгүүлдэг: “Бид төгсгөлийн цаг үед амьдарч байна. Цаг үеийн түргэн биелж буй тэмдгүүд Христийн ирэлт тун ойрхон байгааг тунхаглаж байна. Бидний амьдарч буй өдрүүд сүрдэм бөгөөд чухал юм. Бурханы Сүнс газар дэлхийгээс аажмаар боловч гарцаагүй татагдан авч байна. Гай гамшиг ба шүүлтүүд Бурханы нигүүлслийг үл тоомсорлогчдын дээр хэдийнээ бууж байна. Газар ба далайн гамшгууд, нийгмийн тогтворгүй байдал, дайны түгшүүрт мэдээнүүд нь ёрын шинжтэй. Тэд асар их цар хүрээтэй ойртон ирж буй үйл явдлуудыг зөгнөн харуулж байна.” Өгүүлэмж цааш үргэлжлэхдээ, арван дөрөвдүгээр хуудсанд бид ингэж уншдаг: “Одоогийн нийгмийн байдлын үндсэн шалтгаануудыг, сурган хүмүүжүүлэгчид болон төрийн зүтгэлтнүүдийн дунд ч гэсэн, ойлгодог хүн олон биш. Төрийн жолоог атгаж буй хүмүүс ёс суртахууны ялзрал, ядуурал, гуйланчлал, өсөн нэмэгдэж буй гэмт хэргийн асуудлыг шийдвэрлэж чаддаггүй. Тэд бизнесийн үйл ажиллагааг илүү найдвартай үндэслэл дээр тавихын төлөө хий дэмий тэмцэж байна. Хэрэв хүмүүс Бурханы үгийн сургаалд илүү анхаарал хандуулсан бол өөрсдийг нь түгшээж буй асуудлуудын шийдлийг олох байсан.”</w:t>
      </w:r>
    </w:p>
    <w:p>
      <w:pPr>
        <w:pStyle w:val="ArticleScripture"/>
        <w:jc w:val="left"/>
      </w:pPr>
      <w:r>
        <w:rPr>
          <w:rFonts w:ascii="Times New Roman" w:hAnsi="Times New Roman" w:eastAsia="Times New Roman" w:cs="Times New Roman"/>
        </w:rPr>
        <w:t>“Судрууд Христийн хоёр дахь ирэлтийн яг өмнөхөн дэлхийн байдал ямар байхыг дүрслэн өгүүлдэг. Дээрэм тонуул, мөлжлөгөөр асар их баялаг хурааж буй хүмүүсийн тухай ийнхүү бичигдсэн байдаг: «Та нар эцсийн өдрүүдэд зориулан эрдэнэс хураалаа. Харагтун, та нарын тариан талбайг хадсан ажилчдын хөлсийг та нар луйвраар саатуулсан нь хашхирч байна; мөн хадсан хүмүүсийн хашхираан Саваот Эзэний чихэнд хүрчээ. Та нар газар дээр тачаал, тансаглал дунд амьдарч, дураараа цэнгэв; нядалгааны өдөр мэтээр зүрх сэтгэлээ таргалуулжээ. Та нар зөвтнийг яллан, алсан; харин тэр та нарт эсэргүүцдэггүй.» Иаков 5:3–6.”</w:t>
      </w:r>
    </w:p>
    <w:p>
      <w:pPr>
        <w:pStyle w:val="ArticleBody"/>
        <w:jc w:val="left"/>
      </w:pPr>
      <w:r>
        <w:rPr>
          <w:rFonts w:ascii="Times New Roman" w:hAnsi="Times New Roman" w:eastAsia="Times New Roman" w:cs="Times New Roman"/>
        </w:rPr>
        <w:t>Эцсийн өдрүүдэд хүмүүс “бизнесийн үйл ажиллагааг илүү найдвартай үндсэн дээр тогтоохын тулд дэмий тэмцэж” байна. Ардчилсан нам, тэдний суртал ухуулгын машин, мөн глобалист банкны эздүүд дэмий тэмцэж байгаа бөгөөд Байдены засаг захиргаа бий болгосон хэмээн тэдний мэдэгдэж буй санхүүгийн тогтвортой байдлын талаар тэд худал ярьж байна. “Христийн хоёр дахь ирэлтийн өмнөхөнх дэлхийн” бэлгэдлүүдийн нэг нь “дээрэм, мөлжлөгөөр” “их эд баялаг хураасан” хүмүүс юм. Сестра Уайтын эш татсан Иаковын номын ишлэлүүдийн өмнөх гурван зүйл нь:</w:t>
      </w:r>
    </w:p>
    <w:p>
      <w:pPr>
        <w:pStyle w:val="ArticleScripture"/>
        <w:jc w:val="left"/>
      </w:pPr>
      <w:r>
        <w:rPr>
          <w:rFonts w:ascii="Times New Roman" w:hAnsi="Times New Roman" w:eastAsia="Times New Roman" w:cs="Times New Roman"/>
        </w:rPr>
        <w:t>За, эд баячууд аа, та нарт тохиох зовлонгуудынхаа төлөө уйлж, гаслагтун. Та нарын эд баялаг ялзарч, та нарын хувцас хөвөнд идэгджээ. Та нарын алт, мөнгө зэврэн муудсан бөгөөд тэдгээрийн зэв нь та нарын эсрэг гэрч болж, та нарын махыг гал мэт идэх болно. Та нар эцсийн өдрүүдэд зориулан эрдэнэсийг хураан цуглуулжээ. Иаков 5:1–3.</w:t>
      </w:r>
    </w:p>
    <w:p>
      <w:pPr>
        <w:pStyle w:val="ArticleBody"/>
        <w:jc w:val="left"/>
      </w:pPr>
      <w:r>
        <w:rPr>
          <w:rFonts w:ascii="Times New Roman" w:hAnsi="Times New Roman" w:eastAsia="Times New Roman" w:cs="Times New Roman"/>
        </w:rPr>
        <w:t>“эцсийн өдрүүд”-ийн нэгэн эш үзүүллэгийн шинж нь луйвраар бий болгосон гайхамшигт их баялгаараа танигдсан хүмүүс гарч ирэх үе юм. Тийм хүмүүс өдөр бүр мэдээнд гарч байна. Тэр цаг үе ирээд байна. Тэр үед дэлхийн банкчид болон тэрбумтнуудын баялаг нь зэвэнд идэгддэг алт, мөнгөөр дүрслэгддэг. Мөнгө, алт зэвэрдэггүй тул Судар нь эцсийн өдрүүдэд баян хүмүүсийн хөрөнгөд тохиох огт санаанд оромгүй нэгэн үйл явдлыг зааж байна. Учир нь тэдний алт, мөнгө зэвэнд идэгдэх ёстой ажээ. Тэр эдийн засгийн сүйрлийн зөн билгийн дохио нь 2001 оны 9 дүгээр сарын 11-нд гурав дахь гаслан ирснээр илэрсэн юм. Гурав дахь гаслан дахь Ислам бол Библийн эш үзүүллэгийн зүүн салхи мөн бөгөөд эцсийн өдрүүдэд эдийн засгийг живүүлдэг нь энэ зүүн салхи бөгөөд Таршишийн хөлгүүдээр төлөөлөгдөн дүрслэгддэг юм.</w:t>
      </w:r>
    </w:p>
    <w:p>
      <w:pPr>
        <w:pStyle w:val="ArticleScripture"/>
        <w:jc w:val="left"/>
      </w:pPr>
      <w:r>
        <w:rPr>
          <w:rFonts w:ascii="Times New Roman" w:hAnsi="Times New Roman" w:eastAsia="Times New Roman" w:cs="Times New Roman"/>
        </w:rPr>
        <w:t>Учир нь, болгоогтун, хаад цугларч, хамтдаа өнгөрөн явжээ. Тэд үүнийг хараад гайхан биширч, сандарч, яаран зугтав. Тэнд айдас тэднийг нөмөрч, төрөх гэж буй эмэгтэйн өвдөлт мэт шаналал тэднийг эзэмджээ. Та Таршишийн усан онгоцнуудыг зүүн салхиар хэмхэлдэг. Дуулал 48:4–7.</w:t>
      </w:r>
    </w:p>
    <w:p>
      <w:pPr>
        <w:pStyle w:val="ArticleBody"/>
        <w:jc w:val="left"/>
      </w:pPr>
      <w:r>
        <w:rPr>
          <w:rFonts w:ascii="Times New Roman" w:hAnsi="Times New Roman" w:eastAsia="Times New Roman" w:cs="Times New Roman"/>
        </w:rPr>
        <w:t>Гурав дахь гайгийн Исламаас гарч, үндэстнүүдийн өсөн нэмэгдэж буй хилэнг (төрөх өвдөлттэй эмэгтэй адил) төлөөлдөг дорнын салхи Таршишийн усан онгоцуудыг живүүлэхэд, даяарчлалч хаад, тэрбумтнууд, банкныхан айдас ба шаналлаар түгшинэ. Ислам орон нутгийн болон дэлхийн эдийн засгийг эвдэж, Ардчилсан нам болон даяарчлалчдад бус, харин Трампын давуу талд яг тохирох эдийн засаг, улс төрийн орчныг бүрдүүлэх гэж байна. Учир нь луугийн хүч “үйлчилсний хөлсөнд” долоон толгойн нэгэн адил бөгөөд тэдгээрээс гарсан найм дахь толгойд өгөгддөг. Бурхан Трампаар дамжуулан Грекчүүдийн бүх хүрээг хөдөлгөөнд оруулсан. Учир нь Бурхан эдүгээ бүх дэлхийг хоёр ангид хуваагдах нөхцөл байдлыг бий болгож байна.</w:t>
      </w:r>
    </w:p>
    <w:p>
      <w:pPr>
        <w:pStyle w:val="ArticleBody"/>
        <w:jc w:val="left"/>
      </w:pPr>
      <w:r>
        <w:rPr>
          <w:rFonts w:ascii="Times New Roman" w:hAnsi="Times New Roman" w:eastAsia="Times New Roman" w:cs="Times New Roman"/>
        </w:rPr>
        <w:t>Өнөөдөр глобалистуудын ажиллуулж буй эдийн засгийн тогтолцоо анх Вудро Вилсоны ерөнхийлөгчийн үед нэвтрүүлэгдсэн юм. Тэрээр Ардчилсан намын хүн байсан бөгөөд Америкийн Нэгдсэн Улсыг айсуй Дэлхийн нэгдүгээр дайнд оролцуулахгүй хэмээн амлаж сонгогдсон боловч эцэст нь Дэлхийн нэгдүгээр дайны үед төр улсыг удирдсан ерөнхийлөгч болсон юм. Вилсон нь Нэгдсэн Үндэстний Байгууллагын өмнөтгөл болсон Үндэстнүүдийн Лигийг хүчтэй дэмжсэнээрээ хамгийн их танигдсан билээ. Түүний ерөнхийлөгчийн үед, 1913 онд Вилсон улсын эдийн засгийн чиглэлийг Холбооны Нөөцийн Системийн ивээлд шилжүүлснээр Америкийн Нэгдсэн Улсын санхүүгийн бүтэц глобалистуудын гарт өгөгдсөн юм.</w:t>
      </w:r>
    </w:p>
    <w:p>
      <w:pPr>
        <w:pStyle w:val="ArticleBody"/>
        <w:jc w:val="left"/>
      </w:pPr>
      <w:r>
        <w:rPr>
          <w:rFonts w:ascii="Times New Roman" w:hAnsi="Times New Roman" w:eastAsia="Times New Roman" w:cs="Times New Roman"/>
        </w:rPr>
        <w:t>Дэлхийн нэгдүгээр дайны үеийн ерөнхийлөгчийн эш үзүүллэгийн шинж нь дайнд явахгүй гэсэн түүний амлалт байсан бөгөөд энэ нь худал байв. Тэрээр Үндэстнүүдийн Лигийн нэг дэлхийн засгийн газрыг дэмжин урагшлуулсан түүхэн гол хүн байсан бөгөөд Америкийн Нэгдсэн Улсын санхүүг дэлхийн банкчдын мэдэлд шилжүүлэх үйл явцыг тэргүүлэн удирдсан. Тэрээр 1913 оноос 1921 он хүртэл ноёрхов. 1919 онд дэлхийтэй эвлэрэн нийцэхийг бэлгэддэг Адвентизмын гурав дахь үе нь Вильсоны дэлхийтэй хийсэн буулттай зэрэгцэн явсан, учир нь тэрхүү хоёр эвэр бие биетэйгээ зэрэгцэн явдаг. Лаодикийн Адвентизмын гурав дахь үед тэд өөрсдийн эмнэлгийн болон боловсролын тогтолцооны хяналтыг сүнслэг бүрэн эрхийнх нь гаднах хүмүүсийн гарт шилжүүлэн өгсөн. Үүний зэрэгцээ Вильсон Америкийн Нэгдсэн Улсын санхүүгийн бүрэн эрхийг глобалист банкчдад шилжүүлэн өгч, мөн Америкийн Нэгдсэн Улсын улс төрийн бүрэн эрхийг глобалистуудад шилжүүлэхийн төлөө цуцалтгүй ажилласан боловч бүтэлгүйтсэн юм.</w:t>
      </w:r>
    </w:p>
    <w:p>
      <w:pPr>
        <w:pStyle w:val="ArticleBody"/>
        <w:jc w:val="left"/>
      </w:pPr>
      <w:r>
        <w:rPr>
          <w:rFonts w:ascii="Times New Roman" w:hAnsi="Times New Roman" w:eastAsia="Times New Roman" w:cs="Times New Roman"/>
        </w:rPr>
        <w:t>Дэлхийн Нэгдүгээр дайны үеийн ерөнхийлөгч байсан Вильсон нь Дэлхийн Гуравдугаар дайныг тодорхойлон танигдуулах эш үзүүллэгийн шинжүүдийг төлөөлдөг. Тэрээр Холбооны Нөөцийн Сан нь Америкийн бүрэн эрхт байдалд бус, харин даяарчлалчдын мөрийн хөтөлбөрт хамгийн зохистой чиглэлээр дэлхийн эдийн засгийг хянахад оролцож байдаг түүхийг төлөөлдөг. Тэрээр мөн Библи дэх эш үзүүллэгийн долоо дахь хаанчлал болох зорилгодоо Шинэ Дэлхийн Дэг Журам эцэст нь хүрэх үед, хэдий тэдний ноёрхол богино настай боловч, тухайн үед оршиж буй ерөнхийлөгчийг төлөөлдөг. Энэ үнэн хоёр гэрчээр тогтоогддог. Учир нь Дэлхийн Нэгдүгээр дайны дараа Үндэстнүүдийн Лигт нэгдэх гэсэн Вильсоны бүтэлгүй оролдлого нь Дэлхийн Хоёрдугаар дайны дараахан Америкийн Нэгдсэн Улс Нэгдсэн Үндэстний Байгууллагад нэгдсэнийг хэв шинжээр урьдчилан дүрсэлсэн юм. Эдгээр хоёр гэрч дээр үндэслэн, удахгүй ирэх ням гаргийн хууль нь, араасаа үндэсний сүйрлийг дагуулан, Вудроу Вильсоны ерөнхийлөгчийн үеэс хойш даяарчлалчдын тулган хэрэгжүүлэхийг зорьж ирсэн нэг дэлхийн засгийн газар болох Нэгдсэн Үндэстний Байгууллагыг хэрэгжүүлэхэд хүргэнэ.</w:t>
      </w:r>
    </w:p>
    <w:p>
      <w:pPr>
        <w:pStyle w:val="ArticleBody"/>
        <w:jc w:val="left"/>
      </w:pPr>
      <w:r>
        <w:rPr>
          <w:rFonts w:ascii="Times New Roman" w:hAnsi="Times New Roman" w:eastAsia="Times New Roman" w:cs="Times New Roman"/>
        </w:rPr>
        <w:t>Долоон дотроос гарч ирдэг найм дахь бөгөөд эцсийн ерөнхийлөгчийн ерөнхийлөгчлөлийн үед эдгээр эш үзүүллэгийн шинжүүд заавал оршин байх ёстой. Уилсоны дараа Бүгд Найрамдах намын Уоррен Хардинг гарч ирсэн бөгөөд тэрээр “архирсан хориод он” хэмээн нэрлэгддэг үеийг эхлүүлсэн; энэ нь 1929 оны биржийн сүйрэлд хүргэж, тэр нь Их Хямралд хүргэж, улмаар Дэлхийн Хоёрдугаар дайнд хүргэсэн юм. Трампын анхны ерөнхийлөгчлөл нь “архирсан хориод он” байсан бөгөөд Байден газар дээрх араатны түүхэн дэх хамгийн агуу хямралыг эхлүүлэх гэж байна. Тэр хямралыг 1929 оны сүйрлээр урьдчилан дүрсэлсэн төдийгүй, Эллен Уайтын үед болсон “1837 оны санхүүгийн сандрал”-аар ч мөн адил дүрслэн үзүүлсэн юм.</w:t>
      </w:r>
    </w:p>
    <w:p>
      <w:pPr>
        <w:pStyle w:val="ArticleBody"/>
        <w:jc w:val="left"/>
      </w:pPr>
      <w:r>
        <w:rPr>
          <w:rFonts w:ascii="Times New Roman" w:hAnsi="Times New Roman" w:eastAsia="Times New Roman" w:cs="Times New Roman"/>
        </w:rPr>
        <w:t>АНУ-д 1830-аад онд тохиосон эдийн засгийн уналтыг нийтээрээ “1837 оны үймээн” хэмээн нэрлэдэг. Энэ нь 1837 оноос 1840-өөд оны дунд үе хүртэл үргэлжилсэн эдийн засгийн хүнд уналт байсан бөгөөд 1830-аад оны арваны ихэнх хэсгийг хамарсан юм. 1837 оны үймээн нь санхүүгийн хямрал, банкуудын дампуурал, өргөн хүрээний ажилгүйдэл, эдийн засгийн удаан хугацааны хүндрэлийн үеээр тодорхойлогдож байв.</w:t>
      </w:r>
    </w:p>
    <w:p>
      <w:pPr>
        <w:pStyle w:val="ArticleBody"/>
        <w:jc w:val="left"/>
      </w:pPr>
      <w:r>
        <w:rPr>
          <w:rFonts w:ascii="Times New Roman" w:hAnsi="Times New Roman" w:eastAsia="Times New Roman" w:cs="Times New Roman"/>
        </w:rPr>
        <w:t>1837 оны үймээн самуун нь 1929 оны сүйрлийн адил “спекуляцийн хөөс”-нөөс үүдэлтэй байв. 1837 онд уг хөөс хагарахад энэ нь өргөн хүрээтэй дампуурал болон санхүүгийн алдагдалд хүргэсэн. Спекуляцийн хөөсний дараагаар банкнууд олноор дампуурч, үүний улмаас банкны тогтолцоонд итгэх итгэл алдагдан, санхүүгийн өргөн цар хүрээтэй үймээн самуун дэгдсэн. Олон улсын худалдаа буурч, Америкийн экспортын эрэлт саарснаар улам хүндрүүлэгдсэн дэлхийн эдийн засгийн уналт нь АНУ дахь эдийн засгийн бэрхшээлд хувь нэмэр оруулсан.</w:t>
      </w:r>
    </w:p>
    <w:p>
      <w:pPr>
        <w:pStyle w:val="ArticleBody"/>
        <w:jc w:val="left"/>
      </w:pPr>
      <w:r>
        <w:rPr>
          <w:rFonts w:ascii="Times New Roman" w:hAnsi="Times New Roman" w:eastAsia="Times New Roman" w:cs="Times New Roman"/>
        </w:rPr>
        <w:t>Их хямралын эхлэлийг тэмдэглэсэн 1929 оны хөрөнгийн зах зээлийн сүйрлийн өмнө Хөрөнгийн биржид спекуляцийн хөөс үүссэн байв. 1920-иод оны туршид АНУ-д “Архирсан хориод он” хэмээн нэрлэгдсэн эдийн засгийн цэцэглэлтийн үе үргэлжилж, тэр нь аж үйлдвэрийн түргэн өсөлт, технологийн шинэчлэл, түгээмэл өөдрөг үзлээр тодорхойлогдож байлаа. Энэ хугацаанд Хөрөнгийн бирж дэх спекуляци огцом өсөж, хялбар зээл, маржинаар арилжаалах явдал (зээлсэн мөнгөөр хувьцаа худалдан авах), мөн хувьцааны суурь үнэлгээнд бус харин ирээдүйн үнийн өсөлтийг урьдчилан таамагласанд тулгуурласан спекулятив худалдан авалтаар хөөрөгдөж байв. Хувьцааны үнэ тогтвортой хадгалагдах боломжгүй түвшинд хүрч өссөн бөгөөд төлөөлж байсан компаниудын дотоод бодит үнээс үлэмж давсан байлаа.</w:t>
      </w:r>
    </w:p>
    <w:p>
      <w:pPr>
        <w:pStyle w:val="ArticleBody"/>
        <w:jc w:val="left"/>
      </w:pPr>
      <w:r>
        <w:rPr>
          <w:rFonts w:ascii="Times New Roman" w:hAnsi="Times New Roman" w:eastAsia="Times New Roman" w:cs="Times New Roman"/>
        </w:rPr>
        <w:t>2000 оны 3-р сараас 2002 оны 10-р сар хүртэл “дот-ком хөөс” хагарсан. 2001 оны 9-р сарын 11-ний өдөр тэрхүү эдийн засгийн уналтын дотор багтаж байв. Дараа нь 2008 онд орон сууцны хөөс хагарч, үүнийг Дэлхийн санхүүгийн хямрал буюу Их уналт гэж нэрлэсэн.</w:t>
      </w:r>
    </w:p>
    <w:p>
      <w:pPr>
        <w:pStyle w:val="ArticleBody"/>
        <w:jc w:val="left"/>
      </w:pPr>
      <w:r>
        <w:rPr>
          <w:rFonts w:ascii="Times New Roman" w:hAnsi="Times New Roman" w:eastAsia="Times New Roman" w:cs="Times New Roman"/>
        </w:rPr>
        <w:t>Ням гарагийн хуулиас өмнөхөн Америкийн Нэгдсэн Улсын иргэдийн түр зуурын эдийн засгийн чинээлэг байдал зайлуулагдана. Түр зуурын эдийн засгийн чинээлэг байдлын энэ зайлуулагдал нь нэг зуун дөчин дөрвөн мянгатын тамгалагдах цаг үед тохиолддог. Тамгалагдах цаг үеийн эхний тэмдэглэгээ нь эдийн засгийн сүйрлийн дунд суулгагдсан байсан. 2001 оны есдүгээр сарын 11 нь гурав дахь тэнгэрэлчийн хүчирхэгжүүлэлт байсан бөгөөд мөнөөх яг тэр тэнгэрэлч 1844 онд ирэхэд, тэр түүх ч бас эдийн засгийн сүйрлийн дунд суулгагдсан байв. 1844 он удахгүй ирэх Ням гарагийн хуулийг хэв шинжээр илэрхийлдэг бөгөөд 2001 оны есдүгээр сарын 11 нь тамгалагдах үеийн эхлэл мөн. Есүс аливаа зүйлийн төгсгөлийг үргэлж тухайн зүйлийн эхлэлээр дүрслэн үзүүлдэг. 1929 оны сүйрэл нь Дэлхийн хоёрдугаар дайны өмнө тохиолдож, түүнд хүргэсэн юм.</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“Бусад үндэстнүүдийн хүмүүст гэрлээ гэрэлтүүлэн, Бурханы бидэнд хийлгэхээр үлдээсэн ажлыг гүйцэтгэхээс биднийг саатуулж ирсэн нэгэн залхуу хайнга байдал, мөн ард түмэн болох бидний дунд байсан гэмт итгэлгүй байдал оршсоор ирлээ. Энэ агуу үйл хэрэгт урагшлан гарах, эрсдэл үүрэхээс эмээх нэгэн аймхай байдал байна; зарцуулсан хөрөнгө нь өгөөж авчрахгүй гэж айдаг. Хэрэв хөрөнгө хэрэглэгдлээ ч, түүгээр дамжин сүнснүүд аврагдсаныг бид харж чадахгүй бол яах вэ? Хэрэв бидний хөрөнгийн нэг хэсэг үнэхээр ямар ч өгөөжгүй алдагдал болбол яах вэ? Юу ч хийхгүй байснаас ажиллаж, ажлаа үргэлжлүүлэн хийх нь дээр. Энэ нь эсвэл тэр нь алин нь амжилттай болохыг чи мэдэхгүй. Хүмүүс патентын эрхэд хөрөнгө оруулж, ихээхэн хохирол амсдаг бөгөөд үүнийг ердийн хэрэг мэт үздэг. Харин Бурханы ажил, Бурханы үйл хэргийн төлөө хүмүүс эрсдэл үүрэхээс айдаг. Сүнснүүдийг аврах ажилд зарцуулагдсан мөнгө нэн даруй өгөөж авчрахгүй бол тэдэнд энэ нь үхмэл гарз мэт санагддаг. Одоо Бурханы үйл хэрэгт маш харамлан зарцуулж буй, мөн хувиа хичээн хадгалж буй тэрхүү хөрөнгө тун удахгүй бүх шүтээнүүдийн хамт сохор номин, сарьсан багваахайд хаягдах болно. Мөнх байдлын үзэгдлүүдийн бодит байдал хүний мэдрэхүйд нээгдэх үед мөнгөний үнэ цэнэ тун удалгүй, маш огцом унах болно.” The True Missionary, 1874 оны 1 дүгээр сарын 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дөчин тавдугаар хэсэг</dc:title>
  <dc:subject>Библийн эш үзүүллэг ба өнөөгийн үйл явдлын тайлал: Орчин үеийн улс төр болон шашны бэлгэдлийн талаарх нэгэн үзэл баримтлал</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