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Зургаа дахь дугаар</w:t>
      </w:r>
    </w:p>
    <w:p>
      <w:pPr>
        <w:pStyle w:val="ArticleSubtitle"/>
        <w:jc w:val="left"/>
      </w:pPr>
      <w:r>
        <w:rPr>
          <w:rFonts w:ascii="Arial" w:hAnsi="Arial" w:eastAsia="Arial" w:cs="Arial"/>
        </w:rPr>
        <w:t>Эш үзүүллэгийн утсыг тайлан задлах нь: Сүүлчийн ерөнхийлөгч, дарангуйлал, мөн айсуй Ням гаргийн хууль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Бид удахгүй ирэх Ням гаргийн хуулийг чиглэн өрнөх түүхийн явцад Америкийн Нэгдсэн Улсын эцсийн ерөнхийлөгч дарангуйлагчийн эрх мэдэлтэй болох үед оршин байх эш үзүүллэгийн орчныг тодорхойлох үйл явцын дунд байна. Юу ч хоосон орон зайд хийгддэггүй бөгөөд газрын араатны иргэд Трампын талаархи үнэлэмждээ нэлээд тэнцүүгээр хуваагдсан байдаг. Түүний үзэл бодолд талтай хүмүүс тэр яагаад намаг цэвэрлэх шаардлагатайг, мөн Трамп дарангуйлагчийн үүргийг өөртөө авахгүйгээр энэ нь хэрэгжих нь бараг боломжгүй яагаад болохыг амархан харж чадна. Хамгийн хүчирхэг дарангуйлагчид бол өөрсдийн хийхээр оролдож буй ажлыг хүн амын өндөр хувь нь дэмждэг тэд юм. Гитлер засгийн эрхэнд гарахаас өмнө нэг талх авахын тулд бэлэн мөнгөөр дүүрэн нэг тэргэнцэр хэрэг болдог байв.</w:t>
      </w:r>
    </w:p>
    <w:p>
      <w:pPr>
        <w:pStyle w:val="ArticleBody"/>
        <w:jc w:val="left"/>
      </w:pPr>
      <w:r>
        <w:rPr>
          <w:rFonts w:ascii="Times New Roman" w:hAnsi="Times New Roman" w:eastAsia="Times New Roman" w:cs="Times New Roman"/>
        </w:rPr>
        <w:t>Гитлер энэ бүхнийг эсрэгээр нь эргүүлсэн бөгөөд германчууд тэр түүхийн ихэнхийг хүлээн зөвшөөрөхийг хүсдэггүй боловч Гитлер өөрийн үйл хэрэгт өргөн хүрээний дэмжлэгтэй байсан. АНУ болон бүхэл дэлхий дахинд тулгарч буй асуудлууд иргэдийн хооронд ялгарал бий болгож, одоо зааг шугамууд татагдаж байна. Хувьсгалт дайнаас 1798 он хүртэлх хугацаа нь нэг зуун дөчин дөрвөн мянгын лацдах цаг үетэй нийцэх бэлтгэлийн үеийг төлөөлдөг. Patriot Act нь Хувьсгалт дайны сүнслэг давталтын эхлэлийг тэмдэглэсэн. Есүс төгсгөлийг эхлэлээр нь үргэлж дүрслэн харуулдаг бөгөөд газрын араатан Хувьсгалт дайнаар эхэлсэн учраас мөн тийнхүү нэгэн Хувьсгалт дайнаар төгсөнө. Эхнийх нь бодит байсан, сүүлчийнх нь сүнслэг юм.</w:t>
      </w:r>
    </w:p>
    <w:p>
      <w:pPr>
        <w:pStyle w:val="ArticleBody"/>
        <w:jc w:val="left"/>
      </w:pPr>
      <w:r>
        <w:rPr>
          <w:rFonts w:ascii="Times New Roman" w:hAnsi="Times New Roman" w:eastAsia="Times New Roman" w:cs="Times New Roman"/>
        </w:rPr>
        <w:t>АНУ-ын Иргэний дайн бодитой байсан бөгөөд эцсийн өдрүүдэд дахин давтагдах ёстой. Энэ нь анхны Бүгд Найрамдах намын ерөнхийлөгчийн гарч ирэлтийг тэмдэглэсэн бөгөөд тэрээр сүүлчийн Бүгд Найрамдах намын ерөнхийлөгчийн хэв шинж болдог. Бүгд Найрамдах нам нь удаан хугацаанд тогтсон боолчлолыг дэмжигч Ардчилсан намын эсрэг зогсохын тулд боолчлолын эсрэг нам болон бий болсон. Тэрхүү улс төрийн маргаан нь Иргэний дайн, мөн Линкольны ерөнхийлөгч болсныг бий болгосон. Иймээс анхны Бүгд Найрамдах намын ерөнхийлөгчийг Иргэний дайнаас салган авч үзэх боломжгүй бөгөөд тийнхүү сүүлчийн Бүгд Найрамдах намын ерөнхийлөгч Иргэний дайны шууд өмнөх оршил болсон нөхцөл байдлыг өвлөн авах болно. Есүс сүнслэг ертөнцийг тайлбарлахын тулд байгалийн ертөнцийг ашигласан. Луугийн намын эцэг нь худал хуурмагийн эцэг бөгөөд Ардчилсан намын ялгарах шинж нь худал хуурмаг мөн. Энэхүү арга барилын сонгодог жишээ нь тэд өөрсдийгөө цөөнхүүдэд элэгтэй нам хэмээн мэдэгддэг явдал юм.</w:t>
      </w:r>
    </w:p>
    <w:p>
      <w:pPr>
        <w:pStyle w:val="ArticleScripture"/>
        <w:jc w:val="left"/>
      </w:pPr>
      <w:r>
        <w:rPr>
          <w:rFonts w:ascii="Times New Roman" w:hAnsi="Times New Roman" w:eastAsia="Times New Roman" w:cs="Times New Roman"/>
        </w:rPr>
        <w:t>Хуурамч эш үзүүлэгчдээс сэрэмжлэгтүн. Тэд та нар уруу хонины арьс нөмөрсөн мэт ирдэг боловч дотроо бол улайран булаагч чононууд мөн. Та нар тэднийг үр жимсээр нь танин мэднэ. Хүмүүс өргөснөөс усан үзэм, эсвэл хог өвснөөс инжир түүдэг гэж үү? Үүнчлэн сайн мод бүхэн сайн үр жимс ургуулдаг, харин муу мод муу үр жимс ургуулдаг. Сайн мод муу үр жимс ургуулж үл чадна, мөн муу мод сайн үр жимс ургуулж үл чадна. Сайн үр жимс ургуулдаггүй аливаа модыг огтолж, галд хаядаг. Иймээс та нар тэднийг үр жимсээр нь танин мэднэ. Матай 7:15–20.</w:t>
      </w:r>
    </w:p>
    <w:p>
      <w:pPr>
        <w:pStyle w:val="ArticleBody"/>
        <w:jc w:val="left"/>
      </w:pPr>
      <w:r>
        <w:rPr>
          <w:rFonts w:ascii="Times New Roman" w:hAnsi="Times New Roman" w:eastAsia="Times New Roman" w:cs="Times New Roman"/>
        </w:rPr>
        <w:t>Модны үндэс нь ямар жимс ургуулахыг нь тодорхойлдог бөгөөд Ардчилсан намын үндэс нь боолчлолыг дэмжсэн тэдний байр суурь юм. Бүгд Найрамдах намын үндэс нь боолчлолын эсрэг тэдний байр суурь юм.</w:t>
      </w:r>
    </w:p>
    <w:p>
      <w:pPr>
        <w:pStyle w:val="ArticleScripture"/>
        <w:jc w:val="left"/>
      </w:pPr>
      <w:r>
        <w:rPr>
          <w:rFonts w:ascii="Times New Roman" w:hAnsi="Times New Roman" w:eastAsia="Times New Roman" w:cs="Times New Roman"/>
        </w:rPr>
        <w:t>Өө, ЭЗЭН, би Тантай маргалдах үед Та зөвт билээ. Гэвч Таны шүүлтүүдийн тухай би Тантай ярилцъя: Яагаад хорон муу хүмүүсийн зам манддаг билээ? Яагаад маш урвагч бүх хүн амгалан байдаг билээ? Та тэднийг суулгасан, тийм ээ, тэд үндэслэсэн; тэд өсөн нэмэгддэг, тийм ээ, үр жимс гаргадаг. Та тэдний аманд ойр атал тэдний дотоод сэтгэлээс хол байна. Иеремиа 12:1, 2.</w:t>
      </w:r>
    </w:p>
    <w:p>
      <w:pPr>
        <w:pStyle w:val="ArticleBody"/>
        <w:jc w:val="left"/>
      </w:pPr>
      <w:r>
        <w:rPr>
          <w:rFonts w:ascii="Times New Roman" w:hAnsi="Times New Roman" w:eastAsia="Times New Roman" w:cs="Times New Roman"/>
        </w:rPr>
        <w:t>Ирэх Иргэний дайн нь Зүүнхатан эгчийн нэрлэснээр “мөнгөт хүмүүс” ядуусыг даран мөлжихийн зэрэгцээ үндэстнүүдийн баялгийг хураан авахын тулд зах зээлийг хяналтдаа байлгаж буй нөхцөл байдалд байршуулан үзүүлэгддэг.</w:t>
      </w:r>
    </w:p>
    <w:p>
      <w:pPr>
        <w:pStyle w:val="ArticleScripture"/>
        <w:jc w:val="left"/>
      </w:pPr>
      <w:r>
        <w:rPr>
          <w:rFonts w:ascii="Times New Roman" w:hAnsi="Times New Roman" w:eastAsia="Times New Roman" w:cs="Times New Roman"/>
        </w:rPr>
        <w:t>“Энэтхэг, Хятад, Орос, мөн Америкийн хотуудад олон мянган эрэгтэй, эмэгтэй хүмүүс өлсгөлөнгөөс болж үхэж байна. Мөнгө чинээтэй хүмүүс эрх мэдэлтэй учраас зах зээлийг хянаж байна. Тэд олж авч чадах бүхнээ хямд үнээр худалдан авч, дараа нь асар их өсгөсөн үнээр зардаг. Энэ нь ядуу давхаргынхны хувьд өлсгөлөн гэсэн үг бөгөөд иргэний дайнд хүргэнэ.” Manuscript Releases, 5-р боть, 305.</w:t>
      </w:r>
    </w:p>
    <w:p>
      <w:pPr>
        <w:pStyle w:val="ArticleBody"/>
        <w:jc w:val="left"/>
      </w:pPr>
      <w:r>
        <w:rPr>
          <w:rFonts w:ascii="Times New Roman" w:hAnsi="Times New Roman" w:eastAsia="Times New Roman" w:cs="Times New Roman"/>
        </w:rPr>
        <w:t>Линкольны түүхэн дэх Иргэний дайн нь бодит байсан бөгөөд бодит боолчлолын асуудлыг авч хэлэлцсэн юм. Луугийн өдөөлттэй глобалистууд эцсийн өдрүүдэд Иргэний дайныг бий болгож байгаа бөгөөд энэ нь дундаж давхаргыг устгах тэдний оролдлогод тулгуурлаж, зөвхөн хэт баян элитүүд болон хэт ядуу харьяат боолуудыг үлдээхэд чиглэж байна. Нийгэм, эдийн засаг, шашны эрх чөлөөг хадгалж байдаг нь дундаж давхарга бөгөөд түүнийг зайлуулмагц феодализмыг хэрэгжүүлэхийн эсрэг ямар ч хамгаалалтын давхарга үлдэхгүй. Францын хувьсгалын гол ололт нь феодализмын тогтолцоог эцэс болгосон явдал байсан бөгөөд глобалистууд одоо дундаж давхаргыг устгах замаар түүнийг дахин тулган тогтоохыг эрмэлзэж байна. Глобалистуудын төлөвлөгөөний гол хэсэг нь дундаж давхаргыг хууль бус цагаачдаар дүүргэхэд үндэслэж байгаа бөгөөд энэ нь эдийн засгийн үйлдвэрлэлийг бууруулж, цалинг багасган, төрийн халамжийн тогтолцоог тэлдэг.</w:t>
      </w:r>
    </w:p>
    <w:p>
      <w:pPr>
        <w:pStyle w:val="ArticleBody"/>
        <w:jc w:val="left"/>
      </w:pPr>
      <w:r>
        <w:rPr>
          <w:rFonts w:ascii="Times New Roman" w:hAnsi="Times New Roman" w:eastAsia="Times New Roman" w:cs="Times New Roman"/>
        </w:rPr>
        <w:t>Дэлхийн Хоёрдугаар дайны өмнөхөн, Их хямралын жилүүдэд Ромын Католик шашны санваартан Эцэг Чарльз Коуглин улс орон даяарх сая сая сонсогчдод хүрч байсан радио нэвтрүүлгүүдээрээ алдаршсан юм. Түүний радио нэвтрүүлгүүд ойрын өнгөрсөн үеийн Раш Лимбогийн нөлөөтэй дүйцэхүйц байв. Коуглин улс төр, эдийн засаг, нийгмийн асуудлууд зэрэг өргөн хүрээний сэдвийг хэлэлцэхийн тулд өөрийн радиогийн индрийг ашигладаг байлаа. Тэрээр анх Ерөнхийлөгч Франклин Д. Рузвельт болон түүний “Шинэ бодлого”-ыг дэмжиж байсан. Ихэвчлэн өдөөн хатгасан, маргаан дагуулсан шинжтэй байсан Коуглины радио нэвтрүүлгүүд түүнийг Америкийн улс төр дэх талцал үүсгэгч дүр болгосон юм. Тэрээр олон тооны үнэнч дагалдагчтай байсан хэдий ч, хэт туйлширсан үзэл бодлынхоо улмаас янз бүрийн хүрээнээс шүүмжлэл болон зэмлэлтэй тулгарч байв.</w:t>
      </w:r>
    </w:p>
    <w:p>
      <w:pPr>
        <w:pStyle w:val="ArticleBody"/>
        <w:jc w:val="left"/>
      </w:pPr>
      <w:r>
        <w:rPr>
          <w:rFonts w:ascii="Times New Roman" w:hAnsi="Times New Roman" w:eastAsia="Times New Roman" w:cs="Times New Roman"/>
        </w:rPr>
        <w:t>Коуглины улс төр, эдийн засаг, нийгмийн талаарх анхны үзэл баримтлалуудыг Франклин Рузвельт хүлээн авч, тэдгээрийг өөрийн Шинэ хэлэлцээрийн бодлогын үндсэн загвар болгосон бөгөөд уг бодлого нь өсөн нэмэгдсээр буй Нийгмийн хамгааллын тогтолцоо, мөн АНУ дахь халамжийн тогтолцооны гай зовлонг нэвтрүүлсэн юм. Түүний Шинэ хэлэлцээрийн бодлого нь түүний өвийн онцлох шинж тэмдэг болсон бөгөөд Дэлхийн хоёрдугаар дайнд хүргэсэн, мөн түүний дараа үргэлжилсэн эш үзүүллэгийн үйл явдлын нэгэн бүрэлдэхүүн хэсэг байв. “Тэднийг үр жимсээр нь танина.” Рузвельтийн Шинэ хэлэлцээрийн бодлогыг хэрэгжүүлсний улмаас Их хямрал АНУ-д дэлхийн бусад аль ч улсаас хавьгүй удаан үргэлжилсэн юм.</w:t>
      </w:r>
    </w:p>
    <w:p>
      <w:pPr>
        <w:pStyle w:val="ArticleBody"/>
        <w:jc w:val="left"/>
      </w:pPr>
      <w:r>
        <w:rPr>
          <w:rFonts w:ascii="Times New Roman" w:hAnsi="Times New Roman" w:eastAsia="Times New Roman" w:cs="Times New Roman"/>
        </w:rPr>
        <w:t>Рузвельт Ардчилсан намын хүн байсан бөгөөд тиймээс луунаас өдөөгдсөн глобалист байв. Түүний хэрэгжүүлсэн New Deal бодлогууд нь хэт баян ба хэт ядуу иргэдээс бүрдэх ард олныг бий болгох алсын зорилгот төлөвлөгөөний нэг хэсэг байсан. Иргэний дайны үеийн бодит боолчлол нь өнөөдөр асар хурдацтайгаар эрчимжиж буй сүнслэг болон эдийн засгийн боолчлолыг төлөөлдөг бөгөөд орчин үеийн Вавилоны глобалист тэрбумтан худалдаачид Рузвельтийн New Deal-ийг өөрсдийн ойлголтоор төгс төгөлдөрт хүргэхээр зориулагдсан хууль бус цагаачлалыг өргөн хүрээнд санхүүжүүлж байна. Гуравдугаар дэлхийн дайнд тулгарах эцсийн ерөнхийлөгч нь мөн Дэлхийн хоёрдугаар дайны үед ерөнхийлөгчийн хэрэгжүүлсэн нийгмийн хараат байдлын хөтөлбөрийн хямралтай тулгарах болно. Зөн билиг энэ баримтыг илчилдэг бөгөөд мөн эцсийн өдрүүдийн удирдагчид энэ асуудлыг хэрхэн шийдвэрлэхээ үл мэднэ гэдгийг ч илчилдэг.</w:t>
      </w:r>
    </w:p>
    <w:p>
      <w:pPr>
        <w:pStyle w:val="ArticleScripture"/>
        <w:jc w:val="left"/>
      </w:pPr>
      <w:r>
        <w:rPr>
          <w:rFonts w:ascii="Times New Roman" w:hAnsi="Times New Roman" w:eastAsia="Times New Roman" w:cs="Times New Roman"/>
        </w:rPr>
        <w:t>“Нийгмийн өнөөгийн байдлын суурь болсон шалтгаануудыг, тэр ч байтугай сурган хүмүүжүүлэгчид болон төрийн зүтгэлтнүүдийн дунд ч, ойлгодог хүн олон биш юм. Төрийн жолоог атгаж буй хүмүүс ёс суртахууны ялзрал, ядуурал, гуйлгачлал, өсөн нэмэгдэж буй гэмт хэргийн асуудлыг шийдвэрлэж чаддаггүй. Тэд бизнесийн үйл ажиллагааг илүү найдвартай үндэслэл дээр тогтоохын төлөө дэмий тэмцэж байна. Хэрэв хүмүүс Бурханы үгийн сургаалд илүү анхаарал хандуулдагсан бол тэд өөрсдийг нь төөрөгдүүлж буй асуудлуудын шийдлийг олох байсан.”</w:t>
      </w:r>
    </w:p>
    <w:p>
      <w:pPr>
        <w:pStyle w:val="ArticleScripture"/>
        <w:jc w:val="left"/>
      </w:pPr>
      <w:r>
        <w:rPr>
          <w:rFonts w:ascii="Times New Roman" w:hAnsi="Times New Roman" w:eastAsia="Times New Roman" w:cs="Times New Roman"/>
        </w:rPr>
        <w:t>“Судрууд Христийн хоёр дахь ирэлтийн яг өмнөхөн ертөнцийн байдлыг дүрслэн өгүүлдэг. Дээрэм, мөлжлөгөөр асар их эд баялаг хураан цуглуулж буй хүмүүсийн талаар: ‘Та нар эцсийн өдрүүдэд зориулан эрдэнэс хураан цуглуулжээ. Харагтун, та нарын хууран мэхлэлээр саатуулагдсан, талбайг чинь хадаж авсан ажилчдын хөлс хашхирч байна; мөн хадсан хүмүүсийн хашхираан Сабаот Эзэний чихэнд хүрчээ. Та нар газар дээр жаргал цэнгэлд умбан, тансаглан завхарч амьдарсан; нядалгааны өдөр мэт зүрх сэтгэлээ таргалуулсан. Та нар зөвтнийг яллаж, алсан; харин тэр та нарт эсэргүүцэн босдоггүй’ гэж бичигдсэн байдаг. Иаков 5:3–6.” Гэрчлэлүүд, 9-р боть, 13.</w:t>
      </w:r>
    </w:p>
    <w:p>
      <w:pPr>
        <w:pStyle w:val="ArticleBody"/>
        <w:jc w:val="left"/>
      </w:pPr>
      <w:r>
        <w:rPr>
          <w:rFonts w:ascii="Times New Roman" w:hAnsi="Times New Roman" w:eastAsia="Times New Roman" w:cs="Times New Roman"/>
        </w:rPr>
        <w:t>Сүүлчийн ерөнхийлөгч “төрийн жолоог гартаа атгах” боловч тэрээр “ёс суртахууны завхрал, ядуурал, гуйлгачлал, өсөн нэмэгдэж буй гэмт хэргийн асуудлыг шийдвэрлэж” чадахгүй. Мөн тэрээр “бизнесийн үйл ажиллагааг илүү найдвартай үндэслэл дээр тавьж” чадахгүй. Эдгээр бүх асуудал нь эцсийн өдрүүдийн банкчид болон тэрбумтан худалдаачидтай холбоотой. “Гуйлгачлал” гэдэг нь орон нутгийн захиргаа эсвэл буяны байгууллагуудаас үзүүлдэг ядууст зориулсан тусламж, халамжид найдаж амьдардаг хүмүүсийн байдлыг тодорхойлоход хэрэглэгддэг. Олон нийгэмд гуйлгачлал нь нийгмийн гутаан доромжлолтой холбогдож, ядуурлыг туулж буй хүмүүсийг зах хязгаарт шахах, тэдний эсрэг ялгаварлан гадуурхахад олонтаа хүргэдэг байв. Америкийн түүхэнд “гуйлгачлал”-ыг бий болгосон хөтөлбөр нь, ядуурлын урхинд орсон хүмүүст өөрсдийгөө дээшлүүлэхэд нь туслахаар зориулагдсан хэмээн үзэгддэг тэрхүү хөтөлбөр юм. Харин үүний оронд, тэр нь тэдгээр гуйлгачдыг эдийн засгийн боолчлолд барьж байлгах төрийн халамжийн тогтолцоог бий болгосон юм.</w:t>
      </w:r>
    </w:p>
    <w:p>
      <w:pPr>
        <w:pStyle w:val="ArticleBody"/>
        <w:jc w:val="left"/>
      </w:pPr>
      <w:r>
        <w:rPr>
          <w:rFonts w:ascii="Times New Roman" w:hAnsi="Times New Roman" w:eastAsia="Times New Roman" w:cs="Times New Roman"/>
        </w:rPr>
        <w:t>Дэлхийн хоёрдугаар дайны дараахан Нэгдсэн Үндэстний Байгууллага үйл ажиллагаагаа эхлүүлэв. Энэ нь эхний хоёр дэлхийн дайнаас гарсан хоёр дахь гэрчлэлийг өгсөн бөгөөд долоо дахь хаанчлал (Нэгдсэн Үндэстний Байгууллага) газрын дэлхийн сэнтий дээр залрагдах болно гэдгийг харуулсан юм. Эхний дэлхийн дайн нь анхны дэлхийн дайны түүхэнд нэвтрүүлэгдсэн дэлхийн банкны тогтолцооны үүргийг, мөн хоёрдугаар дэлхийн дайнд дүрслэгдсэнчлэн феодалын тогтолцоонд буцаж очих тухай тэрхүү дэлхийн банкчид ба худалдаачдын санаархлыг илчилсэн. Эдгээр бүх санаархал—нэг дэлхийт засаглал, хэт ядуусыг хэт баячууд захирах эдийн засгийн тогтолцоо, мөн зөвхөн өөрийн таалалд нийцсэн хэнийг оролцуулахыг зөвшөөрөх нэг дэлхийт санхүүгийн тогтолцоо—долоогоос гарсан найм дахь ерөнхийлөгчтэй дайтаж буй луугаас гарсан билээ.</w:t>
      </w:r>
    </w:p>
    <w:p>
      <w:pPr>
        <w:pStyle w:val="ArticleBody"/>
        <w:jc w:val="left"/>
      </w:pPr>
      <w:r>
        <w:rPr>
          <w:rFonts w:ascii="Times New Roman" w:hAnsi="Times New Roman" w:eastAsia="Times New Roman" w:cs="Times New Roman"/>
        </w:rPr>
        <w:t>Эдгээр хүчин зүйлээр илэрхийлэгдэж буй логик нь асуудлыг шийдвэрлэхдээ дарангуй шинжтэй арга барилд орохоос өөр аргагүй мэт мэдрэх нэгэн ерөнхийлөгчийг тодорхой харуулж байна. Бид зүгээр л Бурханы Үг эцсийн газрын араатны сүүлчийн ерөнхийлөгчийн түүхийн явцад дэлгэгдэх болно хэмээн тодорхойлсон эш үзүүллэгийн орчныг таньж байна. Өмнөх өгүүлэлд бид *The Great Controversy* номын нэгэн эшлэлийг дурдсан бөгөөд тэнд тэрээр Ням гаргийн хуулиас өмнө “түр зуурын хөгжил цэцэглэлт” зайлуулагдана хэмээн тодорхойлсон байдаг. Тэрхүү эшлэл нь эцсийн өдрүүдийн эш үзүүллэгийн олон шинжийг тодорхойлдог бөгөөд түүний авч үзсэн зүйлс нь араатны дүрийн сорилтын үед эхлээд Америкийн Нэгдсэн Улсад, түүнээс хойш дэлхий даяар биеллээ олдог. Тэрээр Сатан дэлхийг эрхшээлдээ оруулахын тулд ашигладаг хоёр асуудлыг спиритизм болон Ням гаргийг ариунчлах явдал хэмээн тодорхойлдог. Сатан ашиглах эдгээх гайхамшгуудыг дурдан ярихдаа тэрээр мөн бидний үеийн өөр нэг эш үзүүллэгийн асуудлыг тодорхойлдог.</w:t>
      </w:r>
    </w:p>
    <w:p>
      <w:pPr>
        <w:pStyle w:val="ArticleScripture"/>
        <w:jc w:val="left"/>
      </w:pPr>
      <w:r>
        <w:rPr>
          <w:rFonts w:ascii="Times New Roman" w:hAnsi="Times New Roman" w:eastAsia="Times New Roman" w:cs="Times New Roman"/>
        </w:rPr>
        <w:t>“Сүнсний үхэшгүй мөн чанар болон Ням гаргийн ариун чанар хэмээх хоёр агуу төөрөгдлөөр дамжуулан Сатан ард олныг өөрийн мэхлэлтийн дор оруулах болно. Эхнийх нь спиритизмын суурийг тавьдаг бол, сүүлийнх нь Ромтой сэтгэлийн нийцлийн холбоо бий болгодог. Америкийн Нэгдсэн Улсын протестантууд спиритизмын гарыг атгахаар ангал дээгүүр гараа сунгахад тэргүүн эгнээнд байх болно; тэд Ромын эрх мэдэлтэй гар барихаар ёроолгүй ангал дээгүүр тэмүүлэх болно; мөн энэхүү гуравласан нэгдлийн нөлөөн дор энэ улс мөс чанарын эрхийг дэвслэхдээ Ромын мөрийг дагах болно.”</w:t>
      </w:r>
    </w:p>
    <w:p>
      <w:pPr>
        <w:pStyle w:val="ArticleScripture"/>
        <w:jc w:val="left"/>
      </w:pPr>
      <w:r>
        <w:rPr>
          <w:rFonts w:ascii="Times New Roman" w:hAnsi="Times New Roman" w:eastAsia="Times New Roman" w:cs="Times New Roman"/>
        </w:rPr>
        <w:t>“Сүнслэг үзэл өнөөгийн нэр төдий Христийн шашныг улам ойроос дуурайх тусам, мэхэлж урхидах хүч нь төдий чинээ их болдог. Сатан өөрөө ч орчин үеийн дэг жаягийн дагуу хөрвөсөн мэт болно. Тэр гэрлийн тэнгэрэлчийн дүрээр гарч ирнэ. Сүнслэг үзлийн үйлчлэлээр дамжин гайхамшгууд үйлдэгдэж, өвчтэй хүмүүс эдгэрч, маргашгүй олон гайхалтай хэрэг үзүүлэгдэх болно. Мөн тэр сүнснүүд Библид итгэдгээ тунхаглаж, сүмийн байгууллуудад хүндэтгэл үзүүлэх тул, тэдний ажил Бурханы хүчний илрэл хэмээн хүлээн зөвшөөрөгдөх болно.</w:t>
      </w:r>
    </w:p>
    <w:p>
      <w:pPr>
        <w:pStyle w:val="ArticleScripture"/>
        <w:jc w:val="left"/>
      </w:pPr>
      <w:r>
        <w:rPr>
          <w:rFonts w:ascii="Times New Roman" w:hAnsi="Times New Roman" w:eastAsia="Times New Roman" w:cs="Times New Roman"/>
        </w:rPr>
        <w:t>“Өөрсдийгөө Христэд итгэгчид хэмээн хүлээн зөвшөөрдөг хүмүүс ба бурхангүйчүүдийн хоорондын ялгах шугам эдүгээ бараг танигдахааргүй болжээ. Сүмийн гишүүд ертөнцийн хайрладаг зүйлийг хайрлаж, тэдэнтэй нэгдэхэд бэлэн байдаг бөгөөд Сатан тэднийг нэг биед нэгтгэж, ингэснээр бүгдийг сүнслэг үзлийн эгнээнд хаман оруулснаар өөрийн хэргийг бэхжүүлэхээр шийджээ. Жинхэнэ сүмийн тодорхой шинж тэмдэг нь гайхамшгууд мөн хэмээн сайрхдаг папистууд энэхүү гайхамшиг үйлдэгч хүчээр амархан мэхлэгдэх болно; харин үнэний бамбайг хаясан протестантууд мөн адил төөрөгдөлд орох болно. Папистууд, протестантууд, мөн ертөнцийн хүмүүс бүгд адилхан хүч чадалгүй хэр нь бурханлаг байдлын дүр төрхийг хүлээн авч, энэ нэгдэл дотор ертөнцийг хөрвүүлэх болон удаан хүлээгдсэн мянган жилийн хаанчлалыг авчрах агуу хөдөлгөөнийг олж харах болно.”</w:t>
      </w:r>
    </w:p>
    <w:p>
      <w:pPr>
        <w:pStyle w:val="ArticleScripture"/>
        <w:jc w:val="left"/>
      </w:pPr>
      <w:r>
        <w:rPr>
          <w:rFonts w:ascii="Times New Roman" w:hAnsi="Times New Roman" w:eastAsia="Times New Roman" w:cs="Times New Roman"/>
        </w:rPr>
        <w:t>“Спиритизмээр дамжин Сатан хүн төрөлхтний ивээгч мэт харагдаж, ард түмний өвчнийг эдгээж, шашны итгэлийн шинэ бөгөөд илүү дээд тогтолцоог толилуулж байна хэмээн мэдэгддэг; гэвч тэр үедээ тэр сүйтгэгчийн ажлаа үйлдсээр байдаг. Түүний уруу таталтууд үй олон хүнийг мөхөл рүү хөтөлж байна. Хэтрүүлэн хэрэглэх явдал оюун ухааныг хаан ширээнээс нь буулгадаг; тачаангуй хүсэлд автах, тэмцэл, цус урсгал дагалдан гардаг. Сатан дайнд дуртай, учир нь дайн сэтгэлийн хамгийн адгийн хүсэл тачаалыг өдөөж, улмаар бузар булай ба цусаар бялхсан хохирогчдоо мөнх уруу хаман одуулдаг. Нэг үндэстнийг нөгөө үндэстний эсрэг дайнд өдөөх нь түүний зорилго мөн, учир нь ингэснээр тэр ард олны оюун санааг Бурханы өдөрт зогсохын тулд бэлтгэх ажлаас хөндийрүүлж чадна.” Агуу тэмцэл, 588, 589.</w:t>
      </w:r>
    </w:p>
    <w:p>
      <w:pPr>
        <w:pStyle w:val="ArticleBody"/>
        <w:jc w:val="left"/>
      </w:pPr>
      <w:r>
        <w:rPr>
          <w:rFonts w:ascii="Times New Roman" w:hAnsi="Times New Roman" w:eastAsia="Times New Roman" w:cs="Times New Roman"/>
        </w:rPr>
        <w:t>Сатан өөрийн оргил үйлдлийг Ням гаргийн хуулийн үед, түүнээс өмнө бус, хэрэгжүүлж байгаа мэт үзэгддэг. Илчлэл номын арван гуравдугаар бүлгийн арван нэгдүгээр эшлэлд Америкийн Нэгдсэн Улс луугийн адил ярьсны дараа, арван гуравдугаар эшлэлд Сатан тэнгэрээс гал буулган дуудах мэт үзэгддэг. Үүнийг мөн Систер Уайт ийнхүү тодорхойлсон байдаг.</w:t>
      </w:r>
    </w:p>
    <w:p>
      <w:pPr>
        <w:pStyle w:val="ArticleScripture"/>
        <w:jc w:val="left"/>
      </w:pPr>
      <w:r>
        <w:rPr>
          <w:rFonts w:ascii="Times New Roman" w:hAnsi="Times New Roman" w:eastAsia="Times New Roman" w:cs="Times New Roman"/>
        </w:rPr>
        <w:t>“Бурханы хуулийг зөрчин папын ёсыг тогтоох зарлиг гарснаар манай үндэстэн зөвт байдлаас өөрийгөө бүрмөсөн таслан салгах болно. Протестантизм ангалын цаана гараа сунган Ромын эрх мэдлийн гарыг атгах үед, ёроолгүй ангал дээгүүр гараа сунган Сүнсчлэлтэй гар барих үед, энэхүү гурвалсан холбооны нөлөөн дор манай улс протестант бөгөөд бүгд найрамдах засаглалынхаа Үндсэн хуулийн зарчим бүрийг үгүйсгэн, папын худал сургаал ба мэхлэлтийг түгээн дэлгэрүүлэх нөхцөлийг бүрдүүлэх үед, тэгвэл Сатаны гайхамшигт үйл ажиллагааны цаг ирсэн бөгөөд төгсгөл ойрхон байгааг бид мэдэж болно.” Testimonies, volume 5, 451.</w:t>
      </w:r>
    </w:p>
    <w:p>
      <w:pPr>
        <w:pStyle w:val="ArticleBody"/>
        <w:jc w:val="left"/>
      </w:pPr>
      <w:r>
        <w:rPr>
          <w:rFonts w:ascii="Times New Roman" w:hAnsi="Times New Roman" w:eastAsia="Times New Roman" w:cs="Times New Roman"/>
        </w:rPr>
        <w:t>Ням гаргийн хуулиас өмнө, араатны дүрийн шалгалтын цаг үед—энэ нь мөн нэг зуун дөчин дөрвөн мянгыг лацдах цаг бөгөөд, мөн бүх үзэгдлийн үр нөлөө илрэх үе юм—хуурамч эдгэрлийн гайхамшгийг төлөөлдөг луугийн хүчний нэгэн үзэгдэл илчлэгдэнэ. Илчлэлт номд Вавилоны янхан эмэгтэй бүх үндэстнүүдийг мэхэлдэг хэмээн тодорхойлогдсон байдаг.</w:t>
      </w:r>
    </w:p>
    <w:p>
      <w:pPr>
        <w:pStyle w:val="ArticleScripture"/>
        <w:jc w:val="left"/>
      </w:pPr>
      <w:r>
        <w:rPr>
          <w:rFonts w:ascii="Times New Roman" w:hAnsi="Times New Roman" w:eastAsia="Times New Roman" w:cs="Times New Roman"/>
        </w:rPr>
        <w:t>Дэнлүүний гэрэл чиний дотор дахин хэзээ ч гэрэлтэхгүй; сүйт залуугийн болон сүйт бүсгүйн дуу хоолой чиний дотор дахин хэзээ ч сонсогдохгүй. Учир нь чиний худалдаачид газрын агуу хүмүүс байсан бөгөөд чиний илбэ шидээр бүх үндэстэн мэхлэгдсэн билээ. Илчлэлт 18:23.</w:t>
      </w:r>
    </w:p>
    <w:p>
      <w:pPr>
        <w:pStyle w:val="ArticleBody"/>
        <w:jc w:val="left"/>
      </w:pPr>
      <w:r>
        <w:rPr>
          <w:rFonts w:ascii="Times New Roman" w:hAnsi="Times New Roman" w:eastAsia="Times New Roman" w:cs="Times New Roman"/>
        </w:rPr>
        <w:t>“Илбэ” гэсэн үг нь грекээр “pharmakeia” бөгөөд эмчилгээний эм, эсвэл эмийн сан гэсэн утгатай. Энэ үг нь грек G5332 үгнээс гаралтай бөгөөд (мансууруулах бодис, өөрөөр хэлбэл шившлэг үйлдэгч ундаа); эм найруулагч, эм зүйч, эсвэл хорлогч гэсэн утгатай. Ням гаргийн хуулийн өмнөхөн өрнөх эцсийн өдрүүдэд, найм дахь бөгөөд эцсийн ерөнхийлөгчид өвлөгдөн очих хуваагдмал орчныг бүрдүүлэхэд хувь нэмэр оруулах нэг асуудал нь, Энтони Фаучигаар төлөөлөгдөх эмийн үйлдвэрийн үйл ажиллагаа болон Хятадын вирус байх болно.</w:t>
      </w:r>
    </w:p>
    <w:p>
      <w:pPr>
        <w:pStyle w:val="ArticleBody"/>
        <w:jc w:val="left"/>
      </w:pPr>
      <w:r>
        <w:rPr>
          <w:rFonts w:ascii="Times New Roman" w:hAnsi="Times New Roman" w:eastAsia="Times New Roman" w:cs="Times New Roman"/>
        </w:rPr>
        <w:t>Фаучи болон Хятад аль аль нь лууны хүчний төлөөлөгчид бөгөөд, Фаучигийн ул мөрийг ХДХВ вирусыг зохион бүтээсэн хэрэг хүртэл мөшгөн хүрч болно. Тэрбумтан Билл Гейтс зэрэг хүмүүсээр төлөөлөгддөг хүн амын хяналт нь Мосегийн үед Фараон нялх хүүхдүүдийг хүйс тэмтрэхийг оролдсон явдалд, мөн Христийн үед Херод үүнийг мөн адил хийхээр чармайсан оролдлогод илэрсэн шинж чанар юм. Хүн амын тал хувь нь Хятадын вирусаар мэхлэгдсэн бөгөөд, ямар ч вирусээс сэргийлдэггүй маск зүүсэн хүмүүсийг та одоо ч харж болно.</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“Сатан мөн бэлтгэгдээгүй сүнснүүдийн ургацаа хураахын тулд махбод ертөнцийн хүчнүүдээр дамжин үйлчилдэг. Тэрээр байгалийн нууц үйл ажиллагааг судлан мэдсэн бөгөөд Бурхан зөвшөөрөх хэмжээнд тэр бүх хүчээ хэрэглэн эдгээр хүчнүүдийг захирдаг. Иовыг зовооход түүнд зөвшөөрөгдөхөд сүрэг мал, зарц нар, гэр орон, хүүхдүүд нь ямар хурдан арчигдан одсон билээ; гай зовлон нэгийгээ нөгөөгөөр залган, агшин зуурын дотор ирсэн. Өөрийн бүтээлүүдийг халхалж, сүйтгэгчийн хүчнээс хамгаалан хүрээлдэг Нэгэн нь Бурхан мөн. Харин Христийн ертөнц Иеховагийн хуулийг үл тоомсорлосон; тиймээс Эзэн Өөрийн айлдсан ёсоор яг тэрнийг хийх болно—Тэр Өөрийн ерөөлийг газраас татан авч, Өөрийн хууль болон сургаалын эсрэг тэрсэлж, бусдыг мөн адил үйлдэхэд албаддаг хүмүүсээс хамгаалах халамжаа зайлуулах болно. Бурхан онцгойлон хамгаалдаггүй бүх хүнийг Сатан захирдаг. Тэр өөрийн санаархлыг урагшлуулахын тулд заримд нь ивээл үзүүлж, амжилттай болгоно; харин бусдад нь гай зовлон учруулж, хүмүүсийг тэднийг зовооогч нь Бурхан Өөрөө гэж итгэхэд хүргэнэ.”</w:t>
      </w:r>
    </w:p>
    <w:p>
      <w:pPr>
        <w:pStyle w:val="ArticleScripture"/>
        <w:jc w:val="left"/>
      </w:pPr>
      <w:r>
        <w:rPr>
          <w:rFonts w:ascii="Times New Roman" w:hAnsi="Times New Roman" w:eastAsia="Times New Roman" w:cs="Times New Roman"/>
        </w:rPr>
        <w:t>“Хүний үрсэд бүх өвчнийг нь анагааж чаддаг агуу эмч мэт үзэгдэх боловч, тэрээр хүн ам шигүү суурьшсан хотуудыг сүйрэл ба эзрэлд хүргэтэл өвчин зовлон болон гай гамшгийг авчрах болно. Тэр бүр одоо ч үйл ажиллагаагаа явуулж байна. Далай тэнгис ба хуурай газар дахь осол аваар, гай гамшигт, асар их түймэрт, догшин хар салхи ба аймшигт мөндөрт, шуурга, үер, циклон, далайн түрлэгийн давалгаа, газар хөдлөлтөд, газар бүрд, мянга мянган хэлбэрээр, Сатан хүч чадлаа хэрэгжүүлж байна. Тэр боловсорч буй ургацыг хаман одуулж, өлсгөлөн ба гачигдал араас нь дагалдана. Тэр агаарт үхлийн хорт халдвар шингээж, мянга мянган хүн тахлаар үхнэ. Эдгээр цээрлэлүүд улам бүр олон давтамжтай, улам бүр сүйрэлтэй болох ёстой. Сүйрэл нь хүн ба адгуусан амьтны аль алинд нь ирэх болно. ‘Газар дэлхий гашуудаж, өнгөө алдан доройтож байна,’ ‘бардам хүмүүс … доройтон мөхөж байна. Мөн газар дэлхий оршин суугчдынхаа дор бузарлагдсан; учир нь тэд хуулиудыг зөрчиж, тогтоолыг өөрчилж, мөнхийн гэрээг эвдсэн билээ.’ Исаиа 24:4, 5.”</w:t>
      </w:r>
    </w:p>
    <w:p>
      <w:pPr>
        <w:pStyle w:val="ArticleScripture"/>
        <w:jc w:val="left"/>
      </w:pPr>
      <w:r>
        <w:rPr>
          <w:rFonts w:ascii="Times New Roman" w:hAnsi="Times New Roman" w:eastAsia="Times New Roman" w:cs="Times New Roman"/>
        </w:rPr>
        <w:t>“Тэгээд агуу мэхлэгч Бурханд үйлчилдэг хүмүүсийг эдгээр гай гамшгийг учруулж байна хэмээн хүмүүст итгүүлнэ. Тэнгэрийн дургүйцлийг төрүүлсэн анги бүлэг нь Бурханы тушаалуудад дуулгавартай байх нь хууль зөрчигчдөд байнгын зэмлэл болдог тэдгээр хүмүүс дээр өөрсдийн бүх зовлон бэрхшээлийг тохно. Ням гарагийн амралтын өдрийг зөрчин Бурханыг доромжилж байна; энэ нүгэл нь Ням гарагийг сахих явдлыг хатуу чанд хэрэгжүүлэх хүртэл үл зогсох гай гамшгийг авчирсан; мөн дөрөвдүгээр тушаалын шаардлагыг тунхагладаг хүмүүс, ийнхүү Ням гарагт хандах хүндэтгэлийг үгүй хийж байгаа тул, ард олныг үймүүлэгчид бөгөөд тэднийг тэнгэрлэг ивээл болон түр зуурын сайн сайхан байдалдаа дахин хүрэхэд саад болж байна гэж тунхаглагдана. Ийнхүү эрт цагт Бурханы зарцын эсрэг тавигдсан буруутгал дахин давтагдах бөгөөд адилхан баттай гэж үзэгдэх үндэслэлээр давтагдана: ‘Ахаб Елиаг хараад, түүнд, Чи Израилийг үймүүлэгч нь мөн үү? гэж хэлэв. Тэр хариуд нь, Би Израилийг үймүүлээгүй; харин ЭЗЭНий тушаалуудыг орхиж, чи Баалуудыг дагасан тул чи болон чиний эцгийн гэр үймүүлсэн юм’” Хаадын дээд 18:17, 18. Худал буруутгалуудаар ард түмний уур хилэн дүрэлзэх үед, тэд Бурханы элч нартай харьцахдаа урвагч Израилийн Елиатай харьцсан явдалтай тун адил замыг баримтална.</w:t>
      </w:r>
    </w:p>
    <w:p>
      <w:pPr>
        <w:pStyle w:val="ArticleScripture"/>
        <w:jc w:val="left"/>
      </w:pPr>
      <w:r>
        <w:rPr>
          <w:rFonts w:ascii="Times New Roman" w:hAnsi="Times New Roman" w:eastAsia="Times New Roman" w:cs="Times New Roman"/>
        </w:rPr>
        <w:t>“Спиритизмээр илэрхийлэгдэх гайхамшиг үйлдэгч хүч нь Бурханд бус, харин хүмүүст дуулгавартай байхыг сонгодог хүмүүсийн эсрэг нөлөөгөө үзүүлэх болно. Сүнснүүдээс ирэх мэдэгдлүүд нь Бурхан тэднийг ням гаргийг үгүйсгэгчдийг алдаанд нь итгүүлэхээр илгээсэн хэмээн тунхаглаж, газрын хуулиудыг Бурханы хуультай адил даган мөрдөх ёстой гэж батлах болно. Тэд дэлхий дэх агуу ёс бусын талаар гашуудан, ёс суртахууны доройтсон байдал нь ням гаргийг гутаан зөрчсөнөөс үүдэлтэй гэсэн шашны багш нарын гэрчлэлийг давтан дэмжих болно. Тэдний гэрчлэлийг хүлээн авахаас татгалздаг бүхний эсрэг өдөөгдөх уур хилэн үлэмж их байх болно.” Агуу тэмцэл,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Зургаа дахь дугаар</dc:title>
  <dc:subject>Эш үзүүллэгийн утсыг тайлан задлах нь: Сүүлчийн ерөнхийлөгч, дарангуйлал, мөн айсуй Ням гаргийн хууль</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