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дөчин есдүгээр```</w:t>
      </w:r>
    </w:p>
    <w:p>
      <w:pPr>
        <w:pStyle w:val="ArticleSubtitle"/>
        <w:jc w:val="left"/>
      </w:pPr>
      <w:r>
        <w:rPr>
          <w:rFonts w:ascii="Arial" w:hAnsi="Arial" w:eastAsia="Arial" w:cs="Arial"/>
        </w:rPr>
        <w:t>Бурханы нууц илчлэгдэв: Бурханлаг ба хүнлэг чанарыг нэгтгэх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Бид Даниелын арван нэгдүгээр бүлгийн дөчин дэх эшлэлд дүрслэгдсэн түүхийг авч үзэж ирсэн. Одоо бид уг эшлэл доторх түүхийн дотоод шугамыг авч үзэж байгаа бөгөөд энэ нь газрын араатны протестант эврийн түүхийг төлөөлдөг. Бид Езекиелын гучин долдугаар бүлэгт гардаг хоёр модыг нэгтгэхийг лавлах цэг болгон хэрэглэж, гурав дахь тэнгэрэлч ирэх үед Христ Өөрийн бурханлаг чанарыг хүн төрөлхтөнтэй нэгтгэснээр илэрхийлэгдсэн Бурханы нууцыг танин тодорхойлж байна. Мөр мөрөөр, Иоханы тодорхойлсноор долоо дахь бүрээ дуугарах үед төгсгөлдөө хүрэх Бурханы нууцын мэдээ нь элч Паулын дамжуулснаар Лаодикейд онцгойлон илгээгдсэн юм. Езекиел, Иохан, Паул нарын гэрчлэл нь 1888 онд Жонс ба Ваггонерын мэдээнд дүрслэгдсэн, Лаодикейд хандсан мэдээ байсан тэрхүү Бурханы нууцтай нэгэн адил нийцэж байна.</w:t>
      </w:r>
    </w:p>
    <w:p>
      <w:pPr>
        <w:pStyle w:val="ArticleScripture"/>
        <w:jc w:val="left"/>
      </w:pPr>
      <w:r>
        <w:rPr>
          <w:rFonts w:ascii="Times New Roman" w:hAnsi="Times New Roman" w:eastAsia="Times New Roman" w:cs="Times New Roman"/>
        </w:rPr>
        <w:t>Учир нь та нарын төлөө, мөн Лаодикеяд байгаа хүмүүсийн төлөө, бас махбодоор миний царайг үзээгүй бүхний төлөө би хичнээн агуу тэмцэлтэй байгааг та нар мэдээсэй гэж би хүснэ. Ингэснээр тэдний зүрх сэтгэл тайтгарч, хайраар нягт холбогдон, ойлголтын бүрэн бат итгэлийн бүхий л баялагт хүрч, Бурханы, Эцэгийн, мөн Христийн нууцыг танин мэдэхэд хүрэх болтугай. Түүний дотор мэргэн ухаан ба мэдлэгийн бүх эрдэнэс нуугдан байдаг. Колоссай 2:1–3.</w:t>
      </w:r>
    </w:p>
    <w:p>
      <w:pPr>
        <w:pStyle w:val="ArticleBody"/>
        <w:jc w:val="left"/>
      </w:pPr>
      <w:r>
        <w:rPr>
          <w:rFonts w:ascii="Times New Roman" w:hAnsi="Times New Roman" w:eastAsia="Times New Roman" w:cs="Times New Roman"/>
        </w:rPr>
        <w:t>Бурханлаг чанар ба хүний чанарын хоёр савааг нэгтгэх, эвлэрүүллийн ажил гурав дахь тэнгэрэлч ирэх үед эхэлсэн; харин Паул Бурханы нууц мөн болох тэрхүү хоёр савааны нэгдлийн эцсийн бөгөөд төгс биелэлтийн тухай өгүүлж байна. Тиймээс тэр энэ мэдээг анх 1856 онд ирсэн, дараа нь 1888 онд дахин давтагдсан, улмаар 2001 оны 9 дүгээр сарын 11-нд төгс биеллээ олсон Лаодикийн чуулганд хандсан мэдээ хэмээн тодорхойлдог. Паул долоо дахь бүрээ дуугарах үед гүйцэлдэх ёстой байсан Бурханы нууцыг танилцуулахдаа сүмийг хоёр талт мөн чанартайгаар тодорхойлдог. Тэр энэ нууцыг тэргүүн ба бие гэж хуваадаг.</w:t>
      </w:r>
    </w:p>
    <w:p>
      <w:pPr>
        <w:pStyle w:val="ArticleScripture"/>
        <w:jc w:val="left"/>
      </w:pPr>
      <w:r>
        <w:rPr>
          <w:rFonts w:ascii="Times New Roman" w:hAnsi="Times New Roman" w:eastAsia="Times New Roman" w:cs="Times New Roman"/>
        </w:rPr>
        <w:t>Тэр бол биеийн, өөрөөр хэлбэл чуулганы Тэргүүн мөн. Тэр бол эхлэл, үхэгсдээс амилсан анхдагч нь мөн; ингэснээр Тэр бүх юманд дээгүүр байр суурьтай байхын тулд юм. Учир нь бүх дүүрэн байдал Түүн дотор орших нь Эцэгт тааламжтай байв; мөн Түүний загалмайн цусаар амар тайвныг тогтоосноор, Түүгээр дамжуулан бүхнийг Өөртэйгөө эвлэрүүлэхээр, газарт буй юмс ч бай, тэнгэрт буй юмс ч бай, Түүгээр дамжуулан, тийн хэлэхэд, эвлэрүүлсэн юм. Урьд цагт та нар бузар үйлсээрээ оюун санаандаа харь хүмүүс болж, дайснууд байсан боловч эдүгээ Тэр та нарыг Өөрийн махан бие дотор, үхлээр дамжуулан эвлэрүүлсэн нь та нарыг Өөрийн өмнө ариун, гэм зэмгүй, буруушаагдашгүйгээр зогсоохын тулд юм. Хэрэв та нар сонссон, тэнгэрийн доорх бүх бүтээлд тунхаглагдсан сайн мэдээний найдвараас няцалгүй, итгэлдээ суурьтай, бат тогтож үлдвэл тийм байх болно; тэр сайн мэдээний үйлчлэгчээр би Паул болсон юм. Одоо би та нарын төлөө эдэлж буй зовлон дотроо баярладаг бөгөөд Христийн зовлонгийн дутууг Түүний биеийн төлөө, өөрөөр хэлбэл чуулганы төлөө, өөрийн махан биед нөхөн дүүргэдэг. Түүний үйлчлэгчээр би Бурханы үгийг гүйцээхийн тулд, та нарын төлөө надад өгөгдсөн Бурханы захиргааны дагуу томилогдсон юм. Колоссай 1:18–25.</w:t>
      </w:r>
    </w:p>
    <w:p>
      <w:pPr>
        <w:pStyle w:val="ArticleBody"/>
        <w:jc w:val="left"/>
      </w:pPr>
      <w:r>
        <w:rPr>
          <w:rFonts w:ascii="Times New Roman" w:hAnsi="Times New Roman" w:eastAsia="Times New Roman" w:cs="Times New Roman"/>
        </w:rPr>
        <w:t>Христ бол тэргүүн бөгөөд Тэр бүх зүйлд дээгүүр байр суурьтай байх ёстой, харин Түүний чуулган бол бие мөн. Тэргүүн ба бие хамтдаа бурханлаг чанар ба хүн чанарын нэгдлийг төлөөлдөг бөгөөд мөн өөр нэгэн чухал баримт тодорхойлогддог. Тэргүүн ба биеийн харилцаа нь тэргүүн нь биед дээгүүр эрхтэй байх ёстойд оршино. Бурханы дүрээр бүтээгдсэн хүн төрөлхтөнд дээд чадварууд (тэргүүн) нь доод чадваруудыг (бие) захирах ёстой. Тэд хамтдаа нэг оршихуйг бүрдүүлдэг, эсвэл Иоханы хэмжих ёстой байсан сүмийн нэр томьёогоор хэлбэл, тэд Ариун газар (хүн чанар, бие) болон Хамгийн Ариун газар (бурханлаг чанар, тэргүүн)-ыг төлөөлдөг. Эдгээр хоёр нь хэрхэн “нэг саваа”, буюу нэг бие болгон нийлдэг нь “эвлэрүүлэлтийн” ажил мөн. Паул цааш нь өгүүлсээр:</w:t>
      </w:r>
    </w:p>
    <w:p>
      <w:pPr>
        <w:pStyle w:val="ArticleScripture"/>
        <w:jc w:val="left"/>
      </w:pPr>
      <w:r>
        <w:rPr>
          <w:rFonts w:ascii="Times New Roman" w:hAnsi="Times New Roman" w:eastAsia="Times New Roman" w:cs="Times New Roman"/>
        </w:rPr>
        <w:t>Бурханы үгийг гүйцэлдүүлэхийн тулд, та нарын төлөө надад өгөгдсөн Бурханы зохицуулалтын дагуу би түүний үйлчлэгч болсон юм. Тэрхүү нууц нь үеүдээс болон үеийн үед нуугдаж байсан боловч эдүгээ Түүний ариун хүмүүст илчлэгдсэн билээ. Бурхан энэхүү нууцын алдрын баялаг нь харь үндэстнүүдийн дунд юу болохыг тэдэнд мэдүүлэхийг хүссэн юм; энэ нь та нарын доторх Христ, алдрын найдвар мөн. Бид Түүнийг тунхаглаж, хүн бүрийг сануулан, хүн бүрийг бүх мэргэн ухаанаар сургадаг нь хүн бүрийг Христ Есүс дотор төгс болгон өргөхийн тулд билээ. Үүний төлөө би мөн хөдөлмөрлөж, дотор минь хүчтэйгээр үйлчилдэг Түүний үйлсийн дагуу чармайн зүтгэдэг. Колоссай 1:25–29.</w:t>
      </w:r>
    </w:p>
    <w:p>
      <w:pPr>
        <w:pStyle w:val="ArticleBody"/>
        <w:jc w:val="left"/>
      </w:pPr>
      <w:r>
        <w:rPr>
          <w:rFonts w:ascii="Times New Roman" w:hAnsi="Times New Roman" w:eastAsia="Times New Roman" w:cs="Times New Roman"/>
        </w:rPr>
        <w:t>Нэг зуун дөчин дөрвөн мянгын төгс байдал нь “хүн бүрийг Христ дотор төгс” болгон үзүүлдэг бөгөөд энэ нь бурханлаг чанар ба хүн төрөлхтний нэгдэл, өөрөөр хэлбэл Паулын хэлснээр, хүн төрөлхтөн “доторх Христ” буюу “алдрын найдвар” болох “Бурханы нууц” мөн. Долоодугаар Бүрээ дуугарах өдрүүдэд тэрхүү нууц гүйцэлддэг. Езекиел тэрхүү нэгдлийг тодорхойлохдоо нэгийг нь хойд хаант улсад, нөгөөг нь өмнөд хаант улсад зориулсан хоёр савааг хэрэглэн бэлгэдэлт холбоосыг заадаг бөгөөд энэ нь “дөчин зургаа” гэсэн тоогоор сүмийг төлөөлдөг. “Дөчин зургаа” хэмээх бэлгэдэлт холбоосын саваа нь “хоёр зуун хорь” хэмээх бэлгэдэлт холбоостой нийлэгдэх ёстой.</w:t>
      </w:r>
    </w:p>
    <w:p>
      <w:pPr>
        <w:pStyle w:val="ArticleBody"/>
        <w:jc w:val="left"/>
      </w:pPr>
      <w:r>
        <w:rPr>
          <w:rFonts w:ascii="Times New Roman" w:hAnsi="Times New Roman" w:eastAsia="Times New Roman" w:cs="Times New Roman"/>
        </w:rPr>
        <w:t>Хоёр зуун хорь нь бурханлаг чанар хүн төрөлхтөнтэй нэгдсэний бэлгэдэл юм. 1611 онд King James Bible хэвлэгдсэнээс эхлэн, 1831 онд Миллерийн захиас анх танилцуулагдах хүртэл, цаашлаад 1833 онд Vermont Telegraph-д уг захиас хэвлэгдэх хүртэлх хугацаа нь хоёр зуун хорин жил болно. Миллерийн захиас нь 1798 онд Даниелын номын лац тайлагдах үед Библиэс үүдэн гарсан мэдлэгийн өсөлтийг албан ёсоор хэлбэржүүлсэн явдал байв. 1611 оны эхлэлд бурханлаг баримт бичиг хэвлэгдсэн бөгөөд 1831 оны төгсгөлийн үед 1798 онд лац нь тайлагдсан бурханлаг үнэн дээр үндэслэсэн хүний хэвлэл бий болсон юм.</w:t>
      </w:r>
    </w:p>
    <w:p>
      <w:pPr>
        <w:pStyle w:val="ArticleBody"/>
        <w:jc w:val="left"/>
      </w:pPr>
      <w:r>
        <w:rPr>
          <w:rFonts w:ascii="Times New Roman" w:hAnsi="Times New Roman" w:eastAsia="Times New Roman" w:cs="Times New Roman"/>
        </w:rPr>
        <w:t>Тэрхүү гурван он сар нь зөвхөн хоёр зуун хорин жилийг төлөөлөөд зогсохгүй, мөн еврей цагаан толгойн эхний, арван гурав дахь, эцсийн үсгүүдийг нэгтгэн бүрдүүлдэг “Үнэн” хэмээх еврей үгийн бүтцийг ч илэрхийлдэг. Эхэнд нь тэнгэрлэг хэвлэл, төгсгөлд нь хүний хэвлэл байдаг бөгөөд 1798 он нь мэдлэгийн өсөлтийг төлөөлдөг бөгөөд тэр нь уг мэдлэгийг няцаасан хорон муу хүмүүсийн нэгэн ангийг ил болгосон тул бослогын бэлгэдэл болсон арван гурав дахь үсгийг төлөөлсөн юм. Хоёр зуун хорин жилийн тэрхүү холбоо нь эхний тэнгэрэлчийн хөдөлгөөнд тогтоогдсон бөгөөд гурав дахь тэнгэрэлчийн хөдөлгөөн нь хоёр дахь гэрчийг хангадаг.</w:t>
      </w:r>
    </w:p>
    <w:p>
      <w:pPr>
        <w:pStyle w:val="ArticleBody"/>
        <w:jc w:val="left"/>
      </w:pPr>
      <w:r>
        <w:rPr>
          <w:rFonts w:ascii="Times New Roman" w:hAnsi="Times New Roman" w:eastAsia="Times New Roman" w:cs="Times New Roman"/>
        </w:rPr>
        <w:t>1776 онд тэнгэрлэг баримт бичиг болох Тусгаар тогтнолын тунхаглал нийтлэгдэж, түүнээс хойш хоёр зуун хорин жилийн дараа, 1996 онд хүний баримт бичиг болох *The Time of the End* сэтгүүл хэвлэгдэв. Хүний баримт бичиг нь 1989 онд, төгсгөлийн цаг үед бий болсон мэдлэгийн өсөлтөөс үүдэн гарсан бөгөөд энэ нь 1798 оныхтой адил, Тусгаар тогтнолын тунхаглалаар төлөөлөгдсөн тэнгэрлэг мэдээний эсрэг бослогыг төрүүлсэн юм. 1996 оны мэдлэгийн өсөлт нь Америк 1776 онд тунхагласан эрх чөлөө, тусгаар тогтнолоо удахгүй ирэх Ням гаргийн хуулийн үед алдах тул түүний ирээдүйг тодорхойлсон юм. Энэ нь хоёр зуун хорин гэсэн тоо тэнгэрлэг чанар ба хүн чанарын нэгдлийг илэрхийлдгийн хоёр дахь гэрчийг өгч байгаа бөгөөд тэрхүү хоёр дахь гэрч нь “Truth” хэмээх гарын үсгээр гарч ирсэн бөгөөд эхний гэрчээр эхний тэнгэрэлчийн түүхэнд (эхнийх), хоёр дахь гэрчээр гурав дахь тэнгэрэлчийн түүхэнд (сүүлчийнх) төлөөлөгдсөн юм.</w:t>
      </w:r>
    </w:p>
    <w:p>
      <w:pPr>
        <w:pStyle w:val="ArticleBody"/>
        <w:jc w:val="left"/>
      </w:pPr>
      <w:r>
        <w:rPr>
          <w:rFonts w:ascii="Times New Roman" w:hAnsi="Times New Roman" w:eastAsia="Times New Roman" w:cs="Times New Roman"/>
        </w:rPr>
        <w:t>1776 он нь мөн Библийн эш үзүүлгийн зургаа дахь хаант улс болох газрын араатны бодит эхлэлийг урьтаж байсан нэгэн үеийн эхлэлийг тэмдэглэсэн юм. Тэрхүү бэлтгэлийн хугацаанд үнэний тамга дахин 1776 оноор тодорхойлогдож, энэ нь Америкийн Нэгдсэн Улсын эхлэлийг тэмдэглэсэн бөгөөд 1798 он нь Библийн эш үзүүлгийн зургаа дахь хаант улс болох Америкийн Нэгдсэн Улсын эхлэлийг тэмдэглэв. Тэрхүү эхлэл ба төгсгөлийн түүхийн дунд, 1789 он нь арван гурван колони Үндсэн хуулийг соёрхон баталснаар төв үсгийг тэмдэглэсэн. Эдгээр гурван он тус бүр Америкийн Нэгдсэн Улсын “ярих”-ыг илэрхийлдэг; 1776 оны Тусгаар тогтнолын тунхаглал, 1789 оны Үндсэн хууль, 1798 оны Харийнхан ба Төрийн эсрэг турхирах тухай хуулиудын хамт. Тэрхүү түүх нь хорин хоёр жилийг илэрхийлдэг бөгөөд энэ нь хоёр зуун хорийн аравны нэг буюу аравны өргөл тул мөн Тэнгэрлэг чанар ба хүн төрөлхтний нэгдлийн бэлгэдлийг илэрхийлдэг.</w:t>
      </w:r>
    </w:p>
    <w:p>
      <w:pPr>
        <w:pStyle w:val="ArticleBody"/>
        <w:jc w:val="left"/>
      </w:pPr>
      <w:r>
        <w:rPr>
          <w:rFonts w:ascii="Times New Roman" w:hAnsi="Times New Roman" w:eastAsia="Times New Roman" w:cs="Times New Roman"/>
        </w:rPr>
        <w:t>Түүний дүрслэл нь хургa мэт (бурханлаг чанар) эхэлж, луу мэт (хүнлэг чанар) төгсдөгөөр дүрслэгдсэн газрын араатны түүхийг илэрхийлдэг. 1776 он нь Тусгаар тогтнолын тунхаглалаар бурханлаг чанарыг тэмдэглэн эхэлдэг бөгөөд Харийнхан ба Сүйтгэн доромжиллын тухай хуулиуд нь хүнлэг чанарыг төлөөлдөг; Библийн эш үзүүллэгийн зургаа дахь хаанчлал болох газрын араатны ноёрхол эхлэхээс өмнөх тэр хорин хоёр жилийн дотор хурганаас луу руу шилжих өөрчлөлт хэв шинжээр илэрхийлэгдсэн байдаг.</w:t>
      </w:r>
    </w:p>
    <w:p>
      <w:pPr>
        <w:pStyle w:val="ArticleBody"/>
        <w:jc w:val="left"/>
      </w:pPr>
      <w:r>
        <w:rPr>
          <w:rFonts w:ascii="Times New Roman" w:hAnsi="Times New Roman" w:eastAsia="Times New Roman" w:cs="Times New Roman"/>
        </w:rPr>
        <w:t>Өмнөд Иудагийн хаант улсын эсрэг гарсан хоёр мянга таван зуун хорин жилийн шүүлтийн эхлэл нь Даниелын наймдугаар бүлэг, арван дөрөвдүгээр эшлэл дэх хоёр мянга гурван зуун жилийн эхлэлтэй холбоотой. Иуда дахь ариун газар болон цэргийн гишгэлт дор орох нь МЭӨ 677 онд эхэлсэн бөгөөд хоёр мянга гурван зуун жилийн эш үзүүллэг түүнээс хоёр зуун хорин жилийн дараа, МЭӨ 457 онд эхэлсэн. Өмнөд Иудагийн хаант улсын саваа нь хойд хаант улстай дөчин зургаа гэсэн бэлгэ тэмдгээр холбогддог бөгөөд мөн хоёр зуун хорин гэсэн холбоосоор хоёр мянга гурван зуун жилтэй ч холбогддог.</w:t>
      </w:r>
    </w:p>
    <w:p>
      <w:pPr>
        <w:pStyle w:val="ArticleBody"/>
        <w:jc w:val="left"/>
      </w:pPr>
      <w:r>
        <w:rPr>
          <w:rFonts w:ascii="Times New Roman" w:hAnsi="Times New Roman" w:eastAsia="Times New Roman" w:cs="Times New Roman"/>
        </w:rPr>
        <w:t>Паул өөрийгөө Бурханы эдийн засгийн үйлчлэгч хэмээн хэлсэн бөгөөд, өөрийн үйлчлэгч нь болсон тэрхүү эдийн засгийг та нарт доторх Христ, алдрын найдвар болох Бурханы нууц гэж тодорхойлсон. Тэрээр Тимотод бичихдээ энэ үнэнийг цааш нь мөн өгүүлсэн.</w:t>
      </w:r>
    </w:p>
    <w:p>
      <w:pPr>
        <w:pStyle w:val="ArticleScripture"/>
        <w:jc w:val="left"/>
      </w:pPr>
      <w:r>
        <w:rPr>
          <w:rFonts w:ascii="Times New Roman" w:hAnsi="Times New Roman" w:eastAsia="Times New Roman" w:cs="Times New Roman"/>
        </w:rPr>
        <w:t>Маргаангүйгээр, сүсэг бишрэлийн нууц агуу бөлгөө: Бурхан махбодод илэрч, Сүнсээр зөвтгөгдөн, тэнгэрэлч нарт үзэгдэж, харь үндэстнүүдэд тунхаглагдан, ертөнцөд итгэгдэн, алдарт өргөгдөн одов. 1 Тимот 3:16.</w:t>
      </w:r>
    </w:p>
    <w:p>
      <w:pPr>
        <w:pStyle w:val="ArticleBody"/>
        <w:jc w:val="left"/>
      </w:pPr>
      <w:r>
        <w:rPr>
          <w:rFonts w:ascii="Times New Roman" w:hAnsi="Times New Roman" w:eastAsia="Times New Roman" w:cs="Times New Roman"/>
        </w:rPr>
        <w:t>Паул энд бурханлаг байдлын нууц нь махбодоор илэрхийлэгдсэн Бурхан мөн гэж хэлж байна. Бурхан бол Тэргүүн бөгөөд махбод нь бие мөн. Бурханлаг байдлын нууц нь итгэгчийн доторх Христ бөгөөд, энэ нь бурханлаг чанар хүн чанартай нэгдэхийг хэлнэ. Паул мөн Хосеагийн адил гэрлэлтийн бэлгэдлийг хэрэглэдэг.</w:t>
      </w:r>
    </w:p>
    <w:p>
      <w:pPr>
        <w:pStyle w:val="ArticleScripture"/>
        <w:jc w:val="left"/>
      </w:pPr>
      <w:r>
        <w:rPr>
          <w:rFonts w:ascii="Times New Roman" w:hAnsi="Times New Roman" w:eastAsia="Times New Roman" w:cs="Times New Roman"/>
        </w:rPr>
        <w:t>Учир нь бид Түүний биеийн, Түүний махан биеийн, Түүний ясны эрхтнүүд мөн. Иймийн тул эр хүн эцэг эхээ орхиж, эхнэртэйгээ нийлж, тэр хоёр нэг махан бие болно. Энэ нь агуу нууц мөн; харин би Христ ба чуулганы тухай ярьж байна. Ефес 5:30–32.</w:t>
      </w:r>
    </w:p>
    <w:p>
      <w:pPr>
        <w:pStyle w:val="ArticleBody"/>
        <w:jc w:val="left"/>
      </w:pPr>
      <w:r>
        <w:rPr>
          <w:rFonts w:ascii="Times New Roman" w:hAnsi="Times New Roman" w:eastAsia="Times New Roman" w:cs="Times New Roman"/>
        </w:rPr>
        <w:t>Гучин долоодугаар бүлэгт Езекиел сүүлчийн өдрүүдийн гэрээг, өөрөөр хэлбэл нэг зуун дөчин дөрвөн мянга хэмээн тодорхойлогдсон хүмүүстэй байгуулсан шинэчлэгдсэн гэрээг тодорхойлохдоо хоёр модыг нийлүүлэхийн тухай дүрслэлийг өгдөг. Тэрхүү хоёр мод нь мөр мөрөөрөө Хосеа болон Паулын гэрлэлтийн зүйрлэлийг агуулдаг. Тэдгээрийг хооронд нь нэгтгэхэд, тэд цаашид хоёр үндэстэн бус, харин үүрд нэг үндэстэн байх ёстой байв.</w:t>
      </w:r>
    </w:p>
    <w:p>
      <w:pPr>
        <w:pStyle w:val="ArticleScripture"/>
        <w:jc w:val="left"/>
      </w:pPr>
      <w:r>
        <w:rPr>
          <w:rFonts w:ascii="Times New Roman" w:hAnsi="Times New Roman" w:eastAsia="Times New Roman" w:cs="Times New Roman"/>
        </w:rPr>
        <w:t>Тэгээд Би тэднийг Израилийн уулс дээрх тэр нутагт нэг үндэстэн болгоно; мөн нэг хаан бүгдийнх нь хаан байна. Тэд цаашид хоёр үндэстэн байхаа болино, мөн дахин хэзээ ч хоёр хаант улсад хуваагдахгүй. Тэд өөрсдийгөө цаашид шүтээнүүдээрээ ч, жигшүүрт зүйлсээрээ ч, ямар ч гэм нүглээрээ ч бузарлахгүй. Харин Би тэднийг нүгэл үйлдсэн бүх оршин суусан газруудаас нь аварч, тэднийг цэвэрлэнэ. Тэгэхэд тэд Миний ард түмэн болж, Би тэдний Бурхан болно. Езекиел 37:22, 23.</w:t>
      </w:r>
    </w:p>
    <w:p>
      <w:pPr>
        <w:pStyle w:val="ArticleBody"/>
        <w:jc w:val="left"/>
      </w:pPr>
      <w:r>
        <w:rPr>
          <w:rFonts w:ascii="Times New Roman" w:hAnsi="Times New Roman" w:eastAsia="Times New Roman" w:cs="Times New Roman"/>
        </w:rPr>
        <w:t>Езекиелийн өгүүлдэг нэгдэл нь тэд цаашид хуваагдахгүй болох цагийг, мөн тэд дахин нүгэл үйлдэхгүй, цэвэршүүлэгдэхийг, Бурхан тэдний цорын ганц Бурхан байж, тэд зөвхөн нэг хаантай болохыг илтгэнэ. 10 дугаар сарын 22-нд Гэрээний Элч гэнэт сүмд ирж Өөрийн ард түмнийг “цэвэршүүлэхээр” ирсэн. Тэрээр хаанчлалыг хүлээн авахаар ирсэн бөгөөд Петрийн хэлснээр тэр хаанчлалын ард түмэн нь тухайн үед тахилч нар ба хаадын хаанчлал болох ёстой байв. Тэр өдөр сүйт залуу мөн гэрлэлтэд ирсэн бөгөөд энэ нь Паул болон Хосеагийн тодорхойлсон нууц бөгөөд бурханлаг чанар хүн төрөлхтөнтэй нэгдэхийг төлөөлдөг. Иохан, Паулын “та нарын доторх Христ, алдрын найдвар” хэмээн тодорхойлсон тэр нууц нь долоо дахь тэнгэрэлчийн бүрээ дуугарах өдрүүдэд гүйцэлдэх болно хэмээн өгүүлдэг.</w:t>
      </w:r>
    </w:p>
    <w:p>
      <w:pPr>
        <w:pStyle w:val="ArticleScripture"/>
        <w:jc w:val="left"/>
      </w:pPr>
      <w:r>
        <w:rPr>
          <w:rFonts w:ascii="Times New Roman" w:hAnsi="Times New Roman" w:eastAsia="Times New Roman" w:cs="Times New Roman"/>
        </w:rPr>
        <w:t>Харин долоо дахь тэнгэрэлчийн дуу хоолойн өдрүүдэд, тэр бүрээгээ үлээж эхлэх үед, Бурханы нууц нь Өөрийн боол эш үзүүлэгчдэд айлдсанчлан гүйцэлдэх ёстой. Илчлэлт 10:7.</w:t>
      </w:r>
    </w:p>
    <w:p>
      <w:pPr>
        <w:pStyle w:val="ArticleBody"/>
        <w:jc w:val="left"/>
      </w:pPr>
      <w:r>
        <w:rPr>
          <w:rFonts w:ascii="Times New Roman" w:hAnsi="Times New Roman" w:eastAsia="Times New Roman" w:cs="Times New Roman"/>
        </w:rPr>
        <w:t>Долоо дахь тэнгэрэлч нь 2001 оны 9 дүгээр сарын 11-нд хүрч ирсэн гурав дахь гай юм. Долоо дахь тэнгэрэлч 1844 оны түүхэнд гурав дахь тэнгэрэлч ирэх үед, түүнээс хойш дуугарч эхэлсэн боловч 1863 оны бослого тэр ажлыг дуусгагдахаас сэргийлсэн юм. Гурав дахь тэнгэрэлч ирж, долоо дахь бүрээ 2001 оны 9 дүгээр сарын 11-нд дахин дуугарч эхэлсэн бөгөөд энэ удаад “Бурханы нууц” “гүйцээгдэх” ёстой. Тэрхүү “нууц” нь бурханлаг чанар хүний мөн чанартай нэгдэн нийлэх явдал бөгөөд үүний үр дүнд нэг зуун дөчин дөрвөн мянга бий болдог; тэд дараа нь Бурханы туг тэмдэг, цэрэг арми болдог. Ийм учраас Езекиелийн гучин долоодугаар бүлэг Езекиелийг үхсэн хуурай ястай хөндийд аваачсанаар эхэлдэг. Тэдгээр яс нь 2001 оны 9 дүгээр сарын 11-ний үеийн Лаодикеан Адвентизмыг төлөөлдөг бөгөөд ийм учраас Паул Бурханы нууцын тухай өөрийн сайн мэдээг Лаодикеанчуудад хандуулдаг.</w:t>
      </w:r>
    </w:p>
    <w:p>
      <w:pPr>
        <w:pStyle w:val="ArticleScripture"/>
        <w:jc w:val="left"/>
      </w:pPr>
      <w:r>
        <w:rPr>
          <w:rFonts w:ascii="Times New Roman" w:hAnsi="Times New Roman" w:eastAsia="Times New Roman" w:cs="Times New Roman"/>
        </w:rPr>
        <w:t>Учир нь би та нарын төлөө, Лаодикейд буй тэдний төлөө, мөн махан биеэр миний нүүрийг үзээгүй бүхний төлөө ямар их тэмцэл хийж байгааг та нар мэдээсэй гэж хүсэж байна; ингэснээр тэдний зүрх сэтгэл тайтгарч, хайр дотор хоорондоо нэгдэн холбогдож, ойлголтын бүрэн итгэлтэй байдлын бүхий л баялагт хүрч, Бурханы, Эцэгийн, мөн Христийн нууцыг хүлээн зөвшөөрөхөд хүрэх болтугай; Түүний дотор мэргэн ухаан ба мэдлэгийн бүх эрдэнэс нуугдан байдаг. Колоссай 2:1–3.</w:t>
      </w:r>
    </w:p>
    <w:p>
      <w:pPr>
        <w:pStyle w:val="ArticleBody"/>
        <w:jc w:val="left"/>
      </w:pPr>
      <w:r>
        <w:rPr>
          <w:rFonts w:ascii="Times New Roman" w:hAnsi="Times New Roman" w:eastAsia="Times New Roman" w:cs="Times New Roman"/>
        </w:rPr>
        <w:t>Энэ нь мөн Эгч Уайт Езекиелийн хатаж хуурайшсан үхсэн яснуудтай холбон өгүүлдэг дүрслэл мөн.</w:t>
      </w:r>
    </w:p>
    <w:p>
      <w:pPr>
        <w:pStyle w:val="ArticleScripture"/>
        <w:jc w:val="left"/>
      </w:pPr>
      <w:r>
        <w:rPr>
          <w:rFonts w:ascii="Times New Roman" w:hAnsi="Times New Roman" w:eastAsia="Times New Roman" w:cs="Times New Roman"/>
        </w:rPr>
        <w:t>“Гэвч хуурай ясны энэ зүйрлэл нь зөвхөн ертөнцөд хамаарахгүй, агуу гэрлээр ерөөгдсөн хүмүүст ч мөн хамаарна; учир нь тэд ч бас хөндийн араг яснуудтай адил юм. Тэд хүндийн дүр төрхтэй, биеийн хэлбэр бүтэцтэй; гэвч тэдэнд сүнслэг амь амьдрал үгүй. Харин энэ сургаалт зүйрлэл нь хуурай ясыг зүгээр л хүний дүрстэйгээр хооронд нь холбогдсон байдалд орхидоггүй; учир нь мөч, төрхийн зохирол бүрдсэн байх нь хангалтгүй. Амийн амьсгал нь тэднийг босоо зогсож, үйл ажиллагаанд оролцохын тулд бие махбодыг амилуулах ёстой. Эдгээр яс нь Израилийн гэр, Бурханы чуулганыг төлөөлдөг бөгөөд чуулганы найдвар нь Ариун Сүнсний амилуулах нөлөө мөн. Хуурай яснууд амьдрахын тулд Эзэн тэдэн дээр амьсгалах ёстой.”</w:t>
      </w:r>
    </w:p>
    <w:p>
      <w:pPr>
        <w:pStyle w:val="ArticleScripture"/>
        <w:jc w:val="left"/>
      </w:pPr>
      <w:r>
        <w:rPr>
          <w:rFonts w:ascii="Times New Roman" w:hAnsi="Times New Roman" w:eastAsia="Times New Roman" w:cs="Times New Roman"/>
        </w:rPr>
        <w:t>“Бурханы Сүнс, Өөрийн амь оруулагч хүчтэйгээ хамт, хүн нэг бүрийн дотор байх ёстой; ингэснээр сүнслэг булчин, шөрмөс бүр ажиллаж байх болно. Ариун Сүнсгүйгээр, Бурханы амьсгалгүйгээр, мөс чанар хөшүүн болж, сүнслэг амь алдагдана. Сүнслэг амьгүй олон хүний нэр сүмийн бүртгэлд байдаг боловч тэдний нэр Хурганы амийн номд бичигдээгүй байдаг. Тэд сүмд нэгдсэн байж болох ч, Эзэнтэй нэгдээгүй байдаг. Тэд тодорхой үүргүүдийн гүйцэтгэлд хичээнгүй байж, амьд хүмүүс хэмээн тооцогдож болох ч, олон нь ‘чи амьд хэмээх нэртэй боловч үхсэн’ хүмүүсийн тоонд багтдаг.”</w:t>
      </w:r>
    </w:p>
    <w:p>
      <w:pPr>
        <w:pStyle w:val="ArticleScripture"/>
        <w:jc w:val="left"/>
      </w:pPr>
      <w:r>
        <w:rPr>
          <w:rFonts w:ascii="Times New Roman" w:hAnsi="Times New Roman" w:eastAsia="Times New Roman" w:cs="Times New Roman"/>
        </w:rPr>
        <w:t>“Сүнс Бурханд үнэнээсээ хөрвөөгүй л бол; Бурханы амийн амьсгал сүнсийг сүнслэг амьдралд амилуулан сэргээгээгүй л бол; үнэний тунхаглагчид тэнгэрээс төрсөн зарчмаар хөдөлгөгдөөгүй л бол тэд мөнхөд амьдран оршдог муудашгүй үрээс төрөөгүй байна. Христийн зөвт байдалд өөрсдийн цорын ганц аюулгүй байдал хэмээн найдаагүй л бол; Түүний зан чанарыг дуурайж, Түүний сүнсээр хөдөлмөрлөөгүй л бол тэд нүцгэн, Түүний зөвт байдлын өмсгөлийг өмсөөгүй байна. Үхэгсдийг амьд хүмүүс мэтээр олонтаа үзүүлдэг; учир нь өөрсдийн үзэл санааны дагуу аврал хэмээн нэрлэдгээ хэрэгжүүлж буй хүмүүсийн дотор Өөрийн таалалд нийцүүлэн хүсүүлэх ба үйлдүүлэхээр ажиллаж буй Бурхан байдаггүй.”</w:t>
      </w:r>
    </w:p>
    <w:p>
      <w:pPr>
        <w:pStyle w:val="ArticleScripture"/>
        <w:jc w:val="left"/>
      </w:pPr>
      <w:r>
        <w:rPr>
          <w:rFonts w:ascii="Times New Roman" w:hAnsi="Times New Roman" w:eastAsia="Times New Roman" w:cs="Times New Roman"/>
        </w:rPr>
        <w:t>“Энэ бүлгийг Езекиелийн үзэгдэлд харсан хатсан ясны хөндий тун зохистойгоор төлөөлдөг.” Review and Herald, 1893 оны 1 дүгээр сарын 17.</w:t>
      </w:r>
    </w:p>
    <w:p>
      <w:pPr>
        <w:pStyle w:val="ArticleBody"/>
        <w:jc w:val="left"/>
      </w:pPr>
      <w:r>
        <w:rPr>
          <w:rFonts w:ascii="Times New Roman" w:hAnsi="Times New Roman" w:eastAsia="Times New Roman" w:cs="Times New Roman"/>
        </w:rPr>
        <w:t>Лаодикейн захидал 1856 онд, яг Эзэн Левит номын хорин зургаадугаар бүлгийн “долоон цаг”-ийн урагшлах гэрлийг нээсэн тэр жилд, анх Адвентизмд толилуулагдсан юм. 1856 оны захидал нь гэмшилд дуудах дотоод захидал болон эш үзүүллэгийн гадаад захидлаас бүрдэж байсан бөгөөд 1863 онд няцаагдсан. “Та нарын доторх Христ, алдрын найдвар” хэмээх нууцын тухай Лаодикейн захидлыг 1888 онд Ахлагч Жонс, Ваггонер нар дахин давтан тунхагласан бөгөөд тэрхүү захидлыг мөн Лаодикейд хандсан захидал мөн хэмээн Уайт эгч тодорхойлсон юм.</w:t>
      </w:r>
    </w:p>
    <w:p>
      <w:pPr>
        <w:pStyle w:val="ArticleBody"/>
        <w:jc w:val="left"/>
      </w:pPr>
      <w:r>
        <w:rPr>
          <w:rFonts w:ascii="Times New Roman" w:hAnsi="Times New Roman" w:eastAsia="Times New Roman" w:cs="Times New Roman"/>
        </w:rPr>
        <w:t>Мөр мөрөөр нь авч үзвэл, Езекиелийн гучин долоодугаар бүлэг Езекиелийг сүнслэгээр 2001 оны 9 дүгээр сарын 11-нд хүргэгдэж, нүгэл ба гэмт үйлдлүүдийн дунд үхмэл болсон Лаодикийн Адвентизмийг харах үзэгдэл хүлээн авч байгаагаар эхэлдэг. Түүнд хоорондоо ялгаатай эш үзүүллэгийн хоёр мэдээг дамжуулахыг тушаадаг. Эхнийх нь нийлэн нэгдэхийг бий болгодог боловч бие махбодь нь үхмэл хэвээр байна. Хоёр дахь эш үзүүллэг нь “дөрвөн салхи”-ны мэдээгээр ясанд амьсгал оруулан амь өгөхийг уриалдаг. Дөрвөн салхины мэдээ бол зуун дөчин дөрвөн мянгын лацдах мэдээ бөгөөд энэ нь дөрвөн салхийг барьж буй дөрвөн тэнгэр элчийг тодорхойлдог. Уайт эгч тэдгээр дөрвөн салхийг “ууртай морь” хэмээн тодорхойлдог, учир нь тэр нь хазаарлагдан баригдаж байгаа тул тасран сулрахыг эрмэлзэж байдаг. Исламын ууртай морь тасран сулрахыг эрмэлзэж, 2001 оны 9 дүгээр сарын 11-нд үйлдсэнчлэн, өөрийн зам мөрөндөө үхэл ба сүйрлийг авчрахыг зорьж байна, мөн тун удахгүй ирэх Ням гаргийн хуулийн үед дахин суллагдах болно.</w:t>
      </w:r>
    </w:p>
    <w:p>
      <w:pPr>
        <w:pStyle w:val="ArticleBody"/>
        <w:jc w:val="left"/>
      </w:pPr>
      <w:r>
        <w:rPr>
          <w:rFonts w:ascii="Times New Roman" w:hAnsi="Times New Roman" w:eastAsia="Times New Roman" w:cs="Times New Roman"/>
        </w:rPr>
        <w:t>Тэрхүү мэдээ нь үхсэн биеүүдийг хөл дээрээ босон зогсож буй нэгэн нэгдмэл цэрэг болгож авчирдаг. Тэр нэгдмэл цэрэг нь долоо дахь тэнгэрэлчийн мэдээнд хариу болгон хөл дээрээ босогддог; учир нь долоо дахь тэнгэрэлчийн бүрээ дуугарах өдрүүдэд нэг зуун дөчин дөрвөн мянгатын Христтэй гэрлэх нууц биеллээ олох болно.</w:t>
      </w:r>
    </w:p>
    <w:p>
      <w:pPr>
        <w:pStyle w:val="ArticleBody"/>
        <w:jc w:val="left"/>
      </w:pPr>
      <w:r>
        <w:rPr>
          <w:rFonts w:ascii="Times New Roman" w:hAnsi="Times New Roman" w:eastAsia="Times New Roman" w:cs="Times New Roman"/>
        </w:rPr>
        <w:t>Дараа нь Езекиелд нэг үндэстэн болохоор нийлж буй хоёр савааг үзүүлдэг. Тэр хоёр саваа нь Израилийн хойд хаант улс болон Иудагийн өмнөд хаант улс бөгөөд, харилцан тус тусын хоёр мянга таван зуун хорин жилийн тараагдлын хугацааны төгсгөлд нэг үндэстэн болгон нийлдэг. Тэдгээрийн харилцан төгсгөл нь сүнслэг ариун сүмийг бий болгодог бөгөөд энэ нь харилцан тараагдлын цаг үеийн эхлэл болон төгсгөл дэх дөчин зургаан жилээр төлөөлөгддөг.</w:t>
      </w:r>
    </w:p>
    <w:p>
      <w:pPr>
        <w:pStyle w:val="ArticleBody"/>
        <w:jc w:val="left"/>
      </w:pPr>
      <w:r>
        <w:rPr>
          <w:rFonts w:ascii="Times New Roman" w:hAnsi="Times New Roman" w:eastAsia="Times New Roman" w:cs="Times New Roman"/>
        </w:rPr>
        <w:t>Бид энэ судлалыг дараагийн өгүүлэлд үргэлжлүүлэн авч үзнэ.</w:t>
      </w:r>
    </w:p>
    <w:p>
      <w:pPr>
        <w:pStyle w:val="ArticleScripture"/>
        <w:jc w:val="left"/>
      </w:pPr>
      <w:r>
        <w:rPr>
          <w:rFonts w:ascii="Times New Roman" w:hAnsi="Times New Roman" w:eastAsia="Times New Roman" w:cs="Times New Roman"/>
        </w:rPr>
        <w:t>“‘Тэд өглөө эртлэн босож, Текоагийн цөл уруу явцгаав. Тэднийг явж байх үед Иехошафат босон зогсож, —Иуда аа, Иерусалимын оршин суугчид аа, намайг сонсогтун; ЭЗЭН Бурхан дотроо итгэгтүн, тэгвэл та нар бат тогтох болно; Түүний эш үзүүлэгчдэд итгэгтүн, тэгвэл та нар амжилт олох болно, хэмээн хэлэв. Шастирын дэд 20:20.’”</w:t>
      </w:r>
    </w:p>
    <w:p>
      <w:pPr>
        <w:pStyle w:val="ArticleScripture"/>
        <w:jc w:val="left"/>
      </w:pPr>
      <w:r>
        <w:rPr>
          <w:rFonts w:ascii="Times New Roman" w:hAnsi="Times New Roman" w:eastAsia="Times New Roman" w:cs="Times New Roman"/>
        </w:rPr>
        <w:t>“Өөрсдийн Бурхан ЭЗЭНд итгэ, тэгвэл та нар бат тогтоно; Түүний эш үзүүлэгчдэд итгэ, тэгвэл та нар амжилт олно.”</w:t>
      </w:r>
    </w:p>
    <w:p>
      <w:pPr>
        <w:pStyle w:val="ArticleScripture"/>
        <w:jc w:val="left"/>
      </w:pPr>
      <w:r>
        <w:rPr>
          <w:rFonts w:ascii="Times New Roman" w:hAnsi="Times New Roman" w:eastAsia="Times New Roman" w:cs="Times New Roman"/>
        </w:rPr>
        <w:t>“Исаиа 8:20. ‘Хууль ба гэрчлэл уруу ханд; хэрэв тэд энэ үгийн дагуу ярихгүй бол, тэдний дотор гэрэл огт үгүй байгаа нь тэр юм.’”</w:t>
      </w:r>
    </w:p>
    <w:p>
      <w:pPr>
        <w:pStyle w:val="ArticleScripture"/>
        <w:jc w:val="left"/>
      </w:pPr>
      <w:r>
        <w:rPr>
          <w:rFonts w:ascii="Times New Roman" w:hAnsi="Times New Roman" w:eastAsia="Times New Roman" w:cs="Times New Roman"/>
        </w:rPr>
        <w:t>“Бурханы ард түмний өмнө энд хоёр бичвэр тавигдаж байна: амжилтад хүрэх хоёр нөхцөл. Ехова Өөрөө айлдсан хууль болон эш үзүүллэгийн сүнс нь Түүний ард түмнийг аливаа туршлага бүрд удирдах мэргэн ухааны хоёр эх сурвалж мөн. Дэд хууль 4:6. ‘Энэ нь та нарын мэргэн ухаан, та нарын ухаарал нь мөн бөлгөө, үүнийг үндэстнүүдийн нүдний өмнө тэд хараад, “Үнэхээр энэ агуу үндэстэн бол мэргэн, ухаалаг ард түмэн юм” хэмээн өгүүлэх болно.’”</w:t>
      </w:r>
    </w:p>
    <w:p>
      <w:pPr>
        <w:pStyle w:val="ArticleScripture"/>
        <w:jc w:val="left"/>
      </w:pPr>
      <w:r>
        <w:rPr>
          <w:rFonts w:ascii="Times New Roman" w:hAnsi="Times New Roman" w:eastAsia="Times New Roman" w:cs="Times New Roman"/>
        </w:rPr>
        <w:t>“Бурханы хууль ба эш үзүүллэгийн Сүнс нь сүмийг удирдан чиглүүлж, зөвлөн туслахын тулд хамтдаа явдаг бөгөөд сүм Түүний хуульд дуулгавартай байж үүнийг хүлээн зөвшөөрөх бүрд, үнэний замд түүнийг удирдан чиглүүлэхээр эш үзүүллэгийн сүнс илгээгдэж ирсэн юм.</w:t>
      </w:r>
    </w:p>
    <w:p>
      <w:pPr>
        <w:pStyle w:val="ArticleScripture"/>
        <w:jc w:val="left"/>
      </w:pPr>
      <w:r>
        <w:rPr>
          <w:rFonts w:ascii="Times New Roman" w:hAnsi="Times New Roman" w:eastAsia="Times New Roman" w:cs="Times New Roman"/>
        </w:rPr>
        <w:t>“Илчлэл 12:17. ‘Луу тэр эмэгтэйд хилэгнэж, Бурханы тушаалуудыг сахиж, Есүс Христийн гэрчлэлийг эзэмшигч түүний үр удмын үлдэгдэлтэй дайтахаар явав.’ Энэхүү эш үзүүллэг нь үлдэгдэл сүм Бурханыг Түүний хууль дотор хүлээн зөвшөөрөх бөгөөд эш үзүүллэгийн бэлгийг эзэмшинэ гэдгийг тодорхой заан харуулдаг. Бурханы хуульд дуулгавартай байх явдал болон эш үзүүллэгийн сүнс нь Бурханы жинхэнэ ард түмнийг үргэлж ялган тэмдэглэсээр ирсэн бөгөөд шалгалт нь ихэвчлэн тухайн цаг үеийн илрэлүүд дээр өгөгддөг.”</w:t>
      </w:r>
    </w:p>
    <w:p>
      <w:pPr>
        <w:pStyle w:val="ArticleScripture"/>
        <w:jc w:val="left"/>
      </w:pPr>
      <w:r>
        <w:rPr>
          <w:rFonts w:ascii="Times New Roman" w:hAnsi="Times New Roman" w:eastAsia="Times New Roman" w:cs="Times New Roman"/>
        </w:rPr>
        <w:t>Иеремиагийн үед ард түмэн Мосе, Елиа, Елишагийн мэдээний талаар ямар ч эргэлзээгүй байсан боловч, Бурханаас Иеремиад илгээсэн мэдээг тэд эргэлзэн хойш тавьсаар, эцэст нь түүний хүч чадал, нөлөө нь талаар болж, Бурхан тэднийг олзлолд аваачихаас өөр аргагүй болсон юм.</w:t>
      </w:r>
    </w:p>
    <w:p>
      <w:pPr>
        <w:pStyle w:val="ArticleScripture"/>
        <w:jc w:val="left"/>
      </w:pPr>
      <w:r>
        <w:rPr>
          <w:rFonts w:ascii="Times New Roman" w:hAnsi="Times New Roman" w:eastAsia="Times New Roman" w:cs="Times New Roman"/>
        </w:rPr>
        <w:t>“Үүнчлэн Христийн өдрүүдэд ард түмэн Иеремиагийн захиас үнэн байсан гэдгийг мэдсэн бөгөөд хэрэв тэд эцэг өвгөдийнхөө өдрүүдэд амьдарч байсан бол түүний захиасыг хүлээн авах байсан гэж өөрсдийгөө итгүүлсэн; гэвч тэр цагт тэд бүх эш үзүүлэгчдийн бичсэн Түүний тухай Христийн захиасыг няцааж байв.</w:t>
      </w:r>
    </w:p>
    <w:p>
      <w:pPr>
        <w:pStyle w:val="ArticleScripture"/>
        <w:jc w:val="left"/>
      </w:pPr>
      <w:r>
        <w:rPr>
          <w:rFonts w:ascii="Times New Roman" w:hAnsi="Times New Roman" w:eastAsia="Times New Roman" w:cs="Times New Roman"/>
        </w:rPr>
        <w:t>“Бурханы хуулийг чуулганд түүний бүрэн дүүрэн байдал ба хүч чадлаар илчлэх учиртай гурав дахь тэнгэрэлчийн мэдээ дэлхийд гарч ирэхийн хамт эш үзүүллийн бэлэг ч мөн тэр даруй сэргээгдсэн юм. Энэхүү бэлэг нь энэ мэдээг хөгжүүлэн урагшлуулах үйл хэрэгт нэн чухал үүрэг гүйцэтгэсэн билээ.</w:t>
      </w:r>
    </w:p>
    <w:p>
      <w:pPr>
        <w:pStyle w:val="ArticleScripture"/>
        <w:jc w:val="left"/>
      </w:pPr>
      <w:r>
        <w:rPr>
          <w:rFonts w:ascii="Times New Roman" w:hAnsi="Times New Roman" w:eastAsia="Times New Roman" w:cs="Times New Roman"/>
        </w:rPr>
        <w:t>“Судрын тайлбарууд болон ажлын арга барилтай холбоотой үзэл бодлын зөрөө гарч, энэ нь мэдээний итгэгчдийн итгэлийг ганхуулж, ажилд эв нэгдэлгүй байдалд хүргэхээр тооцоологдсон үед эш үзүүллийн сүнс тухайн нөхцөл байдалд үргэлж гэрэл тусгаж ирсэн. Тэр нь итгэгчдийн биед бодлын нэгдэл, үйл ажиллагааны зохицлыг үргэлж авчирч ирсэн. Мэдээний хөгжлийн болон ажлын өсөлтийн явцад үүссэн хямрал бүрд Бурханы хуулийн болон эш үзүүллийн Сүнсний гэрлийн талд бат зогссон хүмүүс ялж, ажил тэдний гарт амжилттай урагшилсан.”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дөчин есдүгээр```</dc:title>
  <dc:subject>Бурханы нууц илчлэгдэв: Бурханлаг ба хүнлэг чанарыг нэгтгэх нь</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