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Дөрөвдүгээр Хэсэг</w:t>
      </w:r>
    </w:p>
    <w:p>
      <w:pPr>
        <w:pStyle w:val="ArticleSubtitle"/>
        <w:jc w:val="left"/>
      </w:pPr>
      <w:r>
        <w:rPr>
          <w:rFonts w:ascii="Arial" w:hAnsi="Arial" w:eastAsia="Arial" w:cs="Arial"/>
        </w:rPr>
        <w:t>Даниел Номын Хоёрдугаар Бүлэг – Хураангуй ба Дүгнэлт I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“Илчлэлт номд Библийн бүх номууд нэгэн дор уулзан төгсөнө. Энд Даниелын номын нөхвөр байна.” Элч нарын үйлс, 585.</w:t>
      </w:r>
    </w:p>
    <w:p>
      <w:pPr>
        <w:pStyle w:val="ArticleBody"/>
        <w:jc w:val="left"/>
      </w:pPr>
      <w:r>
        <w:rPr>
          <w:rFonts w:ascii="Times New Roman" w:hAnsi="Times New Roman" w:eastAsia="Times New Roman" w:cs="Times New Roman"/>
        </w:rPr>
        <w:t>Иоханы тодорхойлсноор “Есүс Христийн Илчлэл” хэмээн нэрлэгддэг үнэн нь Иуда овгийн Арслан Өөрийн ард түмэнд 2023 оны 7 дугаар сараас хойш тайлан нээж ирсэн бөгөөд энэ нь Даниелын номыг Илчлэл номтой нэгтгэн авч үзэх үед төгс байдалд хүрдэг. Даниелын номын хоёрдугаар бүлэг нь эцсийн өдрүүд дэх араатны дүрийн сорилтын хүрээнд хоёр дахь тэнгэрэлчийн мэдээг илэрхийлдэг. Энэ нь сорилтын нэгэн үйл явц болон сорилтын тодорхой нэг хугацааг заан илтгэдэг.</w:t>
      </w:r>
    </w:p>
    <w:p>
      <w:pPr>
        <w:pStyle w:val="ArticleBody"/>
        <w:jc w:val="left"/>
      </w:pPr>
      <w:r>
        <w:rPr>
          <w:rFonts w:ascii="Times New Roman" w:hAnsi="Times New Roman" w:eastAsia="Times New Roman" w:cs="Times New Roman"/>
        </w:rPr>
        <w:t>Даниелын номын хоёрдугаар бүлэгт дүрслэгдсэн, Даниелын боолчлолын далан жилээр төлөөлөгдөх тэр хугацаа ба явц нь Миллеритын түүх дэх протестантуудын шалгалтын үеийг бэлгэдсэн юм. Протестантууд шалгалтынхаа явцад бүтэлгүйтэж, Ромын охид болсон. Зөгнөлийн утгаар охин нь эхээ төлөөлдөг; харин Ром бол зөгнөлийн араатан мөн. Тэдний бүтэлгүйтэл, улмаар Ромын охид болон хувирсан нь бидний өнөөгийн түүх дэх араатны дүрийн шалгалтыг бэлгэддэг; учир нь тэд араатны дүрд шилжсэн юм. Иймээс бидний өнөөгийн шалгалтын явц нь Даниелын далан жилийн боолчлолоор, мөн Миллерит хөдөлгөөний үеийн хоёр дахь тэнгэрэлчийн мэдээний түүхээр төлөөлөгдөж байна.</w:t>
      </w:r>
    </w:p>
    <w:p>
      <w:pPr>
        <w:pStyle w:val="ArticleBody"/>
        <w:jc w:val="left"/>
      </w:pPr>
      <w:r>
        <w:rPr>
          <w:rFonts w:ascii="Times New Roman" w:hAnsi="Times New Roman" w:eastAsia="Times New Roman" w:cs="Times New Roman"/>
        </w:rPr>
        <w:t>2001 оны 9 дүгээр сарын 11-нд эхэлсэн хоёр дахь тэнгэрэлчийн мэдээний түүхэнд, Небухаднезарын араатнуудын тухай дүрс-зүүдээр бэлгэдэн төлөөлүүлсэн тодорхой нэгэн үе болон шалгалтын үйл явц байдаг; учир нь Библийн эш үзүүллэгт хаант улс мөн араатан байдаг. Небухаднезар болон халдеичуудын шашны язгууртан давхарга нь шалгалтад унадаг хүмүүсийг төлөөлдөг бол, Даниел болон тэр гурван эрхэм нь шалгалтыг давдаг хүмүүсийг төлөөлдөг. Өөрөөр харагдаж болох авч, Небухаднезарын бүтэлгүйтэл нь Даниелын гуравдугаар бүлэгт батлагдсан байдаг.</w:t>
      </w:r>
    </w:p>
    <w:p>
      <w:pPr>
        <w:pStyle w:val="ArticleBody"/>
        <w:jc w:val="left"/>
      </w:pPr>
      <w:r>
        <w:rPr>
          <w:rFonts w:ascii="Times New Roman" w:hAnsi="Times New Roman" w:eastAsia="Times New Roman" w:cs="Times New Roman"/>
        </w:rPr>
        <w:t>Даниелын номын нэг, хоёрдугаар бүлэгт хоёуланд нь дүрслэгдсэн шалгалтын явцад, Сургаалт Илчлэлийн номд саяхан дэлгэн тавигдсан үнэнүүдтэй нийцэн тохирох тодорхой эш үзүүллэгийн замын тэмдгүүд байдаг. Нэгдүгээр бүлэгт “арван өдөр” нь Даниел тэнгэрлэг хоолыг идсэнийхээ улмаас илүү өнгөлөг, илүү тарган төрхийг илэрхийлэхэд хүргэсэн шалгалтын хугацааг төлөөлсөн бол, нөгөө ангиллын тайганууд хааны хоол тэжээлийг идсэн хүмүүсийн дүр төрхийг илэрхийлсэн юм. Эш үзүүллэгийн утгаараа хаан бол хаанчлал мөн бөгөөд, эш үзүүллэгийн утгаараа хаан буюу хаанчлал нь мөн араатан юм. Төрх байдал нь хааны хоол тэжээлийг идсэний үр дүнг илэрхийлсэн хүмүүс араатны дүрийг илэрхийлсэн юм.</w:t>
      </w:r>
    </w:p>
    <w:p>
      <w:pPr>
        <w:pStyle w:val="ArticleBody"/>
        <w:jc w:val="left"/>
      </w:pPr>
      <w:r>
        <w:rPr>
          <w:rFonts w:ascii="Times New Roman" w:hAnsi="Times New Roman" w:eastAsia="Times New Roman" w:cs="Times New Roman"/>
        </w:rPr>
        <w:t>Даниелын хоёрдугаар бүлэгт Даниел Небухаднезарын хөрөг-зӗдрэмний нууцлаг “нууцыг” ойлгохын тулд залбирч байв. Тэр зүүд юу байсныг, мөн юу гэсэн утгатайг нь мэдэх шаардлагатай байсан. Тэрээр эцсийн өдрүүдэд Есүс Христийн Илчлэлтийн лац тайлагдахтай холбоотой нууцуудыг ойлгохоор эрэлхийлж буй хүмүүсийг төлөөлдөг. Учир нь Есүс Христийн Илчлэлтийн лац тайлагдах нь нигүүлслийн хугацаа хаагдахаас өмнө тайлагддаг эш үзүүллэгийн сүүлчийн “нууц” мөн. Даниелыг оролцуулаад бүх эш үзүүлэгчид эцсийн өдрүүдийг заан тодорхойлж байна. Даниелын тэрхүү “нууцыг” ойлгох гэсэн чармайлт нь амь нас, үхлийн асуудал байсан шиг, эцсийн өдрүүдэд Бурханы ард түмний хувьд араатны дүрийн сорилт мөн тийм л амь, үхлийн асуудал юм.</w:t>
      </w:r>
    </w:p>
    <w:p>
      <w:pPr>
        <w:pStyle w:val="ArticleScripture"/>
        <w:jc w:val="left"/>
      </w:pPr>
      <w:r>
        <w:rPr>
          <w:rFonts w:ascii="Times New Roman" w:hAnsi="Times New Roman" w:eastAsia="Times New Roman" w:cs="Times New Roman"/>
        </w:rPr>
        <w:t>“Араатны дүрс хаагдахаас өмнө бий болно гэдгийг Эзэн надад тодорхой харуулсан; учир нь энэ нь Бурханы ард түмний хувьд тэдний мөнхийн хувь заяа шийдэгдэх агуу сорилт байх ёстой юм.” Manuscript Releases, volume 15, 15.</w:t>
      </w:r>
    </w:p>
    <w:p>
      <w:pPr>
        <w:pStyle w:val="ArticleBody"/>
        <w:jc w:val="left"/>
      </w:pPr>
      <w:r>
        <w:rPr>
          <w:rFonts w:ascii="Times New Roman" w:hAnsi="Times New Roman" w:eastAsia="Times New Roman" w:cs="Times New Roman"/>
        </w:rPr>
        <w:t>Даниел “нууцыг” ойлгохоор эрэлхийлж байхдаа өргөсөн залбирал нь эцсийн өдрүүдэд Бурханы ард түмний түүхэн дэх тодорхой нэгэн замын тэмдгийг илэрхийлдэг. Даниелын ном эцсийн өдрүүд дэх “залбирал” хэмээх замын тэмдгийг тогтоон батлах хоёр гэрчийг өгдөг. Тэрхүү замын тэмдэг нь шинэчлэлийн шугам бүрийн хоёр дахь мэдээгээр төлөөлөгдсөн цаг хугацааны үед байрладаг.</w:t>
      </w:r>
    </w:p>
    <w:p>
      <w:pPr>
        <w:pStyle w:val="ArticleBody"/>
        <w:jc w:val="left"/>
      </w:pPr>
      <w:r>
        <w:rPr>
          <w:rFonts w:ascii="Times New Roman" w:hAnsi="Times New Roman" w:eastAsia="Times New Roman" w:cs="Times New Roman"/>
        </w:rPr>
        <w:t>Хоёр залбирлын эш үзүүллэгийн нөхцөл байдал нь далан жилийн олзлол бөгөөд энэ нь бэлгэдлийн хувьд Левит хорин зургаадын “долоон үе”-ийг төлөөлдөг. Даниелын хоёрдугаар бүлгийн нэгдүгээр зүйлд “Небухаднезар” хэмээх нэрийг давтан хоёр удаа хэрэглэсэн байдаг бөгөөд Сударт үгийг давтан хэрэглэх нь хоёр дахь тэнгэрэлчийн мэдээний бэлгэдэл юм.</w:t>
      </w:r>
    </w:p>
    <w:p>
      <w:pPr>
        <w:pStyle w:val="ArticleBody"/>
        <w:jc w:val="left"/>
      </w:pPr>
      <w:r>
        <w:rPr>
          <w:rFonts w:ascii="Times New Roman" w:hAnsi="Times New Roman" w:eastAsia="Times New Roman" w:cs="Times New Roman"/>
        </w:rPr>
        <w:t>Эгч Уайтын бичвэрүүдэд Даниелын гуравдугаар бүлгийг Ням гаргийн хуулийн бэлгэдэл хэмээн тодорхойлсон хэд хэдэн эшлэл байдаг. Даниелын нэгдүгээр бүлэг нь эхний тэнгэрэлчийн мэдээний бүх шинжийг агуулдаг бөгөөд эхний ба хоёр дахь мэдээгүйгээр гурав дахь мэдээ (Даниелын гуравдугаар бүлэг) байж үл болохыг бидэнд мэдүүлсэн байдаг.</w:t>
      </w:r>
    </w:p>
    <w:p>
      <w:pPr>
        <w:pStyle w:val="ArticleBody"/>
        <w:jc w:val="left"/>
      </w:pPr>
      <w:r>
        <w:rPr>
          <w:rFonts w:ascii="Times New Roman" w:hAnsi="Times New Roman" w:eastAsia="Times New Roman" w:cs="Times New Roman"/>
        </w:rPr>
        <w:t>Араатны дүрсний сорилтыг Эллен Уайт нигүүлслийн хугацаа хаагдахаас өмнө, мөн бид лацдуулагдахаас өмнө заавал даван туулах ёстой сорилт хэмээн тодорхойлсон байдаг. Даниел номын гуравдугаар бүлэгт хөгжим эгшиглэх үед нигүүлслийн хугацаа бэлгэдлийн утгаар хаагдсан, учир нь гуравдугаар бүлэг Ням гаргийн хуулийг төлөөлдөг. Небухаднезарын хөгжим нь Тирийн янхан мартагдсан бэлгэдлийн далан жилийн төгсгөлд газар дэлхийн хаадын өмнө дуулж эхэлдэг аялгууг төлөөлдөг.</w:t>
      </w:r>
    </w:p>
    <w:p>
      <w:pPr>
        <w:pStyle w:val="ArticleScripture"/>
        <w:jc w:val="left"/>
      </w:pPr>
      <w:r>
        <w:rPr>
          <w:rFonts w:ascii="Times New Roman" w:hAnsi="Times New Roman" w:eastAsia="Times New Roman" w:cs="Times New Roman"/>
        </w:rPr>
        <w:t>Тэр өдөр Тир далан жилийн турш, нэг хааны өдрүүдтэй адил хугацаанд, мартагдах болно. Харин далан жилийн төгсгөлд Тир янхан эм мэт дуулах болно. «Ятга аваад, хотоор тойрон яв, мартагдсан янхан эм ээ; дахин дурсагдахын тулд уянгат аялгуу гаргаж, олон дуу дуул. Тэгээд далан жилийн төгсгөлд ЭЗЭН Тирийг эргэн харж, тэрээр хөлсөндөө буцан орж, газрын хөрсөн дээрх дэлхийн бүх хаант улсуудтай садар самуун үйлдэх болно» гэжээ. Исаиа 23:15–17.</w:t>
      </w:r>
    </w:p>
    <w:p>
      <w:pPr>
        <w:pStyle w:val="ArticleBody"/>
        <w:jc w:val="left"/>
      </w:pPr>
      <w:r>
        <w:rPr>
          <w:rFonts w:ascii="Times New Roman" w:hAnsi="Times New Roman" w:eastAsia="Times New Roman" w:cs="Times New Roman"/>
        </w:rPr>
        <w:t>Уайт эгч гурван тэнгэрэлчийн мэдээг гурван шалгалт хэмээн тодорхойлдог.</w:t>
      </w:r>
    </w:p>
    <w:p>
      <w:pPr>
        <w:pStyle w:val="ArticleScripture"/>
        <w:jc w:val="left"/>
      </w:pPr>
      <w:r>
        <w:rPr>
          <w:rFonts w:ascii="Times New Roman" w:hAnsi="Times New Roman" w:eastAsia="Times New Roman" w:cs="Times New Roman"/>
        </w:rPr>
        <w:t>“Эхний болон хоёр дахь тэнгэрэлчийн мэдээнүүдийн дор Сүйт Хүргэнийг угтан гарагч олны дундаас олон хүн гурав дахь, дэлхийд өгөгдөх эцсийн шалгах мэдээг хүлээн авахаас татгалзсан; мөн эцсийн дуудлага хийгдэх үед түүнтэй адил байр суурь эзлэгдэх болно.” Review and Herald, October 31, 1899.</w:t>
      </w:r>
    </w:p>
    <w:p>
      <w:pPr>
        <w:pStyle w:val="ArticleBody"/>
        <w:jc w:val="left"/>
      </w:pPr>
      <w:r>
        <w:rPr>
          <w:rFonts w:ascii="Times New Roman" w:hAnsi="Times New Roman" w:eastAsia="Times New Roman" w:cs="Times New Roman"/>
        </w:rPr>
        <w:t>Хэд хэдэн гэрчийн үндсэн дээр Даниелын хоёрдугаар бүлэг нь хоёр дахь тэнгэрэлчийн мэдээ мөн. Эхний тэнгэрэлчийн хүчирхэгжүүлэлтээс шүүлт хүртэлх түүх нь Даниелын олзлогдлын далан жилээр дүрслэгдсэн түүх юм. Хоёрдугаар бүлэг дэх Даниелын залбирлын нөхцөл байдал нь “долоон цаг”-ийн бэлгэдэл болсон тэрхүү далан жилийн дотор өрнөдөг.</w:t>
      </w:r>
    </w:p>
    <w:p>
      <w:pPr>
        <w:pStyle w:val="ArticleBody"/>
        <w:jc w:val="left"/>
      </w:pPr>
      <w:r>
        <w:rPr>
          <w:rFonts w:ascii="Times New Roman" w:hAnsi="Times New Roman" w:eastAsia="Times New Roman" w:cs="Times New Roman"/>
        </w:rPr>
        <w:t>Есдүгээр бүлгийн залбирал нь далан жилийн тухай шууд дурдсанаар эхэлдэг. Хоёр залбирлын эш үзүүллэгийн орчин нэгэн адил юм. Тэд нэгэн ижил залбирлын өөр өөр талуудыг илэрхийлдэг боловч хоёулаа “долоон цаг”-ийн нэгэн ижил хүрээнд байрлаж, мөн эцсийн өдрүүдийн нэг зуун дөчин дөрвөн мянгын түүхэнд орших “залбирал” хэмээх тэмдэгтийн цэгтэй нийцдэг.</w:t>
      </w:r>
    </w:p>
    <w:p>
      <w:pPr>
        <w:pStyle w:val="ArticleBody"/>
        <w:jc w:val="left"/>
      </w:pPr>
      <w:r>
        <w:rPr>
          <w:rFonts w:ascii="Times New Roman" w:hAnsi="Times New Roman" w:eastAsia="Times New Roman" w:cs="Times New Roman"/>
        </w:rPr>
        <w:t>Даниел есдүгээр бүлэгт залбирах үедээ Вавилоны хаант улсаас Мид ба Персийн хаант улс руу шилжих эш үзүүллэгийн “шилжилтийн үе”-д байна. Тэрхүү шилжилтийн цэг нь мөн нэгэн тэмдэглэгээ бөгөөд Бурханы ард түмэн гудамжинд “Лаодикичууд” байдлаар үхэж, булшнаас “Филаделфичууд” байдлаар гарч ирдэг гурав дахь тэнгэрэлчийн хөдөлгөөний адилхан шилжилтийн цэгтэй ч мөн давхцдаг. Эхний тэнгэрэлчийн хөдөлгөөний шилжилтийн цэг нь Даниелын шилжилтийн цэгтэй ч, гурав дахь тэнгэрэлчийн хөдөлгөөнтэй ч давхцдаг бөгөөд энэ гурвуул нь Левит хорин зургаагийн “долоон цаг”-тай шууд холбоотой. Миллерийн хөдөлгөөн дэх Филаделфиагаас Лаодики руу шилжилт нь 1856 онд “долоон цаг”-ийн тухай “шинэ гэрэл” ирснээр, улмаар 1863 онд “долоон цаг”-ийг бүхэлд нь няцааснаар болсон юм. Есдүгээр бүлэг дэх Даниел, Миллерийн үеийн эхний тэнгэрэлчийн хөдөлгөөн, мөн бидний үеийн гурав дахь тэнгэрэлчийн хөдөлгөөн — эдгээр нь бүгд хоорондоо давхцах нэгэн шилжилтийн цэгтэй бөгөөд тэрхүү гурван шилжилтийн цэг нь бүгд “долоон цаг”-ийн хүрээнд байрлаж байна.</w:t>
      </w:r>
    </w:p>
    <w:p>
      <w:pPr>
        <w:pStyle w:val="ArticleBody"/>
        <w:jc w:val="left"/>
      </w:pPr>
      <w:r>
        <w:rPr>
          <w:rFonts w:ascii="Times New Roman" w:hAnsi="Times New Roman" w:eastAsia="Times New Roman" w:cs="Times New Roman"/>
        </w:rPr>
        <w:t>Шалгалтын үйл явцын түүхэнд, Даниел нь өөрт нь өгөгдсөн гэрлийг эхлээд гурван нөхөртэйгөө хуваалцдаг элчийг төлөөлдөг бөгөөд ийнхүү тэрээр “цөлд хашхирагч дуу хоолой” болох “Елиа”-гийн эш үзүүллэгийн үүргийг бэлгэдэн илтгэдэг.</w:t>
      </w:r>
    </w:p>
    <w:p>
      <w:pPr>
        <w:pStyle w:val="ArticleBody"/>
        <w:jc w:val="left"/>
      </w:pPr>
      <w:r>
        <w:rPr>
          <w:rFonts w:ascii="Times New Roman" w:hAnsi="Times New Roman" w:eastAsia="Times New Roman" w:cs="Times New Roman"/>
        </w:rPr>
        <w:t>Даниелын хоёрдугаар бүлгийн “нууц” нь Библийн зөгнөлийн найм дахь хаанчлал нь долоон хаанчлалын “нэгэн нь” болохыг тодорхойлдог. Иймд энэ нь Библийн зөгнөлийн хаанчлалуудын анхны дүрслэл болохынхоо хувьд Илчлэл номын арван долоодугаар бүлэгт буй Библийн зөгнөлийн хаанчлалуудын сүүлчийн дүрслэлтэй холбогдоно. Өмнөх долоон хаанчлалын “нэгэн нь” болох найм дахь хаанчлал нь луу, араатан, хуурамч эш үзүүлэгчийн гурвалсан нэгдэл болох орчин үеийн Вавилоныг тогтоодог шилжилтийн цэгийг авч үзэж байна. Небухаднезарын дүрсийн тухай зүүд нь эцсийн дүндээ зөгнөлийн түүхийн газрын найм дахь хаанчлалыг заан тодорхойлж байна.</w:t>
      </w:r>
    </w:p>
    <w:p>
      <w:pPr>
        <w:pStyle w:val="ArticleBody"/>
        <w:jc w:val="left"/>
      </w:pPr>
      <w:r>
        <w:rPr>
          <w:rFonts w:ascii="Times New Roman" w:hAnsi="Times New Roman" w:eastAsia="Times New Roman" w:cs="Times New Roman"/>
        </w:rPr>
        <w:t>Библийн эш үзүүллэгт хаанчлал нь араатан байдаг тул Небухаднезарын дүрсний зүүдээр төлөөлөгдсөн үнэн нь Илчлэлт номын арван долоодугаар бүлэгт мөн адил тодорхойлогддог эцсийн араатны тухай анхны дурдалт мөн юм. Иймээс Небухаднезарын зүүд нь эцсийн дүндээ найм дахь бөгөөд эцсийн араатны дүрсний тухай зүүд мөн. Энэ бол “араатны дүр”-ийн тухай зүүд юм.</w:t>
      </w:r>
    </w:p>
    <w:p>
      <w:pPr>
        <w:pStyle w:val="ArticleBody"/>
        <w:jc w:val="left"/>
      </w:pPr>
      <w:r>
        <w:rPr>
          <w:rFonts w:ascii="Times New Roman" w:hAnsi="Times New Roman" w:eastAsia="Times New Roman" w:cs="Times New Roman"/>
        </w:rPr>
        <w:t>Гурав дахь тэнгэрэлчийн хөдөлгөөнд тохиолддог шилжилтийн цэгийг танин мэдэхийн ач холбогдлын баталгаа нь өөрөө энэ мөн; харин “нууц” нь мөн 2020 оны 7 дугаар сарын 18-ны өдрөөс хойших түүхийн талаар өмнөх өгүүллүүдэд тодорхойлон үзүүлсэн олон зүйлийг нэгтгэн холбож, бататган тогтоодог түлхүүр юм. Тэрхүү өгүүллүүдэд, Даниелын далан жилийн олзлогдлоор төлөөлүүлэгдсэн ариун шинэчлэлийн хөдөлгөөн тус бүрийн дөрвөн замын тэмдэг нь үргэлж ижил сэдвийг агуулдаг хэмээн тайлбарлагдсан билээ.</w:t>
      </w:r>
    </w:p>
    <w:p>
      <w:pPr>
        <w:pStyle w:val="ArticleBody"/>
        <w:jc w:val="left"/>
      </w:pPr>
      <w:r>
        <w:rPr>
          <w:rFonts w:ascii="Times New Roman" w:hAnsi="Times New Roman" w:eastAsia="Times New Roman" w:cs="Times New Roman"/>
        </w:rPr>
        <w:t>Христийн цаг үеийн тэр дөрвөн замын тэмдэг нь “үхэл ба амилалт”-ын агуулга дотор тогтоогдсон байв. Эхний захиасын хүч чадлаар хангагдсаныг төлөөлдөг анхны замын тэмдэг нь үхэл ба амилалтын бэлгэдэл болох Христийн баптисм байлаа. Тэр түүхэн дэх анхны урам хугаралыг төлөөлдөг хоёр дахь замын тэмдэг нь Лазарын үхэл ба амилалт байв. Гурав дахь замын тэмдэг нь Иерусалим уруу хийсэн ялалтын оролт бөгөөд энэ нь Шөнө дундын Хашхирааг төлөөлдөг. Христ Өөрийн үхэл ба амилалт уруу чиглэн явж байсан бөгөөд үхэл ба амилалтын амьд төлөөлөгч Лазар жагсаалыг тэргүүлж байв. Лазар мөн Шөнө дундын Хашхирааг тунхаглах үеэр Бурханы ард түмэн “тамгалагддаг” гэдгийг тогтоодог.</w:t>
      </w:r>
    </w:p>
    <w:p>
      <w:pPr>
        <w:pStyle w:val="ArticleScripture"/>
        <w:jc w:val="left"/>
      </w:pPr>
      <w:r>
        <w:rPr>
          <w:rFonts w:ascii="Times New Roman" w:hAnsi="Times New Roman" w:eastAsia="Times New Roman" w:cs="Times New Roman"/>
        </w:rPr>
        <w:t>“Энэхүү титэм болсон гайхамшиг, Лазарын амилуулалт нь, Түүний үйл хэрэг дээр болон Өөрийн бурханлаг чанарын тухай Түүний мэдэгдэл дээр Бурханы тамгыг дарах ёстой байсан.” Үе Үеийн Хүсэл, 529.</w:t>
      </w:r>
    </w:p>
    <w:p>
      <w:pPr>
        <w:pStyle w:val="ArticleBody"/>
        <w:jc w:val="left"/>
      </w:pPr>
      <w:r>
        <w:rPr>
          <w:rFonts w:ascii="Times New Roman" w:hAnsi="Times New Roman" w:eastAsia="Times New Roman" w:cs="Times New Roman"/>
        </w:rPr>
        <w:t>Шүүлтийн дөрөв дэх тэмдэглэгээ нь загалмай байсан бөгөөд энэ нь мөн үхэл ба амилалт байв. Эдгээр дөрвөн тэмдэглэгээний үе нь Даниелын зөгнөсөн олзлогдлын далан жилээр төлөөлөгдөнө.</w:t>
      </w:r>
    </w:p>
    <w:p>
      <w:pPr>
        <w:pStyle w:val="ArticleBody"/>
        <w:jc w:val="left"/>
      </w:pPr>
      <w:r>
        <w:rPr>
          <w:rFonts w:ascii="Times New Roman" w:hAnsi="Times New Roman" w:eastAsia="Times New Roman" w:cs="Times New Roman"/>
        </w:rPr>
        <w:t>Миллеритүүдийн түүхэнд гол сэдэв нь “өдрийг жилээр тооцох зарчим” байсан бөгөөд 1840 оны 8-р сарын 11 нь тэрхүү зарчмын баталгаа болсон юм. Эхний урам хугаралт нь өдрийг жилээр тооцох зарчмыг буруу хэрэглэсний үр дүн байв. “Шөнө дундын хашхираан” нь хоёр мянга гурван зуун жилийн эш үзүүллэг болон хоёр мянга таван зуун хорин жилийн эш үзүүллэгтэй холбогдон, өдрийг жилээр тооцох зарчмын төгс боловсруулалт байсан бөгөөд дараа нь 1844 оны 10-р сарын 22-нд тэрхүү өдрийг жилээр тооцох эш үзүүллэгүүд биелэгдэхэд Мөрдөн шалгах шүүлт эхэлсэн юм. Миллеритүүдийн түүхэн дэх дөрвөн тэмдэглэгээний бүхний сэдэв нь “өдрийг жилээр тооцох зарчим” байсан. Тэрхүү дөрвөн тэмдэглэгээний үеийг Даниелын олзлогдлын далан жилээр төлөөлүүлэн харуулдаг.</w:t>
      </w:r>
    </w:p>
    <w:p>
      <w:pPr>
        <w:pStyle w:val="ArticleBody"/>
        <w:jc w:val="left"/>
      </w:pPr>
      <w:r>
        <w:rPr>
          <w:rFonts w:ascii="Times New Roman" w:hAnsi="Times New Roman" w:eastAsia="Times New Roman" w:cs="Times New Roman"/>
        </w:rPr>
        <w:t>Хаан Давидын өдрүүдэд гол сэдэв нь “Бурханы авдар” байсан. Давид эрх мэдэлтэй болмогцоо тэрээр авдрыг Давидын хот руу авчрахаар шийдэв.</w:t>
      </w:r>
    </w:p>
    <w:p>
      <w:pPr>
        <w:pStyle w:val="ArticleScripture"/>
        <w:jc w:val="left"/>
      </w:pPr>
      <w:r>
        <w:rPr>
          <w:rFonts w:ascii="Times New Roman" w:hAnsi="Times New Roman" w:eastAsia="Times New Roman" w:cs="Times New Roman"/>
        </w:rPr>
        <w:t>Давид улам цаашлан дэвжин агуу болж байв; түмэн цэргийн ЭЗЭН Бурхан түүнтэй хамт байсан юм. 2 Самуел 5:10.</w:t>
      </w:r>
    </w:p>
    <w:p>
      <w:pPr>
        <w:pStyle w:val="ArticleBody"/>
        <w:jc w:val="left"/>
      </w:pPr>
      <w:r>
        <w:rPr>
          <w:rFonts w:ascii="Times New Roman" w:hAnsi="Times New Roman" w:eastAsia="Times New Roman" w:cs="Times New Roman"/>
        </w:rPr>
        <w:t>Эхний урам хугаралт нь Узза авдарт хүрч нүгэл үйлдсэн үед тохиосон. Гурав дахь тэмдэглэгээ нь Уззагийн тэрслэлтээс хойш авдар хадгалагдаж байсан гит хүн Обед-Едомын гэрийг ЭЗЭН ерөөсөн болохыг Давид ойлгосон үе байв. Тэгээд Давид Иерусалим руу ялалтын ёслолт оролтоо хийхийн тулд авдрыг авчирсан (зөвхөн эхнэр нь Давидын оролтын улмаас зохисгүй уур хилэн, “урам хугаралт”-ыг илэрхийлсэн). Тэдгээр дөрвөн тэмдэглэгээ тус бүрийг авдар төлөөлдөг. Тэрхүү дөрвөн тэмдэглэгээний үеийг Даниелын далан жилийн олзлол төлөөлдөг.</w:t>
      </w:r>
    </w:p>
    <w:p>
      <w:pPr>
        <w:pStyle w:val="ArticleBody"/>
        <w:jc w:val="left"/>
      </w:pPr>
      <w:r>
        <w:rPr>
          <w:rFonts w:ascii="Times New Roman" w:hAnsi="Times New Roman" w:eastAsia="Times New Roman" w:cs="Times New Roman"/>
        </w:rPr>
        <w:t>2001 оны 9 дүгээр сарын 11-нд “гурав дахь Гай”-гийн Ислам суллагдаж, дараа нь хазаарлагдсан. 2020 оны 7 дугаар сарын 18 нь Исламын үүргийн талаар биелээгүй эш үзүүллэг байв. Үхсэн хуурай ясуудыг амилуулдаг мэдээ нь “дөрвөн салхи”-наас ирдэг бөгөөд тэдгээр нь Исламын бэлгэдэл бөгөөд Шөнө дундын Хашхирааны мэдээг төлөөлдөг. Америкийн Нэгдсэн Улсад Ням гаргийн хуулийн үндэсний тэрслэлтийн дараа дагалдах үндэсний сүйрэл нь “гурав дахь Гай”-гийн Исламаар авчрагдана. Тэдгээр дөрвөн замын тэмдгийн үеийг Даниелын далан жилийн олзлолт төлөөлдөг.</w:t>
      </w:r>
    </w:p>
    <w:p>
      <w:pPr>
        <w:pStyle w:val="ArticleBody"/>
        <w:jc w:val="left"/>
      </w:pPr>
      <w:r>
        <w:rPr>
          <w:rFonts w:ascii="Times New Roman" w:hAnsi="Times New Roman" w:eastAsia="Times New Roman" w:cs="Times New Roman"/>
        </w:rPr>
        <w:t>Эхний тэнгэрэлчийн хөдөлгөөн нь гурав дахь тэнгэрэлчийн хөдөлгөөнийг төлөөлдөг бөгөөд Миллерчүүдийн түүхэн дэх Дунд шөнийн хашхирааны мэдээ нь анхны урам хугаралтыг бий болгосон биелээгүй зөгнөлийн залруулга байсан юм.</w:t>
      </w:r>
    </w:p>
    <w:p>
      <w:pPr>
        <w:pStyle w:val="ArticleScripture"/>
        <w:jc w:val="left"/>
      </w:pPr>
      <w:r>
        <w:rPr>
          <w:rFonts w:ascii="Times New Roman" w:hAnsi="Times New Roman" w:eastAsia="Times New Roman" w:cs="Times New Roman"/>
        </w:rPr>
        <w:t>“Урам нь хугарсан хүмүүс Судруудаас өөрсдийнх нь хойшлогдох хугацаанд байгааг, мөн үзэгдлийн биеллийг тэвчээртэйгээр хүлээх ёстойг олж харсан. 1843 онд тэднийг Эзэнээ хүлээн харахад хүргэсэн тэрхүү адил нотолгоо нь 1844 онд ч Түүнийг хүлээхэд нь хүргэсэн.” Эртний Бичвэрүүд, 247.</w:t>
      </w:r>
    </w:p>
    <w:p>
      <w:pPr>
        <w:pStyle w:val="ArticleBody"/>
        <w:jc w:val="left"/>
      </w:pPr>
      <w:r>
        <w:rPr>
          <w:rFonts w:ascii="Times New Roman" w:hAnsi="Times New Roman" w:eastAsia="Times New Roman" w:cs="Times New Roman"/>
        </w:rPr>
        <w:t>Нэшвилл рүү Исламын довтолгоо болно гэдгийн нотолгоо нь Ням гаргийн мөргөлийг албадан хэрэгжүүлэхэд хариу болгон Нэшвилл рүү довтолгоо болохын нотолгоо мөн юм. Зөгнөлийн Сүнсний бичвэрүүд хэзээ ч алддаггүй. Нэшвилл рүү довтолгоо болох тухай зөгнөл Зөгнөлийн Сүнсний бичвэрүүдэд тодорхой өгүүлэгдсэн байдаг. Нэшвиллийн зөгнөл биелнэ, харин Нэшвилл рүү хийх довтолгооны зөгнөл нь Миллеритуудын түүхэнд байсны адил, өмнө нь бүтэлгүйтсэн зөгнөлийг залруулсны үндсэн дээр тогтоогдоно. Энэ нь “шүүлт”-ийг төлөөлдөг дөрөв дэх замын тэмдэг дээр биелдэг.</w:t>
      </w:r>
    </w:p>
    <w:p>
      <w:pPr>
        <w:pStyle w:val="ArticleBody"/>
        <w:jc w:val="left"/>
      </w:pPr>
      <w:r>
        <w:rPr>
          <w:rFonts w:ascii="Times New Roman" w:hAnsi="Times New Roman" w:eastAsia="Times New Roman" w:cs="Times New Roman"/>
        </w:rPr>
        <w:t>Есүс төгсгөлийг үргэлж эхлэлээр дүрслэн үзүүлдэг бөгөөд 2001 оны 9 дүгээр сарын 11-ний эхний замын тэмдэг нь Исламын зүгээс үйлдэгдсэн халдлага байсан тул Ням гаргийн хуулийн шүүлтийн үед Нэшвилл хотын эсрэг Исламын халдлага болно. Үүнд өөр бусад байнууд ч багтаж болох талтай, гэвч Шөнө дундын Хашхирааны мэдээ бол анхны урам хугарлыг бий болгосон мэдээний залруулга болсон тэрхүү мэдээ юм. Анхны урам хугарал нь Эллен Уайтын үгсээс бус, харин зөгнөлд цаг хугацааны элементийг хэрэглэсэн нүглээс үүдэн гарсан юм.</w:t>
      </w:r>
    </w:p>
    <w:p>
      <w:pPr>
        <w:pStyle w:val="ArticleBody"/>
        <w:jc w:val="left"/>
      </w:pPr>
      <w:r>
        <w:rPr>
          <w:rFonts w:ascii="Times New Roman" w:hAnsi="Times New Roman" w:eastAsia="Times New Roman" w:cs="Times New Roman"/>
        </w:rPr>
        <w:t>Эхний мэдээний “хүчирхэгжилт”-ээс эхэлдэг дөрвөн тэмдэглэгээ (Даниелын номд энэ нь бэлгэдлийн далан жилийн эхэнд тохиолддог)-ийг үргэлж нэгэн ижил сэдэв захирдгийг танин мэдэх нь чухал юм. Хэрэв та 2001 оны 9 дүгээр сарын 11-ийг эш үзүүллэгийн биелэлт хэмээн хүлээн зөвшөөрсөн бол, эш үзүүллэгийн утгаар та “далд ном”-ыг идсэн байна. Үнэндээ маш цөөхөн хүн тэр үнэнийг идсэн боловч, Даниелаар төлөөлөгдсөн шиг Вавилоны хоолоор өөрсдийгөө бузарлуулахгүй байхаар зүрх сэтгэлдээ шийдсэн зарим нь байсан. Гэвч 2001 оны 9 дүгээр сарын 11 нь эш үзүүллэгийн биелэлт байсан гэж итгэдгээ тунхагладаг атлаа, тэр нь Ислам бус, харин Бушийн гэр бүл, эсвэл глобалистууд, эсвэл Иезуитууд, эсвэл ТТГ, эсвэл орчин үеийн хуйвалдааны онолчдын байнга ашигладаг ердийн сэжигтнүүдийн ямар нэгэн хослол байсан хэмээн маргадаг хүмүүс бас бий. Альфа ба Омега болох Есүс төгсгөлийг эхлэлээр дүрслэн үзүүлдэг тул, хэрэв бид 2001 оны 9 дүгээр сарын 11-нд эш үзүүллэгийн утгаар юуг төлөөлүүлснийг буруугаар ойлгож байвал, бид “үнэний” эш үзүүллэгийн Үгийг зөв хуваан тайлбарлах чадвараа өөрсдөө сүйтгэж байна.</w:t>
      </w:r>
    </w:p>
    <w:p>
      <w:pPr>
        <w:pStyle w:val="ArticleBody"/>
        <w:jc w:val="left"/>
      </w:pPr>
      <w:r>
        <w:rPr>
          <w:rFonts w:ascii="Times New Roman" w:hAnsi="Times New Roman" w:eastAsia="Times New Roman" w:cs="Times New Roman"/>
        </w:rPr>
        <w:t>Миллерит хөдөлгөөний түүхэн дэх эхний мэдээний “эрх мэдэлжүүлэлт” нь хоёр дахь Гаслалын ислам байсан бөгөөд тэрхүү эрх мэдэлжүүлэлт нь гурав дахь Гаслалын исламын авчирсан 2001 оны 9 дүгээр сарын 11-ний өдрийн эрх мэдэлжүүлэлтийг бэлгэдэн урьдчилан үзүүлсэн юм.</w:t>
      </w:r>
    </w:p>
    <w:p>
      <w:pPr>
        <w:pStyle w:val="ArticleBody"/>
        <w:jc w:val="left"/>
      </w:pPr>
      <w:r>
        <w:rPr>
          <w:rFonts w:ascii="Times New Roman" w:hAnsi="Times New Roman" w:eastAsia="Times New Roman" w:cs="Times New Roman"/>
        </w:rPr>
        <w:t>Эхний waymark дээрх Ислам нь сүүлчийн waymark дээрх Исламыг таньж тогтоодог. Сүүлчийн waymark нь шүүлтийг төлөөлдөг бөгөөд Америкийн Нэгдсэн Улс Ням гаргийн хуулийн үед шүүгддэг. Энэ нь Езекиелийн гучин долдугаар бүлэг дэх хоёр дахь мэдээ бөгөөд үхэгсдийг амилуулдаг; тэрхүү мэдээ нь гурав дахь waymark-ийн мэдээ, өөрөөр хэлбэл Шөнө дундын Хашхираан юм. Энэ нь Христ “илжиг” унан ялгуусан орж ирснээр хэв шинжлэгдсэн лацдах мэдээ бөгөөд “илжиг” нь Исламын бэлгэдэл юм. Шөнө дундын Хашхирааны лацдах мэдээ нь Исламаар дамжин зөөгддөг.</w:t>
      </w:r>
    </w:p>
    <w:p>
      <w:pPr>
        <w:pStyle w:val="ArticleScripture"/>
        <w:jc w:val="left"/>
      </w:pPr>
      <w:r>
        <w:rPr>
          <w:rFonts w:ascii="Times New Roman" w:hAnsi="Times New Roman" w:eastAsia="Times New Roman" w:cs="Times New Roman"/>
        </w:rPr>
        <w:t>Сионы охинд хэлэгтүн: Харагтун, чиний Хаан чам уруу ирж байна; даруу бөгөөд илжиг унан, бүр илжигний унаганы төлийг унан ирж байна. Матай 21:5.</w:t>
      </w:r>
    </w:p>
    <w:p>
      <w:pPr>
        <w:pStyle w:val="ArticleBody"/>
        <w:jc w:val="left"/>
      </w:pPr>
      <w:r>
        <w:rPr>
          <w:rFonts w:ascii="Times New Roman" w:hAnsi="Times New Roman" w:eastAsia="Times New Roman" w:cs="Times New Roman"/>
        </w:rPr>
        <w:t>Езекиелийн хоёр дахь эш үзүүллэг нь “дөрвөн салхи”-наас гарч ирдэг бөгөөд энэ нь мөн Исламын бэлгэ тэмдэг юм. Энэ үнэний талаар тодорхой, хоёрдмол утгагүй байх нь туйлын чухал. Учир нь Шөнө дундын Хашхираа хэмээх мэдээ нь гурав дахь Гаслангийн Исламыг, Ням гаргийн хуулийн үед АНУ-д шүүлт авчирч, зарлигийн дараа дагалдан ирэх үндэсний сүйрлийг бий болгодог хүч хэмээн танин тодорхойлдог мэдээ мөн.</w:t>
      </w:r>
    </w:p>
    <w:p>
      <w:pPr>
        <w:pStyle w:val="ArticleBody"/>
        <w:jc w:val="left"/>
      </w:pPr>
      <w:r>
        <w:rPr>
          <w:rFonts w:ascii="Times New Roman" w:hAnsi="Times New Roman" w:eastAsia="Times New Roman" w:cs="Times New Roman"/>
        </w:rPr>
        <w:t>Илчлэлийн Долоон Бүрээ нь харь Ром болон папын Ромын аль алинаар Ням гаргийн мөргөлийг албадан хэрэгжүүлсний эсрэг Бурханы шүүлтүүд байсан.</w:t>
      </w:r>
    </w:p>
    <w:p>
      <w:pPr>
        <w:pStyle w:val="ArticleListItem"/>
        <w:ind w:left="576" w:hanging="259"/>
        <w:jc w:val="left"/>
      </w:pPr>
      <w:r>
        <w:rPr>
          <w:rFonts w:ascii="Times New Roman" w:hAnsi="Times New Roman" w:eastAsia="Times New Roman" w:cs="Times New Roman"/>
        </w:rPr>
        <w:t>1. Эхний дөрвөн Бүрээ нь Константин 321 онд анхны Ням гаргийн хуулийг хүчин төгөлдөр болгосны дараа харь шашинт Ромын эсрэг буулгагдсан юм.</w:t>
      </w:r>
    </w:p>
    <w:p>
      <w:pPr>
        <w:pStyle w:val="ArticleListItem"/>
        <w:ind w:left="576" w:hanging="259"/>
        <w:jc w:val="left"/>
      </w:pPr>
      <w:r>
        <w:rPr>
          <w:rFonts w:ascii="Times New Roman" w:hAnsi="Times New Roman" w:eastAsia="Times New Roman" w:cs="Times New Roman"/>
        </w:rPr>
        <w:t>2. Тав, зургаа дахь Бүрээнүүд (мөн Исламын эхний болон хоёр дахь Гаслангууд) нь 538 онд Орлеаны Зөвлөл дээр батлагдсан папын Ням гаргийн хуулийн төлөө папын Ромын эсрэг Бурханы шүүлтүүд байв.</w:t>
      </w:r>
    </w:p>
    <w:p>
      <w:pPr>
        <w:pStyle w:val="ArticleListItem"/>
        <w:ind w:left="576" w:hanging="259"/>
        <w:jc w:val="left"/>
      </w:pPr>
      <w:r>
        <w:rPr>
          <w:rFonts w:ascii="Times New Roman" w:hAnsi="Times New Roman" w:eastAsia="Times New Roman" w:cs="Times New Roman"/>
        </w:rPr>
        <w:t>3. Долоо дахь Бүрээ (Исламын гурав дахь Гай нь) гэдэг нь ойрын ирээдүйд Нэгдсэн Улс ням гаргийн мөргөлийг албадан хэрэгжүүлэх үед түүн дээр буух шүүлт юм.</w:t>
      </w:r>
    </w:p>
    <w:p>
      <w:pPr>
        <w:pStyle w:val="ArticleBody"/>
        <w:jc w:val="left"/>
      </w:pPr>
      <w:r>
        <w:rPr>
          <w:rFonts w:ascii="Times New Roman" w:hAnsi="Times New Roman" w:eastAsia="Times New Roman" w:cs="Times New Roman"/>
        </w:rPr>
        <w:t>Гурав дахь Гаслангийн Ислам нь 2001 оны 9 дүгээр сарын 11-ний эхний замын тэмдгийг төлөөлдөг. 2020 оны 7 дугаар сарын 18-нд Нэшвиллд Ислам довтлоно гэсэн биелээгүй зөгнөл нь анхны урам хугаралт буюу хоёр дахь замын тэмдгийг төлөөлдөг. Езекиелийн гучин долоодугаар бүлэгт буй хоёр дахь эш үзүүллэгт дүрслэгдсэн Исламын “дөрвөн салхи”-ны мэдээ нь Шөнө дундын Хашхираан буюу гурав дахь замын тэмдгийг төлөөлдөг бөгөөд үүний дараа 2020 оны 7 дугаар сарын 18-ны биелээгүй зөгнөл Ням гаргийн хууль дээр биелэгдэх нь дөрөв дэх замын тэмдэг болдог. Эдгээр нь Даниелын далан жилийн олзлолтоор төлөөлөгдсөн зуун дөчин дөрвөн мянгын эш үзүүллэгийн түүхэнд тохиолдох дөрвөн эш үзүүллэгийн замын тэмдэг юм.</w:t>
      </w:r>
    </w:p>
    <w:p>
      <w:pPr>
        <w:pStyle w:val="ArticleBody"/>
        <w:jc w:val="left"/>
      </w:pPr>
      <w:r>
        <w:rPr>
          <w:rFonts w:ascii="Times New Roman" w:hAnsi="Times New Roman" w:eastAsia="Times New Roman" w:cs="Times New Roman"/>
        </w:rPr>
        <w:t>Шөнө дундын Хашхирааны мэдээг танин мэдэх нь Небухаднезарын дүрсний зүүдийг ойлгохын төлөө залбирах үед Даниелд хэв шинжээр илчлэгдсэн “нууцын” үндсэн бүрэлдэхүүн мөн. Түүний залбирал нь Илчлэл арван нэгд гардаг хоёр гэрчийн үхлийн гурван өдөр хагасын төгсгөлд байрлах нэгэн тэмдэгтийн цэг юм. Есдүгээр бүлэгт тэмдэглэгдсэн Даниелын Левит хорин зургаагийн залбирал нь Дариусын хаанчлалын эхний жилд байсан. Энэ нь түүний залбирлууд шилжилтийн цэгүүдэд байрлаж байсныг харуулдаг.</w:t>
      </w:r>
    </w:p>
    <w:p>
      <w:pPr>
        <w:pStyle w:val="ArticleBody"/>
        <w:jc w:val="left"/>
      </w:pPr>
      <w:r>
        <w:rPr>
          <w:rFonts w:ascii="Times New Roman" w:hAnsi="Times New Roman" w:eastAsia="Times New Roman" w:cs="Times New Roman"/>
        </w:rPr>
        <w:t>Миллерчүүдийн түүхэн дэх шилжилтийн цэг нь 1856 он байсан бөгөөд Жеймс, Эллен Уайт нарын хэлснээр тэр үед Миллерийн хөдөлгөөн Филаделфиас Лаодикея руу шилжсэн юм. Тэр жилдээ Хайрам Эдсоны Review and Herald дахь өгүүллүүдээр “долоон үе”-ийн талаархи “шинэ гэрэл” ирсэн боловч 1863 онд (“долоон үе”-ийн дараа) “долоон үе” бүхэлдээ няцаагдсан юм. Даниел Библийн эш үзүүллэгийн эхний ба хоёр дахь хаанчлалуудын хоорондох шилжилтийн цэг дээрх “долоон үе”-ийн “тараалт”-ын төлөөх “эмчилгээ” хэмээн тодорхойлогдсон “тэр залбирал”-ыг залбирсан юм.</w:t>
      </w:r>
    </w:p>
    <w:p>
      <w:pPr>
        <w:pStyle w:val="ArticleBody"/>
        <w:jc w:val="left"/>
      </w:pPr>
      <w:r>
        <w:rPr>
          <w:rFonts w:ascii="Times New Roman" w:hAnsi="Times New Roman" w:eastAsia="Times New Roman" w:cs="Times New Roman"/>
        </w:rPr>
        <w:t>Гурван хагас нь мянга хоёр зуун жаран жилийн бэлгэдэл бөгөөд, тэр нь эргээд “долоон үе”-ийн бэлгэдэл юм. 2020 оны 7 дугаар сарын 18-нд Future for America-ийн Лаодикийн хөдөлгөөн бошиглолын мэдээг дахин хэзээ ч цаг хугацаанд тулган өлгөж болохгүй гэсэн Бурханы тушаалын эсрэг тэрслүү байдлыг илэрхийлсэн. Тэгээд уг хөдөлгөөн Илчлэлт арван нэгд гардаг, Езекиелийн үхмэл хуурай яссын хөндийг дайран өнгөрдөг гудамжинд “алагдаж”, “тараагдсан”. Арван онгон бүсгүйн сургаалт зүйрлэл дэх “саатлын цаг” мөн болдог тэр “тараагдах” цагийн төгсгөлд, тэд одоо “гурван хагас” өдрийн “цөл”-ийн дотроос гарч буй “хашхирагч дуу”-гаар булшнаасаа дуудагдаж байна.</w:t>
      </w:r>
    </w:p>
    <w:p>
      <w:pPr>
        <w:pStyle w:val="ArticleBody"/>
        <w:jc w:val="left"/>
      </w:pPr>
      <w:r>
        <w:rPr>
          <w:rFonts w:ascii="Times New Roman" w:hAnsi="Times New Roman" w:eastAsia="Times New Roman" w:cs="Times New Roman"/>
        </w:rPr>
        <w:t>Миллерчүүд эцэст нь Матайн хорин тавдугаар бүлэг болон Хабаккукийн хоёрдугаар бүлэгт өгүүлсэн “саатлын цаг”-т байгаагаа ухаарсан шиг, мөн адил “хоёр үхсэн гэрч” ч “цөл дэх дуу хоолой” хашхирах үед өөрсдийн хаана байгаагаа танин мэдэх ёстой. Тэд өөрсдийгөө “тараагдсан” гэдгээ ухаарах ёстой. Тэрхүү ухаарал нь “залбирал”-д дуудах дуудлага мөн, гэвч зүгээр нэг залбирал бус, энэ нь Даниелын Левит хорин зургаадугаар бүлгийн залбиралд дуудах дуудлага юм. Тэрхүү тусгай залбиралгүйгээр сэргэлт гэж үгүй. Сэргэлт нь Лаодикигаас Филадельфи уруу шилжих шилжилтийн цэгийг тэмдэглэдэг бөгөөд Даниелын хоёрдугаар бүлэг дэх Небухаднезарын хөрөгөөр батлагддагчлан, долоон дотроос найм дахь нь болох эш үзүүллэгийн үзэгдлийг төрүүлдэг.</w:t>
      </w:r>
    </w:p>
    <w:p>
      <w:pPr>
        <w:pStyle w:val="ArticleBody"/>
        <w:jc w:val="left"/>
      </w:pPr>
      <w:r>
        <w:rPr>
          <w:rFonts w:ascii="Times New Roman" w:hAnsi="Times New Roman" w:eastAsia="Times New Roman" w:cs="Times New Roman"/>
        </w:rPr>
        <w:t>Тэр гэмшил ба нүглээ хүлээн зөвшөөрөх залбирал биелэгдэхэд, Бурхан Өөрийн гэрээг тэр цагт санаж, тархан бутарсан Өөрийн ард түмнийг цуглуулна гэсэн амлалт байдаг. Езекиелийн анхны эш үзүүллэг яснуудыг хамтад нь цуглуулсан бөгөөд дараа нь түүний “дөрвөн салхи”-ны тухай эш үзүүллэг шинээр төрсөн “Филаделфи”-чуудыг хүчирхэг цэрэг болгон хувиргасан юм… Илчлэлт арван нэгд зааснаар, тэд дараа нь “тэнгэр өөд өргөгдөх” ёстой болсон, “тэнгэрэлч нарын үүл”-тэй хамт өргөгдөх тэрхүү хүчирхэг цэрэг юм. Тэгээд тэд Эзэний “туг” болдог.</w:t>
      </w:r>
    </w:p>
    <w:p>
      <w:pPr>
        <w:pStyle w:val="ArticleBody"/>
        <w:jc w:val="left"/>
      </w:pPr>
      <w:r>
        <w:rPr>
          <w:rFonts w:ascii="Times New Roman" w:hAnsi="Times New Roman" w:eastAsia="Times New Roman" w:cs="Times New Roman"/>
        </w:rPr>
        <w:t>Иудагийн овгийн Арслан эдүгээ илчилж буйгаар Даниел хоёрдугаар бүлгийн “нууц” нь “долоон дотроос гарсан найм дахь” хэмээх үзэгдлийг баталж байна… мөн Даниел хоёрдугаар бүлгийн эш үзүүллэгийн бусад бүх зүйл Илчлэлт арван нэгдүгээр бүлгийн хоёр гэрчийн эш үзүүллэгийн дараалалтай нийцэж байна. Илчлэлт арван нэгдүгээр бүлгийн хоёр гэрч нь Ням гаргийн хууль тогтоогдох яг тэр “цагт” “туг тэмдэг болгон өргөгддөг”, учир нь тэд Илчлэлт арван нэгдүгээр бүлгийн “агуу газар хөдлөлт”-ийн үед өргөгддөг. Тэрхүү “агуу газар хөдлөлт” хотын аравны нэг хэсгийг сүйтгэдэг бөгөөд Америкийн Нэгдсэн Улс нь “арван хаад”-ын доторх гол хаан мөн, яг л Франц байсанчлан, Францын хувьсгалын “газар хөдлөлт” Илчлэлт арван нэгдүгээр бүлгийн биелэл болгон Францыг арчин устгасан үед.</w:t>
      </w:r>
    </w:p>
    <w:p>
      <w:pPr>
        <w:pStyle w:val="ArticleBody"/>
        <w:jc w:val="left"/>
      </w:pPr>
      <w:r>
        <w:rPr>
          <w:rFonts w:ascii="Times New Roman" w:hAnsi="Times New Roman" w:eastAsia="Times New Roman" w:cs="Times New Roman"/>
        </w:rPr>
        <w:t>Тэрхүү газар хөдлөлтийн төгс биелэлт нь “газар” араатан дээр хэрэгждэг бөгөөд газрын араатны хаанчлал дахь Ням гаргийн хууль нь сэгсрэлтийг бий болгодог. Илчлэлт арван нэгдүгээр бүлгийн “газар хөдлөлт”-ийн төгс биелэлт нь “газар” араатан “сэгсрэгдэж”, үндэсний урвалтын дараа үндэсний сүйрэл дагалдах тэрхүү Ням гаргийн хууль мөн. Тэр цагт хоёр гэрч “туг тэмдэг мэт өргөгдөнө”. Тэд Христ эцсийн удаа тэнгэр өөд өгссөнтэй адил “үүлэн дунд тэнгэрт гарна”. Эцсийн өдрүүдийн Бурханы ард түмнийг төлөөлдөг, мөн туг тэмдэг мэт тэнгэр өөд өргөгдөх ёстой шавь нарт Түүний хэлсэн сүүлчийн үгс Үйлс номд тэмдэглэгдсэн байдаг.</w:t>
      </w:r>
    </w:p>
    <w:p>
      <w:pPr>
        <w:pStyle w:val="ArticleScripture"/>
        <w:jc w:val="left"/>
      </w:pPr>
      <w:r>
        <w:rPr>
          <w:rFonts w:ascii="Times New Roman" w:hAnsi="Times New Roman" w:eastAsia="Times New Roman" w:cs="Times New Roman"/>
        </w:rPr>
        <w:t>Тэр тэдэнд: Эцэг Өөрийн эрх мэдэлд тогтоосон цаг үе ба хугацааг мэдэх нь та нарт хамаарахгүй. Харин Ариун Сүнс та нар дээр ирсний дараа та нар хүчийг хүлээн авч, Иерусалимд, бүхий л Иудейд, Самарид, мөн газрын хязгаар хүртэл Надад гэрчүүд болно гэж айлдав. Тэр эдгээрийг айлдсаны дараа, тэд харж байх зуур Өргөгдөн одов; мөн үүл Түүнийг тэдний нүднээс халхлан авав. Үйлс 1:7–9.</w:t>
      </w:r>
    </w:p>
    <w:p>
      <w:pPr>
        <w:pStyle w:val="ArticleBody"/>
        <w:jc w:val="left"/>
      </w:pPr>
      <w:r>
        <w:rPr>
          <w:rFonts w:ascii="Times New Roman" w:hAnsi="Times New Roman" w:eastAsia="Times New Roman" w:cs="Times New Roman"/>
        </w:rPr>
        <w:t>“туг” болох ёстнууд “туг”-ийн ажлыг гүйцэлдүүлэхийн тулд Ариун Сүнсний хүчийг хүлээн авахыг хүсвэл “цагууд ба улирлууд”-ын хэрэглээнээс нүүр буруулах ёстой.</w:t>
      </w:r>
    </w:p>
    <w:p>
      <w:pPr>
        <w:pStyle w:val="ArticleBody"/>
        <w:jc w:val="left"/>
      </w:pPr>
      <w:r>
        <w:rPr>
          <w:rFonts w:ascii="Times New Roman" w:hAnsi="Times New Roman" w:eastAsia="Times New Roman" w:cs="Times New Roman"/>
        </w:rPr>
        <w:t>Даниелын хоёрдугаар бүлэгт түүнд илчлэгдсэн тэр “нууц” нь туршилтын хугацаа хаагдахын яг өмнө тамга нь тайлагддаг Есүс Христийн Илчлэлийн нууц мөн. Тэрхүү “нууц” нь “Долоон Аянгын” “далд түүх”-ийг багтаадаг. Тэрхүү түүх нь Еврей цагаан толгойн эхний, арван гурав дахь, мөн сүүлчийн үсгийг нэгтгэн бүтээсэн еврей үгэн дээр бүтэцлэгдсэн байдаг. Тэдгээр үсгийг нэгтгэхэд, еврей хэлний “үнэн” гэсэн үг бүрэлддэг. Есүс бол “үнэн” мөн бөгөөд Тэр мөн Эхлэл ба Эцэс юм. Тэр гурван үсэг нь агуу шинэчлэлийн хөдөлгөөн бүрийн бүтцийг төлөөлдөг, учир нь тэд эхний, хоёр дахь, гурав дахь тэнгэрэлчийг төлөөлдөг. Тэд Даниелын арван хоёрдугаар бүлэгт “цэвэршүүлэгдэж, цайруулагдаж, шалгагдана” хэмээн дүрслэгдсэн гурван үе шаттай цэвэршүүлэлтийн үйл явцыг төлөөлдөг. Шалгалт ба цэвэршүүлэлтийн тэрхүү гурван үе шаттай үйл явцыг Future for America хорь гаруй жилийн турш танилцуулж ирсэн боловч одоо энэ нь ариун шинэчлэлийн шугамууд доторх “далд түүх”-ийг төлөөлдөг болох нь тодорхойлогдоод байна. Тэрхүү “далд түүх” нь туршилтын хугацаа хаагдахын яг өмнө өнөөг хүртэл лацдан хадгалагдсан байсан “Долоон Аянга”-ын төгс биелэл мөн.</w:t>
      </w:r>
    </w:p>
    <w:p>
      <w:pPr>
        <w:pStyle w:val="ArticleBody"/>
        <w:jc w:val="left"/>
      </w:pPr>
      <w:r>
        <w:rPr>
          <w:rFonts w:ascii="Times New Roman" w:hAnsi="Times New Roman" w:eastAsia="Times New Roman" w:cs="Times New Roman"/>
        </w:rPr>
        <w:t>Долоон Аянгыг “эхний болон хоёр дахь тэнгэрэлчийн мэдээнүүдийн дор тохиолдсон үйл явдлуудын дүрслэл” мөн түүнчлэн “дарааллаараа илчлэгдэх ирээдүйн үйл явдлууд”-ыг төлөөлдөг хэмээн эртнээс ойлгож ирсэн. Одоо “үнэний” Илчлэлтээр дамжин, шинэчлэлийн нэгэн шугамын сүүлчийн гурван замын тэмдэг нь Долоон Аянгын “далд түүх” болох нь илчлэгдсэн. Тэдгээр замын тэмдгүүд “эхний” урам хугаралтаар эхэлж, “сүүлчийн” урам хугаралтаар төгсөнө. Дундах замын тэмдэг нь Шөнийн Дундын Хашхираан мөн. Эхний урам хугаралт нь “саатлын цаг”-ийн эхлэлийг тэмдэглэдэг бөгөөд энэ нь Шөнийн Дундын Хашхираан дээр төгсөнө. Шөнийн Дундын Хашхирааны мэдээ нь “шүүлт”-ээр төгсөж, тэнд сүүлчийн урам хугаралт тэмдэглэгддэг.</w:t>
      </w:r>
    </w:p>
    <w:p>
      <w:pPr>
        <w:pStyle w:val="ArticleBody"/>
        <w:jc w:val="left"/>
      </w:pPr>
      <w:r>
        <w:rPr>
          <w:rFonts w:ascii="Times New Roman" w:hAnsi="Times New Roman" w:eastAsia="Times New Roman" w:cs="Times New Roman"/>
        </w:rPr>
        <w:t>Даниелын хоёрдугаар бүлэг дэх анхны урам хугаралт нь өөрийгөө “үхлийн зарлиг”-ийн дор тавигдсаныг Даниел ухаарсан явдал байв. Тэрээр дараа нь “хугацаа” хүссэн бөгөөд ингэснээр “саатлын цаг”-ийн эхлэл тэмдэглэгдэв. Энэ нь түүнийг “нууц”-ыг, өөрөөр хэлбэл Шөнийн дунд хашхирааны мэдээг ойлгоход хүргэсэн бөгөөд уг мэдээг дараа нь Небухаднезарт толилуулсан нь тэрээр Даниелын мэдээг “шүүх”ийн тулд байв.</w:t>
      </w:r>
    </w:p>
    <w:p>
      <w:pPr>
        <w:pStyle w:val="ArticleBody"/>
        <w:jc w:val="left"/>
      </w:pPr>
      <w:r>
        <w:rPr>
          <w:rFonts w:ascii="Times New Roman" w:hAnsi="Times New Roman" w:eastAsia="Times New Roman" w:cs="Times New Roman"/>
        </w:rPr>
        <w:t>Даниелын танилцуулсан зүүд болон түүний тайлбарт Небухаднезарын гаргасан “шүүлт” нь Долоон Аянгын “далд түүх”-ийг төлөөлөх гурван тэмдэгтийн гурав дахь нь юм. Тэрхүү шүүлт мөн Даниел номын гуравдугаар бүлэгт дахин хөндөгддөг бөгөөд энэ нь Даниел болон Илчлэлт номуудад баттай хэрэглэгддэг “давтаж, дэлгэрүүлэх” хэмээх зарчмыг төлөөлдөг.</w:t>
      </w:r>
    </w:p>
    <w:p>
      <w:pPr>
        <w:pStyle w:val="ArticleBody"/>
        <w:jc w:val="left"/>
      </w:pPr>
      <w:r>
        <w:rPr>
          <w:rFonts w:ascii="Times New Roman" w:hAnsi="Times New Roman" w:eastAsia="Times New Roman" w:cs="Times New Roman"/>
        </w:rPr>
        <w:t>Гуравдугаар бүлгийг бид дараагийн өгүүлэлд авч үзнэ. Гэвч энд тэмдэглэн тогтоох нь зүйтэй зүйл бол, гуравдугаар бүлэг дэх гурав дахь замын тэмдгийн шүүлт нь эхний урам хугаралд дүрслэгдсэн байсан сүүлчийн урам хугарлыг тодорхойлдог явдал юм. Долоон аянгын “нууцлагдсан түүх” нь урам хугарлаар эхэлж, урам хугарлаар төгсдөг гурван замын тэмдгийг тодорхойлдог. Даниелын хоёрдугаар бүлэгт эхний урам хугарал нь Небухаднезарын “үхлийн зарлиг”-тай холбоотой байдаг бол, гуравдугаар бүлэгт сүүлчийн урам хугарал нь Небухаднезарын өөр нэг “үхлийн зарлиг”-тай холбоотой байдаг.</w:t>
      </w:r>
    </w:p>
    <w:p>
      <w:pPr>
        <w:pStyle w:val="ArticleBody"/>
        <w:jc w:val="left"/>
      </w:pPr>
      <w:r>
        <w:rPr>
          <w:rFonts w:ascii="Times New Roman" w:hAnsi="Times New Roman" w:eastAsia="Times New Roman" w:cs="Times New Roman"/>
        </w:rPr>
        <w:t>“Future for America”-ийн хөдөлгөөнийг төлөөлдөг “хоёр гэрч”-ийн “далд түүх” нь 2020 оны 7 дугаар сарын 18-ны урам хугаралтыг төлөөлдөг. Дараа нь Илчлэл номын арван нэгдүгээр бүлэгт “гурав хагас өдөр”-өөр дүрслэгдсэн “хүлээлтийн хугацаа” эхэлсэн. “Ёроолгүй ангал”-аас гарч ирсэн араатнаар “гудамжинд алагдсан” хүмүүсийн сэргэлт ба амилалт нь Бурханы эш үзүүллэгийн Үгэнд онцгойлон дэлгэрэнгүй өгүүлэгдсэн байдаг; харин энгийн түвшинд, хоёр гэрч сэрэх үедээ Даниелын хоёрдугаар бүлэгт дүрслэгдсэн “нууцыг” ойлгодог.</w:t>
      </w:r>
    </w:p>
    <w:p>
      <w:pPr>
        <w:pStyle w:val="ArticleBody"/>
        <w:jc w:val="left"/>
      </w:pPr>
      <w:r>
        <w:rPr>
          <w:rFonts w:ascii="Times New Roman" w:hAnsi="Times New Roman" w:eastAsia="Times New Roman" w:cs="Times New Roman"/>
        </w:rPr>
        <w:t>Тэр “нууц” нь Шөнийн дундах хашхирааны мэдээ бөгөөд тэд үүнийг Даниелын гуравдугаар бүлэг хүртэл, удахгүй ирэх Ням гарагийн хууль тогтоогдож, сүүлчийн урам хугаралт тохиох тэр үе хүртэл тунхагладаг. Эхний урам хугаралтыг 2020 оны 7 дугаар сарын 18-нд “Даниел” хэмээн төлөөлүүлэгдсэн хүмүүс амссан. Сүүлчийн урам хугаралтыг “арван хаад”-ын удирдагч болох Америкийн Нэгдсэн Улс амсдаг бөгөөд үндэсний урвалт нь Исламаас ирэх үндэсний сүйрлийг авчирдаг.</w:t>
      </w:r>
    </w:p>
    <w:p>
      <w:pPr>
        <w:pStyle w:val="ArticleBody"/>
        <w:jc w:val="left"/>
      </w:pPr>
      <w:r>
        <w:rPr>
          <w:rFonts w:ascii="Times New Roman" w:hAnsi="Times New Roman" w:eastAsia="Times New Roman" w:cs="Times New Roman"/>
        </w:rPr>
        <w:t>Бид Даниелын хоёрдугаар бүлгийн хураангуй ба дүгнэлтийг дараагийн өгүүлэлд дуусгах болно.</w:t>
      </w:r>
    </w:p>
    <w:p>
      <w:pPr>
        <w:pStyle w:val="ArticleScripture"/>
        <w:jc w:val="left"/>
      </w:pPr>
      <w:r>
        <w:rPr>
          <w:rFonts w:ascii="Times New Roman" w:hAnsi="Times New Roman" w:eastAsia="Times New Roman" w:cs="Times New Roman"/>
        </w:rPr>
        <w:t>“Сатан ертөнцийг олзлон авсан. Тэр хуурамч шүтээний нэгэн амралтын өдрийг бий болгож, түүнд үлэмж ач холбогдол өгч буй мэт харагдуулсан. Тэр энэ шүтээний амралтын өдрийн төлөө Эзэний Амралтын өдрөөс христийн ертөнцийн хүндэтгэлийг хулгайлан булаасан. Ертөнц уламжлалд, хүний зохиосон тушаалд мөргөн бөхийдөг. Небухаднезар Дурагийн талд алтан хөргөө босгон, ийнхүү өөрийгөө өргөмжилсөнтэй адил Сатан мөн энэхүү хуурамч амралтын өдрөөр өөрийгөө өргөмжилдөг; үүний төлөө тэр тэнгэрийн өмсгөлийг хулгайлан авсан юм.”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Дөрөвдүгээр Хэсэг</dc:title>
  <dc:subject>Даниел Номын Хоёрдугаар Бүлэг – Хураангуй ба Дүгнэлт I хэсэг</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