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Тавьдугаар Дугаар</w:t>
      </w:r>
    </w:p>
    <w:p>
      <w:pPr>
        <w:pStyle w:val="ArticleSubtitle"/>
        <w:jc w:val="left"/>
      </w:pPr>
      <w:r>
        <w:rPr>
          <w:rFonts w:ascii="Arial" w:hAnsi="Arial" w:eastAsia="Arial" w:cs="Arial"/>
        </w:rPr>
        <w:t>Езекиел 37-ын тайлал ба түүний эцсийн өдрүүдтэй хамаарал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Езекиел хоёр үндэстэн нэг болох үйл явцыг дүрслэн өгүүлсний дараа, тэрээр уг үндэстэн Давид хааны захиргаанд байх бөгөөд Тэр тэдэнтэй гэрээ байгуулж, мөн Түүний асар тэдний хамт байхыг тодорхойлон өгүүлдэг.</w:t>
      </w:r>
    </w:p>
    <w:p>
      <w:pPr>
        <w:pStyle w:val="ArticleScripture"/>
        <w:jc w:val="left"/>
      </w:pPr>
      <w:r>
        <w:rPr>
          <w:rFonts w:ascii="Times New Roman" w:hAnsi="Times New Roman" w:eastAsia="Times New Roman" w:cs="Times New Roman"/>
        </w:rPr>
        <w:t>Тэд дахин өөрсдийгөө өөрсдийн шүтээнүүдээр, жигшүүрт зүйлсээрээ, эсвэл аливаа гэм буруугаараа бузарлахгүй. Харин Би тэднийг нүгэл үйлдсэн бүх оршин суудаг газруудаас нь аварч, тэднийг ариусгана. Тэгээд тэд Миний ард түмэн болж, Би тэдний Бурхан болно. Мөн Миний зарц Давид тэдний дээр хаан байх бөгөөд тэд бүгд нэг хоньчинтой байна. Тэд Миний шүүлтүүдээр явж, Миний тогтоолуудыг сахин, тэдгээрийг үйлдэнэ. Тэд Миний зарц Иаковт өгсөн нутагт, та нарын эцэг өвгөдийн оршин сууж байсан тэр нутагт оршин суух болно. Тэд, тэдний хүүхдүүд, мөн тэдний хүүхдүүдийн хүүхдүүд үүрд тэнд оршин суух бөгөөд Миний зарц Давид тэдний ноён нь үүрд байна. Түүнчлэн Би тэдэнтэй амар тайвны гэрээ байгуулна; энэ нь тэдэнтэй байх мөнхийн гэрээ болно. Би тэднийг тогтоон байрлуулж, олшруулан өсгөж, Өөрийн ариун газраа тэдний дунд үүрд байрлуулна. Миний асар ч мөн тэдэнтэй хамт байх болно. Тийм ээ, Би тэдний Бурхан байж, тэд Миний ард түмэн байна. Миний ариун газар тэдний дунд үүрд байх үед, Израилийг ариусгагч нь Би, ЭЗЭН мөн гэдгийг харь үндэстнүүд мэдэх болно. Езекиел 37:23–28.</w:t>
      </w:r>
    </w:p>
    <w:p>
      <w:pPr>
        <w:pStyle w:val="ArticleBody"/>
        <w:jc w:val="left"/>
      </w:pPr>
      <w:r>
        <w:rPr>
          <w:rFonts w:ascii="Times New Roman" w:hAnsi="Times New Roman" w:eastAsia="Times New Roman" w:cs="Times New Roman"/>
        </w:rPr>
        <w:t>Езекиелийн гучин долдугаар бүлэг нь нэг зуун дөчин дөрвөн мянгыг тамгалах үйл явцыг маш дэлгэрэнгүйгээр танилцуулж байна. Тэнгэрлэг чанар хүн чанартай нэгдэхэд нэг үндэстэн болох учиртай хоёр саваа байдаг бөгөөд тэдний дээр нэгэн хаан байх болно. Тэрхүү нэг үндэстэн нь эцсийн өдрүүдийн Бурханы сүм бөгөөд тэд бол тэрхүү нэг зуун дөчин дөрвөн мянга мөн. Хоёр саваа нь Израилийн хойд ба өмнөд хаант улсуудын тараагдлын хоёр үеийг илэрхийлнэ. Тэр хоёр саваа нь Паулын “бие” хэмээн тодорхойлсон хүмүүс бөгөөд, мөн тэрээр Христийг тэрхүү биеийн “тэргүүн” хэмээн тодорхойлдог. Езекиель Паулын “тэргүүн”-ийг “хаан Давид” хэмээн, харин “бие”-ийг “нэг үндэстэн” хэмээн тодорхойлдог.</w:t>
      </w:r>
    </w:p>
    <w:p>
      <w:pPr>
        <w:pStyle w:val="ArticleBody"/>
        <w:jc w:val="left"/>
      </w:pPr>
      <w:r>
        <w:rPr>
          <w:rFonts w:ascii="Times New Roman" w:hAnsi="Times New Roman" w:eastAsia="Times New Roman" w:cs="Times New Roman"/>
        </w:rPr>
        <w:t>1856 онд Адвентизмд өгөгдсөн мэдээнд, 1856 онд Хайрам Эдсоны “долоон үе”-ийн тухай дуусаагүй цувралаар төлөөлөгдөн үзүүлэгдсэнчлэн, Эдсон Исаиа номын долоодугаар бүлэг дэх жаран таван жилийн эш үзүүллэгийг долоон үеийн аль алиных нь эхлэх цэгүүдийн библийн лавлах цэг гэж дурддаг. Энэхүү жаран таван жилийн хугацааны эш үзүүллэг нь “чихтэй нь сонсогтун” хэмээн өгүүлдэг Илчлэлт номын хэсгүүдтэй адил оньсого мэт утга агуулсан нөхцөлд байрлуулсан байдаг. Хэрэв танд харж ялган таних нүд, мөн ойлгон ухаарах чих байвал, тэрхүү хэсэгт нэн гайхамшигтай нэгэн зүйл бий.</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эвдэгдэн, ард түмэн байхаа болино. Ефраимын тэргүүн нь Самари, Самарийн тэргүүн нь Ремалиагийн хүү мөн. Хэрэв та нар итгэхгүй бол, үнэхээр та нар бат тогтохгүй. Исаиа 7:8, 9.</w:t>
      </w:r>
    </w:p>
    <w:p>
      <w:pPr>
        <w:pStyle w:val="ArticleBody"/>
        <w:jc w:val="left"/>
      </w:pPr>
      <w:r>
        <w:rPr>
          <w:rFonts w:ascii="Times New Roman" w:hAnsi="Times New Roman" w:eastAsia="Times New Roman" w:cs="Times New Roman"/>
        </w:rPr>
        <w:t>Жаран таван жилийн эш үзүүллэг МЭӨ 742 онд эхэлсэн бөгөөд тэрхүү жаран таван жилийн дотор, арван есөн жилийн дараа буюу МЭӨ 723 онд Израилийн хойд хаант улс Ассирт олзлогдон боолчлогдсон; мөн тэр он жилүүд МЭӨ 677 онд төгсөхөд Манассе Вавилонд олзлогдон аваачигдсан юм. Тэрхүү жаран таван жил нь мөн Езекиелийн өгүүлэмжид нэг саваа болох ёстой байсан хоёр үндэстний тараагдлын төгсгөлийн биелэлүүдэд дүрслэгдсэн байв. Тэд тус тус 1798, 1844, 1863 онуудыг тэмдэглэсэн. 1863 онд няцаагдсан мэдээг тодорхойлдог эшлэлүүдэд, тэрхүү эш үзүүллэгийг багтаасан онцгой эш үзүүллэгийн илчлэл бий.</w:t>
      </w:r>
    </w:p>
    <w:p>
      <w:pPr>
        <w:pStyle w:val="ArticleBody"/>
        <w:jc w:val="left"/>
      </w:pPr>
      <w:r>
        <w:rPr>
          <w:rFonts w:ascii="Times New Roman" w:hAnsi="Times New Roman" w:eastAsia="Times New Roman" w:cs="Times New Roman"/>
        </w:rPr>
        <w:t>Энэ нь нэг үндэстний “толгой” нь түүний нийслэл хот бөгөөд, нийслэл хотын “толгой” нь хаан мөн болохыг илчлэн харуулж буй илчлэл юм. Энэ нь энэхүү илчлэлд хоёр гэрчийг гарган тавьж, дараа нь “Хэрэв та нар итгэхгүй бол, гарцаагүй тогтохгүй” гэсэн тайлагдашгүй үгээр бүх эш үзүүллэг ба илчлэлийг төгсгөлд нь хүргэдэг. Хэрэв та нар хаан бол толгой мөн, мөн толгой нь нийслэл хот мөн гэдэгт итгэхгүй бол, та нар тогтохгүй.</w:t>
      </w:r>
    </w:p>
    <w:p>
      <w:pPr>
        <w:pStyle w:val="ArticleBody"/>
        <w:jc w:val="left"/>
      </w:pPr>
      <w:r>
        <w:rPr>
          <w:rFonts w:ascii="Times New Roman" w:hAnsi="Times New Roman" w:eastAsia="Times New Roman" w:cs="Times New Roman"/>
        </w:rPr>
        <w:t>Хойд ба өмнөд хаант улсуудын хоёр савааг нийлүүлснээр бий болох Езекиелийн үндэстэн нь хаантай байх ёстой байв; тэр нь тэргүүн бөгөөд үндэстний нийслэл хот мөн. Езекиелийн уг бүх эшлэл нь гурав дахь гайгийн Исламын долоо дахь бүрээ дуугарах үеийн турш Бурханлаг чанар хүн төрөлхтөнтэй нэгдэхийг төлөөлдөг нэг зуун дөчин дөрвөн мянгыг лацдах явдлын эш үзүүллэгийн шинжүүдийн талаар өгүүлж байна.</w:t>
      </w:r>
    </w:p>
    <w:p>
      <w:pPr>
        <w:pStyle w:val="ArticleBody"/>
        <w:jc w:val="left"/>
      </w:pPr>
      <w:r>
        <w:rPr>
          <w:rFonts w:ascii="Times New Roman" w:hAnsi="Times New Roman" w:eastAsia="Times New Roman" w:cs="Times New Roman"/>
        </w:rPr>
        <w:t>Илчлэлт номын аравдугаар бүлэгт өгүүлсэн Долоодугаар Бүрээ дуугарах өдрүүд нь “цаашид хугацаа үгүй” болох үед, өөрөөр хэлбэл 1844 оны 10 дугаар сарын 22-нд, гурав дахь тэнгэрэлч ирэхэд эхэлсэн юм. Тэр үед Иохан тэр өдрийн гашууныг амсан үзсэн бөгөөд тэр даруйд нь түүнд сүмийг хэмжихийг тушаасан боловч ариун газар болон цэргийг гишгэлэн доромжлох мянга хоёр зуун жаран жилийн түүхийг орхихыг хэлсэн; учир нь тэр хугацаа харь үндэстнүүдэд өгөгдсөн байв.</w:t>
      </w:r>
    </w:p>
    <w:p>
      <w:pPr>
        <w:pStyle w:val="ArticleScripture"/>
        <w:jc w:val="left"/>
      </w:pPr>
      <w:r>
        <w:rPr>
          <w:rFonts w:ascii="Times New Roman" w:hAnsi="Times New Roman" w:eastAsia="Times New Roman" w:cs="Times New Roman"/>
        </w:rPr>
        <w:t>Тэнгис дээр болон газар дээр зогсож буйг нь миний харсан тэр тэнгэрэлч тэнгэр өөд гараа өргөж, тэнгэр, түүн доторх бүхнийг, газар, түүн доторх бүхнийг, мөн тэнгис, түүн доторх бүхнийг бүтээсэн, мөнхөд мөнх амьдрагч Түүгээр тангараглан, цаашид хугацаа үлдэхгүй хэмээв. Харин долоо дахь тэнгэрэлчийн дуу хоолойн өдрүүдэд, тэр бүрээгээ үлээж эхлэх үед, Бурхан Өөрийн зарц эш үзүүлэгчдэд тунхагласан ёсоор Бурханы нууц бүрэн гүйцэлдэх болно. Тэгтэл тэнгэрээс сонссон тэр дуу надад дахин айлдан, — Тэнгис дээр болон газар дээр зогсож буй тэнгэрэлчийн мутарт нээлттэй байгаа тэр бяцхан номыг очиж ав, — гэв.</w:t>
      </w:r>
    </w:p>
    <w:p>
      <w:pPr>
        <w:pStyle w:val="ArticleScripture"/>
        <w:jc w:val="left"/>
      </w:pPr>
      <w:r>
        <w:rPr>
          <w:rFonts w:ascii="Times New Roman" w:hAnsi="Times New Roman" w:eastAsia="Times New Roman" w:cs="Times New Roman"/>
        </w:rPr>
        <w:t>Тэгээд би тэнгэрэлч дээр очиж, түүнд: «Жижиг номыг надад өгөөч» хэмээн хэлэв. Тэр надад: «Үүнийг аваад, ид; энэ нь хэвлийг чинь гашуун болгох боловч аманд чинь зөгийн бал мэт амтлаг байх болно» гэв. Тэгээд би тэнгэрэлчийн гараас жижиг номыг авч, идэв; тэр нь аманд минь зөгийн бал мэт амтлаг байсан бөгөөд идмэгц хэвлий минь гашуун болов. Тэгээд тэр надад: «Чи олон ард түмэн, үндэстэн, хэл, хаадын өмнө дахин эш үзүүлэх ёстой» гэв. Мөн надад таяг мэт зэгс өгөгдөв; тэгэхэд тэнгэрэлч зогсон, «Бос, Бурханы сүм, тахилын ширээ, мөн тэнд мөргөгчдийг хэмж. Харин сүмийн гаднах хашааг орхигдуулж, түүнийг бүү хэмж; учир нь энэ нь харь үндэстнүүдэд өгөгдсөн бөгөөд ариун хотыг тэд дөчин хоёр сарын турш хөл дороо гишгэлэх болно» хэмээн айлдав. Илчлэл 10:5–11:2.</w:t>
      </w:r>
    </w:p>
    <w:p>
      <w:pPr>
        <w:pStyle w:val="ArticleBody"/>
        <w:jc w:val="left"/>
      </w:pPr>
      <w:r>
        <w:rPr>
          <w:rFonts w:ascii="Times New Roman" w:hAnsi="Times New Roman" w:eastAsia="Times New Roman" w:cs="Times New Roman"/>
        </w:rPr>
        <w:t>1844 оны 10 дугаар сарын 22-нд Иоханы хэмжих ёстой байсан сүм бол өөрийн дотор “мөргөгчидтэй” сүм байв. Гаднах хашааг орхих ёстой байлаа. Тахилын ширээтэй бөгөөд мөн өөрийн дотор мөргөгчидтэй тэр сүм нь тэнгэрийн ариун газрын Ариун тасалгаа мөн. Хашаанд нэгэн тахилын ширээ байсан, гэвч түүнийг орхих ёстой байсан тул Бурханы ариун газарт үлдэх цорын ганц өөр тахилын ширээ нь Ариун тасалгаанд байрладаг хүжний тахилын ширээ юм. 1844 онд гурав дахь тэнгэрэлч ирэх үед, энэ нь 2001 оны 9 дүгээр сарын 11-нд лацдах цагийн эхэнд гурав дахь тэнгэрэлч ирснийг дүрслэн үзүүлсэн бөгөөд тэр үед сүм нь зөвхөн хоёр тасалгаанаас бүрдэж байв.</w:t>
      </w:r>
    </w:p>
    <w:p>
      <w:pPr>
        <w:pStyle w:val="ArticleBody"/>
        <w:jc w:val="left"/>
      </w:pPr>
      <w:r>
        <w:rPr>
          <w:rFonts w:ascii="Times New Roman" w:hAnsi="Times New Roman" w:eastAsia="Times New Roman" w:cs="Times New Roman"/>
        </w:rPr>
        <w:t>Ариун Газар нь Чуулганы бэлгэдэл байсан бөгөөд Паул түүнийг бие мөн гэж тодорхойлсон; харин Хамгийн Ариун Газар нь тэр биеийн тэргүүний бэлгэдэл байсан. Ариун газар нь хүн чанарын бэлгэдэл бөгөөд Хамгийн Ариун Газар нь бурханлаг чанарын бэлгэдэл юм. Тахилын ширээ, мөн тахилын ширээнээс дээш өгсөж, Хамгийн Ариун Газарт ордог утаа нь хүн чанар бурханлаг чанартай холбогддог цэгийг илэрхийлдэг. Хүн төрөлхтөн Хамгийн Ариун Газарт зөвхөн итгэлээр л орж чадна, харин итгэлтэй хүмүүсийн туршлага Ариун Газарт байрладаг.</w:t>
      </w:r>
    </w:p>
    <w:p>
      <w:pPr>
        <w:pStyle w:val="ArticleBody"/>
        <w:jc w:val="left"/>
      </w:pPr>
      <w:r>
        <w:rPr>
          <w:rFonts w:ascii="Times New Roman" w:hAnsi="Times New Roman" w:eastAsia="Times New Roman" w:cs="Times New Roman"/>
        </w:rPr>
        <w:t>Тэнд тэд Бурханы Үгийг, өргөлийн ширээн дээрх талхуудаар дүрслэгдсэнчлэн, идэх ёстой. Тэнд тэд долоон мөчирт дэнлүүний сууриаар дүрслэгдсэн, мөн энэ нь Чуулганыг төлөөлдөг гэж бидэнд мэдүүлэгдсэнчлэн, хүмүүсийн өмнө гэрлээ гэрэлтүүлж, тэнгэрлэг Эцгээ алдаршуулах ёстой. Тэнд тэдний залбирал Христийн гавьяагаар Бурханы яг оршихуй өөд өгсөхөд, тэд Тэнгэрлэг Нэгэнтэй холбогдох ёстой.</w:t>
      </w:r>
    </w:p>
    <w:p>
      <w:pPr>
        <w:pStyle w:val="ArticleBody"/>
        <w:jc w:val="left"/>
      </w:pPr>
      <w:r>
        <w:rPr>
          <w:rFonts w:ascii="Times New Roman" w:hAnsi="Times New Roman" w:eastAsia="Times New Roman" w:cs="Times New Roman"/>
        </w:rPr>
        <w:t>1798 оноос 1844 он хүртэл Сүмийн Архитектор Өөрийн бурханлаг чанарын сүмтэй нэгтгэхээр зорьсон хүн чанарын нэгэн сүмийг босгосон боловч хүн төрөлхтөн тэрсэлсэн. 2001 оноос эхлэн Тэрээр дахин хүн чанарын сүмийг босгож байгаа бөгөөд үүнийг нэг зуун дөчин дөрвөн мянгаар төлөөлүүлэн үзүүлдэг. Езекиелийн хэлснээр, “хаан Давид” тэр үндэстэн дээр хаанчлах ёстой бөгөөд тэр үндэстэн нь үхсэн, хатсан лаодикийн ясны хөндийгөөс удахгүй ирэх Ням гаргийн хуулийн үед туг тэмдэг болгон өргөгдөх хүчирхэг цэрэг болон хувирдаг.</w:t>
      </w:r>
    </w:p>
    <w:p>
      <w:pPr>
        <w:pStyle w:val="ArticleBody"/>
        <w:jc w:val="left"/>
      </w:pPr>
      <w:r>
        <w:rPr>
          <w:rFonts w:ascii="Times New Roman" w:hAnsi="Times New Roman" w:eastAsia="Times New Roman" w:cs="Times New Roman"/>
        </w:rPr>
        <w:t>Өмнөдийн Иудагийн хаант улсад нийслэл хот Иерусалим байрлаж байсан бөгөөд уг үндэстэн, хаан, нийслэл нь “толгой”-г төлөөлдөг. Та нар итгэвэл л бат тогтоно. Хойд ба өмнөд хаант улсуудын харилцаанд Иуда нь “толгой” байсан; учир нь нийслэл тэнд байсан бөгөөд ЭЗЭН Өөрийн нэрийг байрлуулахын тулд сонгосон хот нь тэр юм. Хойд хаант улс нь “бие” байв. Соломоны тэрслэлтээс болж ЭЗЭН Соломоны эсрэг дайснуудыг босгов. Тэдгээр дайснуудын нэг нь Иеробоам байсан бөгөөд тэрээр хуваагдсан хойд Израилийн хаант улсын анхны хаан болсон юм.</w:t>
      </w:r>
    </w:p>
    <w:p>
      <w:pPr>
        <w:pStyle w:val="ArticleScripture"/>
        <w:jc w:val="left"/>
      </w:pPr>
      <w:r>
        <w:rPr>
          <w:rFonts w:ascii="Times New Roman" w:hAnsi="Times New Roman" w:eastAsia="Times New Roman" w:cs="Times New Roman"/>
        </w:rPr>
        <w:t>Небатын хүү Иеробоам, Зередагийн ефрат хүн бөгөөд Соломоны зарц байв; түүний эхийн нэр Зеруа, бэлэвсэн эмэгтэй байжээ. Тэр ч мөн хааны эсрэг гараа өргөсөн юм. Түүний хааны эсрэг гараа өргөсөн шалтгаан нь энэ байв: Соломон Миллог байгуулж, өөрийн эцэг Давидын хотын сэтэрхий эвдэрхийг зассан ажээ. Иеробоам гэдэг тэр хүн баатар зоригт эр байсан бөгөөд Соломон энэ залууг ажилсаг болохыг нь хараад, Иосефын гэрийн бүх албыг хариуцуулагчаар түүнийг томилжээ. Тэр цагт Иеробоам Иерусалимаас гарч явахад, шилон хүн эш үзүүлэгч Ахиа зам дээр түүнтэй таарав; Ахиа шинэ нөмрөг өмссөн байсан бөгөөд тэр хоёр хээр талд хоёулхнаа байлаа. Ахиа өөрийн өмссөн шинэ нөмрөгийг шүүрэн авч, арван хоёр хэсэг болгон уржээ. Тэгээд тэр Иеробоамд хандан, Чи өөртөө арван хэсгийг ав; учир нь Израилийн Бурхан ЭЗЭН ийнхүү айлдаж байна: Болгоогтун, Би хаанчлалыг Соломоны гараас урж авч, арван овгийг чамд өгнө. (Гэвч Миний зарц Давидын төлөө, мөн Израилийн бүх овгуудаас Миний сонгосон хот Иерусалимын төлөө тэрээр нэг овгийг эзэмшинэ.)</w:t>
      </w:r>
    </w:p>
    <w:p>
      <w:pPr>
        <w:pStyle w:val="ArticleScripture"/>
        <w:jc w:val="left"/>
      </w:pPr>
      <w:r>
        <w:rPr>
          <w:rFonts w:ascii="Times New Roman" w:hAnsi="Times New Roman" w:eastAsia="Times New Roman" w:cs="Times New Roman"/>
        </w:rPr>
        <w:t>Учир нь тэд Намайг орхиж, сидончуудад шүтэгддэг бурхан Ашторет, моабчуудын бурхан Хемош, аммоны хөвгүүдийн бурхан Милкомд мөргөж, Миний замаар яваагүй бөгөөд Миний мэлмийд зөвийг үйлдэж, Миний зарлиг тушаал ба шүүлтүүдийг Давид эцэг нь үйлдсэнчлэн сахиагүй. Гэвч Би бүх хаанчлалыг түүний гараас авахгүй; харин Өөрийн сонгосон, Миний тушаалууд ба Миний зарлигуудыг сахисан Өөрийн зарц Давидын төлөө Би түүнийг амьдралынх нь бүх өдрүүдэд ноён болгоно. Харин Би хаанчлалыг түүний хүүгийн гараас авч, чамд өгнө, бүр арван овгийг. Мөн түүний хүүд Би нэг овог өгнө, ингэснээр Миний зарц Давид Миний өмнө, Өөрийн нэрийг тэнд байршуулахаар Миний сонгосон хот Иерусалимд үргэлж гэрэлтэй байх болно. Хаадын дээд 11:26–36.</w:t>
      </w:r>
    </w:p>
    <w:p>
      <w:pPr>
        <w:pStyle w:val="ArticleBody"/>
        <w:jc w:val="left"/>
      </w:pPr>
      <w:r>
        <w:rPr>
          <w:rFonts w:ascii="Times New Roman" w:hAnsi="Times New Roman" w:eastAsia="Times New Roman" w:cs="Times New Roman"/>
        </w:rPr>
        <w:t>Езекиел хоёр савааг нийлүүлэхэд бий болсон үндэстэн нь хаанаараа “Давид”-ыг залрах ёстой байсан бөгөөд Давид нь Бурхан Өөрийн нэрийг байрлуулахаар сонгосон нийслэл хот болох Иерусалимаас захирч байв. Хойд зүгийн арван овог нь биеийн бэлгэдэл байсан бол Иерусалим нь толгойн бэлгэдэл байлаа. Манассегийн нүглүүдийн улмаас Иуда МЭӨ 677 онд Вавилонд олзлогдон аваачигдсан бөгөөд үүгээр өмнөд хаант улсын эсрэг “долоон үе”-ийн тараалт эхэлсэн юм. Тэр үед Эзэн Иерусалимыг няцаан орхисон.</w:t>
      </w:r>
    </w:p>
    <w:p>
      <w:pPr>
        <w:pStyle w:val="ArticleScripture"/>
        <w:jc w:val="left"/>
      </w:pPr>
      <w:r>
        <w:rPr>
          <w:rFonts w:ascii="Times New Roman" w:hAnsi="Times New Roman" w:eastAsia="Times New Roman" w:cs="Times New Roman"/>
        </w:rPr>
        <w:t>Гэвч ЭЗЭН Манассегийн Өөрийг нь уурлуулсан бүх өдөөлтөөс болж Иудагийн эсрэг бадарсан Өөрийн их хилэнгийн догшин ширүүнээсээ буцсангүй. Тэгээд ЭЗЭН айлдсан нь, “Би Израилийг зайлуулсан шигээ Иудаг ч мөн Өөрийн мэлмийгээс зайлуулж, Өөрийн сонгосон энэ хот Иерусалимыг болон ‘Миний нэр тэнд байна’ гэж Өөрийн хэлсэн тэр өргөөг орхин хаях болно.” Хаадын дэд 23:26, 27.</w:t>
      </w:r>
    </w:p>
    <w:p>
      <w:pPr>
        <w:pStyle w:val="ArticleBody"/>
        <w:jc w:val="left"/>
      </w:pPr>
      <w:r>
        <w:rPr>
          <w:rFonts w:ascii="Times New Roman" w:hAnsi="Times New Roman" w:eastAsia="Times New Roman" w:cs="Times New Roman"/>
        </w:rPr>
        <w:t>Тэр Өөрийн нэрийг байрлуулахаар Иерусалим дахь “гэр”-ийг сонгосон бөгөөд тэр хот ба тэр гэр хаягдан орхигдсон билээ. Гэвч Эзэн Иерусалимыг дахин сонгоно хэмээх амлалт Зехариагаар дамжин өгөгдсөн юм.</w:t>
      </w:r>
    </w:p>
    <w:p>
      <w:pPr>
        <w:pStyle w:val="ArticleScripture"/>
        <w:jc w:val="left"/>
      </w:pPr>
      <w:r>
        <w:rPr>
          <w:rFonts w:ascii="Times New Roman" w:hAnsi="Times New Roman" w:eastAsia="Times New Roman" w:cs="Times New Roman"/>
        </w:rPr>
        <w:t>Тэгээд ЭЗЭНий тэнгэрэлч хариулж, —Өө, түмэн цэргийн ЭЗЭН, та эдгээр далан жилийн турш уур хилэнгээ үзүүлсэн Иерусалим болон Иудагийн хотуудад хэдий хүртэл өршөөл үзүүлэхгүй байх вэ? гэв. ЭЗЭН надтай ярилцаж байсан тэнгэрэлчид сайхан үгс, тайтгаруулах үгсээр хариулав. Тэгэхэд надтай ярилцаж байсан тэнгэрэлч надад —Чи хашхирч, “Түмэн цэргийн ЭЗЭН ингэж айлдаж байна: Би Иерусалимын төлөө, Сионы төлөө агуу атаархлаар атаархаж байна. Амар тайван суугч харь үндэстнүүдэд Би маш их хилэгнэж байна. Учир нь Би бага зэрэг хилэгнэсэн атал, тэд зовлонг улам нэмэгдүүлсэн. Тиймээс ЭЗЭН ингэж айлдаж байна: Би өршөөлүүдтэйгээр Иерусалим уруу эргэн ирсэн. Түмэн цэргийн ЭЗЭН айлдаж байна: Миний өргөө түүний дотор баригдана, мөн хэмжих уяа Иерусалим дээр татагдана” гэж хэл гэв.</w:t>
      </w:r>
    </w:p>
    <w:p>
      <w:pPr>
        <w:pStyle w:val="ArticleScripture"/>
        <w:jc w:val="left"/>
      </w:pPr>
      <w:r>
        <w:rPr>
          <w:rFonts w:ascii="Times New Roman" w:hAnsi="Times New Roman" w:eastAsia="Times New Roman" w:cs="Times New Roman"/>
        </w:rPr>
        <w:t>Дахин тунхаглан хэлэгтүн: Түмэн цэргийн ЭЗЭН ийнхүү айлдаж байна. Миний хотууд элбэг хангалуунаар дахин бялхан тэлэх бөгөөд ЭЗЭН Сионыг дахин тайтгаруулж, Иерусалимыг дахин сонгоно. Тэгээд би нүдээ өргөн харвал, үзэгтүн, дөрвөн эвэр байлаа. Би надтай ярьж байсан тэнгэрэлчид, Эдгээр нь юу вэ? хэмээн асуув. Тэр надад хариулан, Эдгээр нь Иуда, Израиль, Иерусалимыг тараан бутраасан эвэрнүүд мөн гэв. Дараа нь ЭЗЭН надад дөрвөн дархныг үзүүлэв. Тэгэхэд би, Эдгээр нь юу хийхээр ирэв? хэмээн асуув. Тэр айлдан, Иудаг тараан бутрааж, хэн ч толгойгоо өргөж чадахгүй болтол нь дарласан эвэрнүүд нь эдгээр мөн. Харин эдгээр нь тэднийг айлгаж, Иудагийн газрыг тараан бутраахын тулд түүний эсрэг эвэр өргөсөн харь үндэстнүүдийн эвэрнүүдийг зайлуулан хаяхаар ирсэн юм гэв.</w:t>
      </w:r>
    </w:p>
    <w:p>
      <w:pPr>
        <w:pStyle w:val="ArticleScripture"/>
        <w:jc w:val="left"/>
      </w:pPr>
      <w:r>
        <w:rPr>
          <w:rFonts w:ascii="Times New Roman" w:hAnsi="Times New Roman" w:eastAsia="Times New Roman" w:cs="Times New Roman"/>
        </w:rPr>
        <w:t>Би дахин нүдээ өргөн харвал, болгоогтун, гартаа хэмжих олс барьсан нэгэн хүн байв. Тэгээд би, «Чи хаашаа явж байна вэ?» гэж асуув. Тэр надад, «Иерусалимыг хэмжихээр явж байна; өргөн нь хэд, урт нь хэд болохыг нь үзэхээр» гэв. Тэгтэл, болгоогтун, надтай ярьж байсан тэнгэрэлч гарч явав, өөр нэгэн тэнгэрэлч түүнийг угтан гарч ирээд түүнд, «Гүйж очоод энэ залуу хүнд хэлэгтүн, “Иерусалим нь доторх хүн ба мал сүргийн олонтооос болж хэрэмгүй хотууд адил оршин суугдах болно. Учир нь ЭЗЭН айлдахдаа, Би түүнд тойрон хүрээлэх галан хэрэм болж, түүний дунд алдар суу нь байх болно”» гэв. «Хөөе, хөөе, гарч ирэгтүн, хойд газрын нутгаас зугтагтун» гэж ЭЗЭН айлдаж байна. «Учир нь Би та нарыг тэнгэрийн дөрвөн салхи мэт тараан байрлуулсан» гэж ЭЗЭН айлдаж байна. «Өөрийгөө авар, ай Вавилоны охинтой хамт оршин суугч Сион оо. Учир нь түмэн цэргийн ЭЗЭН ийнхүү айлдаж байна: Алдрын дараа Тэр намайг та нарыг дээрэмдсэн үндэстнүүд уруу илгээсэн. Учир нь та нарт хүрэгч хэн боловч Түүний мэлмийн цөцгийг хөндөж байдаг юм.»</w:t>
      </w:r>
    </w:p>
    <w:p>
      <w:pPr>
        <w:pStyle w:val="ArticleScripture"/>
        <w:jc w:val="left"/>
      </w:pPr>
      <w:r>
        <w:rPr>
          <w:rFonts w:ascii="Times New Roman" w:hAnsi="Times New Roman" w:eastAsia="Times New Roman" w:cs="Times New Roman"/>
        </w:rPr>
        <w:t>Учир нь, болгоогтун, Би Өөрийн мутрыг тэдний дээр даллах бөгөөд тэд өөрсдийн боолуудын олз болох болно; тэгээд та нар түмэн цэргийн ЭЗЭН намайг илгээснийг мэдэх болно. Сионы охин оо, дуулж баяс; учир нь, болгоогтун, Би ирж, чиний дунд оршин суух болно гэж ЭЗЭН айлдаж байна. Тэр өдөр олон үндэстэн ЭЗЭНд нэгдэж, Миний ард түмэн болох бөгөөд Би чиний дунд оршин суух болно; тэгээд түмэн цэргийн ЭЗЭН намайг чам уруу илгээснийг чи мэдэх болно. ЭЗЭН ариун газарт Иудаг Өөрийн хувь болгон өвлөн авч, Иерусалимыг дахин сонгох болно. Бүх махбодьтон оо, ЭЗЭНий өмнө дуугүй бай; учир нь Тэр Өөрийн ариун оршихуйгаас өндийн боссон юм. Зехариа 1:12–2:13.</w:t>
      </w:r>
    </w:p>
    <w:p>
      <w:pPr>
        <w:pStyle w:val="ArticleBody"/>
        <w:jc w:val="left"/>
      </w:pPr>
      <w:r>
        <w:rPr>
          <w:rFonts w:ascii="Times New Roman" w:hAnsi="Times New Roman" w:eastAsia="Times New Roman" w:cs="Times New Roman"/>
        </w:rPr>
        <w:t>ЭЗЭН Иерусалимыг дахин сонгоно гэсэн амлалтууд нь эртний Израиль Вавилоны боолчлолоос хойш Иерусалимыг сэргээн босгосноор биелсэн боловч эш үзүүлэгчид өөрсдийн амьдарч байсан өдрүүдээс илүүтэйгээр эцсийн өдрүүдийн тухай өгүүлдэг. Тэрээр Ариун газраас Хамгийн Ариун газарт шилжин орсон тэр үед, өөрөөр хэлбэл 1844 оны 10 дугаар сарын 22-нд ЭЗЭН “Өөрийн ариун сүмээс өндийн гарч ирсэн”; тэр цагт Хабаккук TWO-TWENTY-тай нийцүүлэн, эсрэг хэв маягийн Эвлэрүүллийн өдөр ирсэн тул “бүх махан бие” ЭЗЭНий өмнө “чимээгүй байх” ёстой байв.</w:t>
      </w:r>
    </w:p>
    <w:p>
      <w:pPr>
        <w:pStyle w:val="ArticleScripture"/>
        <w:jc w:val="left"/>
      </w:pPr>
      <w:r>
        <w:rPr>
          <w:rFonts w:ascii="Times New Roman" w:hAnsi="Times New Roman" w:eastAsia="Times New Roman" w:cs="Times New Roman"/>
        </w:rPr>
        <w:t>Харин ЭЗЭН Өөрийн ариун сүмдээ байна; бүх дэлхий Түүний өмнө чимээгүй байг. Хабаккук 2:20.</w:t>
      </w:r>
    </w:p>
    <w:p>
      <w:pPr>
        <w:pStyle w:val="ArticleBody"/>
        <w:jc w:val="left"/>
      </w:pPr>
      <w:r>
        <w:rPr>
          <w:rFonts w:ascii="Times New Roman" w:hAnsi="Times New Roman" w:eastAsia="Times New Roman" w:cs="Times New Roman"/>
        </w:rPr>
        <w:t>Тэр үед, Илчлэлт номын арван нэгдүгээр бүлэгт гардаг Иоханд, “дахин нүдээ өргөн харвал, болгоогтун, гартаа хэмжих утастай нэгэн хүн” байгааг харсан Зехариагийн үзсэн сүмийг хэмжихийг тушаасан. Тэгээд Зехариа, “Чи хаашаа явж байна вэ?” гэж асуув. Харин Иохан Зехариад, “Иерусалимыг хэмжихээр, түүний өргөн нь хэд, урт нь хэд болохыг үзэхээр” гэж хэлэв. Далан жилийн олзлолын дараа Иерусалимыг дахин байгуулсан түүх, мөн 1798 онд эхэлсэн боловч 1844 онд гурав дахь тэнгэрэлч ирэхэд тэрслэлээр төгссөн түүх аль аль нь 2001 оны есдүгээр сарын 11-нд эхэлсэн ажлыг тодорхойлдог.</w:t>
      </w:r>
    </w:p>
    <w:p>
      <w:pPr>
        <w:pStyle w:val="ArticleBody"/>
        <w:jc w:val="left"/>
      </w:pPr>
      <w:r>
        <w:rPr>
          <w:rFonts w:ascii="Times New Roman" w:hAnsi="Times New Roman" w:eastAsia="Times New Roman" w:cs="Times New Roman"/>
        </w:rPr>
        <w:t>Өмнөд хаанчлал, Иерусалим хот, мөн Давид хаан нь бүгдээрээ Бурханы зан чанар илчлэгдэх ёстой “толгой” юм. Хойд хаанчлал нь “бие”-ийг төлөөлдөг бөгөөд Эзэн дахин нэгэнтээ “Иерусалимыг өршөөхөөр”, түүнийг “тайвшруулахаар”, мөн дахин “түүнийг сонгохоор” шийдэхдээ, Тэрээр нэг зуун дөчин дөрвөн мянгыг тамгалах үйл явцыг зааж байгаа бөгөөд үүнд Лаодикийн үхсэн хуурай яснууд хоорондоо нийлэн нэгдэх нь, түүнээс хойш тэрхүү яснууд хүчирхэг цэрэг болон амилж сэргэх нь багтана.</w:t>
      </w:r>
    </w:p>
    <w:p>
      <w:pPr>
        <w:pStyle w:val="ArticleBody"/>
        <w:jc w:val="left"/>
      </w:pPr>
      <w:r>
        <w:rPr>
          <w:rFonts w:ascii="Times New Roman" w:hAnsi="Times New Roman" w:eastAsia="Times New Roman" w:cs="Times New Roman"/>
        </w:rPr>
        <w:t>Тэр үйл хэрэг нь Езекиелийн гучин долдугаар бүлэгт дүрслэгдсэн байдаг бөгөөд энэ нь умардын ба өмнөдийн хаант улсуудаар төлөөлөгдөн, Тэрээр Өөрийн хуулийг нэг зуун дөчин дөрвөн мянган хүний зүрх сэтгэл ба оюун ухаанд бичнэ гэсэн гэрээний амлалтыг биелүүлэх ажлын зүйрлэл болдог. Хоёр модноос нэг нь, зөвхөн нэг нь л тэргүүн хэмээн тодорхойлогддог; хэрэв чи итгэдэг бөгөөд нүд чинь харж, чих чинь ойлгож чаддаг бол энэ нь нөгөө модыг бие мөн болохыг илтгэнэ.</w:t>
      </w:r>
    </w:p>
    <w:p>
      <w:pPr>
        <w:pStyle w:val="ArticleBody"/>
        <w:jc w:val="left"/>
      </w:pPr>
      <w:r>
        <w:rPr>
          <w:rFonts w:ascii="Times New Roman" w:hAnsi="Times New Roman" w:eastAsia="Times New Roman" w:cs="Times New Roman"/>
        </w:rPr>
        <w:t>Бид энэ судалгааг дараагийн өгүүлэлд үргэлжлүүлэх болно.</w:t>
      </w:r>
    </w:p>
    <w:p>
      <w:pPr>
        <w:pStyle w:val="ArticleScripture"/>
        <w:jc w:val="left"/>
      </w:pPr>
      <w:r>
        <w:rPr>
          <w:rFonts w:ascii="Times New Roman" w:hAnsi="Times New Roman" w:eastAsia="Times New Roman" w:cs="Times New Roman"/>
        </w:rPr>
        <w:t>“Христ Өөрөө тавьсан тэр суурин дээр элч нар Бурханы чуулганыг байгуулсан юм. Сударт чуулганыг байгуулах үйлсийг дүрслэн үзүүлэхдээ сүм босгох дүрслэлийг олонтаа хэрэглэдэг. Зехариа Эзэний сүмийг барих Нахиа хэмээн Христийг нэрлэдэг. Тэрээр мөн харь үндэстнүүд энэ ажилд туслах тухай өгүүлж: ‘Хол байгаа хүмүүс ирж, Эзэний сүмд барилцах болно’ хэмээдэг; Исаиа ч бас: ‘Харийнхны хөвгүүд чиний хэрмийг барьж босгоно’ хэмээн тунхагладаг. Зехариа 6:12, 15; Исаиа 60:10.”</w:t>
      </w:r>
    </w:p>
    <w:p>
      <w:pPr>
        <w:pStyle w:val="ArticleScripture"/>
        <w:jc w:val="left"/>
      </w:pPr>
      <w:r>
        <w:rPr>
          <w:rFonts w:ascii="Times New Roman" w:hAnsi="Times New Roman" w:eastAsia="Times New Roman" w:cs="Times New Roman"/>
        </w:rPr>
        <w:t>Энэ сүмийн барилгын тухай Петр ийнхүү өгүүлжээ: «Түүн уруу ирэгтүн; Тэр бол хүмүүст гологдсон боловч Бурханаар сонгогдсон, эрхэм нандин амьд чулуу мөн. Та нар ч мөн адил амьд чулуунуудын адил сүнслэг өргөө болон босгогдож, Есүс Христээр дамжин Бурханд тааламжит сүнслэг тахилуудыг өргөхийн тулд ариун санваартан болж байна.» 1 Петр 2:4, 5.</w:t>
      </w:r>
    </w:p>
    <w:p>
      <w:pPr>
        <w:pStyle w:val="ArticleScripture"/>
        <w:jc w:val="left"/>
      </w:pPr>
      <w:r>
        <w:rPr>
          <w:rFonts w:ascii="Times New Roman" w:hAnsi="Times New Roman" w:eastAsia="Times New Roman" w:cs="Times New Roman"/>
        </w:rPr>
        <w:t>“Иудей ба харь үндэстний ертөнцийн чулуун уурхайд элч нар суурин дээр тавихаар чулуу гарган авч, хөдөлмөрлөсөн юм. Ефес дэх итгэгчдэд бичсэн захидалдаа Паул ийнхүү өгүүлсэн байдаг: ‘Тиймээс эдүгээ та нар цаашид харь хүмүүс, гаднынхан бус, харин ариун хүмүүстэй хамт нэг иргэн бөгөөд Бурханы гэр бүлийнхэн мөн; мөн элч нар ба эш үзүүлэгчдийн суурин дээр босгогдсон бөгөөд Есүс Христ Өөрөө тулгын гол чулуу нь мөн. Түүний дотор бүхэл барилга зохих ёсоороо нийлэн бэхлэгдэж, Эзэн доторх ариун сүм болон өсөн нэмэгддэг; Түүний дотор та нар ч мөн Сүнсээр дамжин Бурханы орших байр болохоор хамтдаа баригдаж байна.’ Ефес 2:19–22.”</w:t>
      </w:r>
    </w:p>
    <w:p>
      <w:pPr>
        <w:pStyle w:val="ArticleScripture"/>
        <w:jc w:val="left"/>
      </w:pPr>
      <w:r>
        <w:rPr>
          <w:rFonts w:ascii="Times New Roman" w:hAnsi="Times New Roman" w:eastAsia="Times New Roman" w:cs="Times New Roman"/>
        </w:rPr>
        <w:t>Тэрээр Коринтчуудад хандан ийн бичжээ: “Надад өгөгдсөн Бурханы нигүүлслийн дагуу би мэргэн уран барилгачин адил суурийг тавьсан бөгөөд өөр нэгэн түүн дээр нь барьж байна. Харин хүн бүр түүн дээр хэрхэн барьж байгаагаа анхаараг. Учир нь тавигдсан байгаа сууриас, өөрөөр хэлбэл Есүс Христээс өөр суурийг хэн ч тавьж үл чадна. Хэрэв хэн нэгэн энэ суурин дээр алт, мөнгө, үнэт чулуу, мод, өвс, сүрлээр баривал, хүн бүрийн ажил ил тод болох болно. Учир нь тэр өдөр үүнийг тунхаглах бөгөөд гал дотор илчлэгдэх учраас мөнхүү гал нь хүн бүрийн ажлыг ямар чанартай болохыг шалгах болно.” 1 Коринт 3:10–13.</w:t>
      </w:r>
    </w:p>
    <w:p>
      <w:pPr>
        <w:pStyle w:val="ArticleScripture"/>
        <w:jc w:val="left"/>
      </w:pPr>
      <w:r>
        <w:rPr>
          <w:rFonts w:ascii="Times New Roman" w:hAnsi="Times New Roman" w:eastAsia="Times New Roman" w:cs="Times New Roman"/>
        </w:rPr>
        <w:t>“Элч нар бат бөх суурин дээр, өөрөөр хэлбэл мөнхийн Хад дээр барьжээ. Тэрхүү суурин дээр тэд ертөнцөөс олборлон гаргасан чулуунуудаа авчирсан юм. Барилгачид саад бэрхшээлгүйгээр хөдөлмөрлөөгүй. Христийн дайснуудын эсэргүүцлээс болж тэдний ажил туйлын хүнд болсон байв. Тэд хуурамч суурин дээр барьж байсан хүмүүсийн мухар сүсэг, өрөөсгөл үзэл, үзэн ядалтын эсрэг тэмцэх хэрэгтэй болсон. Сүмийн барилгачид болон ажиллаж байсан олон хүнийг Нехемиагийн өдрүүдэд хэрэм босгож байсан барилгачидтай зүйрлэж болох бөгөөд тэдний тухай ийнхүү бичигдсэн байдаг: ‘Хэрэм дээр барьж байсан хүмүүс, ачаа үүрэгчид, юм ачигчид нь бүгдээрээ нэг гараараа ажлаа хийж, нөгөө гараараа зэвсэг барьж байв.’ Нехемиа 4:17.” Элч нарын үйлс,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Тавьдугаар Дугаар</dc:title>
  <dc:subject>Езекиел 37‑ын тайлал ба түүний эцсийн өдрүүдтэй хамаарал</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