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Нэг Зуун Тавин Гуравдугаар Дугаар</w:t>
      </w:r>
    </w:p>
    <w:p>
      <w:pPr>
        <w:pStyle w:val="ArticleSubtitle"/>
        <w:jc w:val="left"/>
      </w:pPr>
      <w:r>
        <w:rPr>
          <w:rFonts w:ascii="Arial" w:hAnsi="Arial" w:eastAsia="Arial" w:cs="Arial"/>
        </w:rPr>
        <w:t>Хойд ба Өмнөд Хаант Улсуудын Сүнслэг Бэлгэдэл: Библийн сүмүүд болон хүний мөн чанараар дамжих аялал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2024-03-23</w:t>
      </w:r>
    </w:p>
    <w:p>
      <w:pPr>
        <w:pStyle w:val="ArticleBody"/>
        <w:jc w:val="left"/>
      </w:pPr>
      <w:r>
        <w:rPr>
          <w:rFonts w:ascii="Times New Roman" w:hAnsi="Times New Roman" w:eastAsia="Times New Roman" w:cs="Times New Roman"/>
        </w:rPr>
        <w:t>Хойд хаант улс нь хүн төрөлхтний сүм дэх доод мөн чанарыг төлөөлж байсан; сүмийн сүм дэх биеийг төлөөлж байсан; Христийн сүм дэх хүний махан биеийг төлөөлж байсан. Христ сүм бүрийг байгуулсан бөгөөд суурь бүрийг Тэр тавьсан; Миллерит сүм дэх анхны чулуу нь Езекиелийн хоёр саваагаар дүрслэгддэг “долоон цаг”-ийн сургаал байв. 1863 оны тэрслэлд Лаодикийн Адвентизм өөрсдийн эш үзүүллэгийн “булангийн чулуу”-гаа няцаасан бөгөөд энэ нь мөн газрын сүмийг барих үед ч тохиолдсон юм. Няцаагдсан чулуу нь барилгын бүх хугацааны турш бүдрэлтийн чулуу байсаар ирсэн боловч, сүмийг босгон байгуулахын төгсгөлд сонгогдохоор товлогдсон байлаа. Гэвч эш үзүүллэгийн Үг бүдрэлтийн няцаагдсан чулуу эцэстээ булангийн тэргүүн болохыг тодорхойлон илэрхийлдэг.</w:t>
      </w:r>
    </w:p>
    <w:p>
      <w:pPr>
        <w:pStyle w:val="ArticleBody"/>
        <w:jc w:val="left"/>
      </w:pPr>
      <w:r>
        <w:rPr>
          <w:rFonts w:ascii="Times New Roman" w:hAnsi="Times New Roman" w:eastAsia="Times New Roman" w:cs="Times New Roman"/>
        </w:rPr>
        <w:t>Өмнөд хаант улсаар төлөөлөгдөн үзүүлэгддэг “долоон үе”-ийн таяг нь хойд хаант улстай харьцуулахад “тэргүүн” юм. Энэ нь “тэргүүн” мөн, учир нь Бурхан Өөрийн хот болгон Иерусалимыг, Өөрийн ариун газраа болон Өөрийн нэрийг байрлуулсан тэр газрыг, өмнөд хаант улстай холбон тодорхойлохоор сонгосон билээ. Хоёр таяг 1798 оноос 1844 он хүртэл нэгдэх хүртэл “тэргүүн” нь доод, өмнөд хаант улс байсан. 1844 онд Иоханд хойд хаант улсыг орхихыг, учир нь энэ нь харь үндэстнүүдэд өгөгдсөн байсан тул, хэлсний дараа өмнөд хаант улс нэг үндэстэн болон ганцаараа зогсох туг тэмдэг болон үлдсэн, эсвэл наанадаж тийм төлөвлөгөө байсан. Тэр төлөвлөгөө нь 1863 оны бослого болон орчин үеийн Израилийн анхны “Кадеш дахь бослого”-оор саатуулагдсан юм.</w:t>
      </w:r>
    </w:p>
    <w:p>
      <w:pPr>
        <w:pStyle w:val="ArticleBody"/>
        <w:jc w:val="left"/>
      </w:pPr>
      <w:r>
        <w:rPr>
          <w:rFonts w:ascii="Times New Roman" w:hAnsi="Times New Roman" w:eastAsia="Times New Roman" w:cs="Times New Roman"/>
        </w:rPr>
        <w:t>2001 оны есдүгээр сарын 11-нд Эзэн Өөрийн Лаодикийн сүмийг 1863 он уруу, 1888 он уруу, 1919 он уруу, мөн 1957 он уруу—хоёр дахь “Кадеш дахь бослого” руу—дахин авчирсан. Харин тэрхүү бослогын үед гологдсон чулуу булангийн тэргүүн болох тухай амлалт эдүгээ биелж байна. Энэ нь Христ мөнхөд Бурханлаг чанар ба хүний чанарын нэгдлийг гүйцэлдүүлдэг нэг зуун дөчин дөрвөн мянгаар төлөөлөгдсөн хүмүүсийн дотор биелж байна.</w:t>
      </w:r>
    </w:p>
    <w:p>
      <w:pPr>
        <w:pStyle w:val="ArticleBody"/>
        <w:jc w:val="left"/>
      </w:pPr>
      <w:r>
        <w:rPr>
          <w:rFonts w:ascii="Times New Roman" w:hAnsi="Times New Roman" w:eastAsia="Times New Roman" w:cs="Times New Roman"/>
        </w:rPr>
        <w:t>Паул доод мөн чанарыг махан бие, харин дээд мөн чанарыг оюун ухаан гэж тодорхойлсон. Тэрээр биеийг (доод мөн чанарыг) үхэл гэж тодорхойлсон.</w:t>
      </w:r>
    </w:p>
    <w:p>
      <w:pPr>
        <w:pStyle w:val="ArticleScripture"/>
        <w:jc w:val="left"/>
      </w:pPr>
      <w:r>
        <w:rPr>
          <w:rFonts w:ascii="Times New Roman" w:hAnsi="Times New Roman" w:eastAsia="Times New Roman" w:cs="Times New Roman"/>
        </w:rPr>
        <w:t>Учир нь хууль сүнслэг гэдгийг бид мэднэ. Харин би махан биеийнх бөгөөд нүглийн дор худалдагдсан нэгэн юм. Учир нь би үйлдэж буйгаа зөвшөөрдөггүй; яагаад гэвэл хүсдэгээ би хийдэггүй, харин үзэн яддагаа би хийдэг. Тэгэхээр хэрэв би хүсдэггүйгээ хийж байгаа бол, хууль сайн гэдгийг би хүлээн зөвшөөрч байна. Иймээс одоо үүнийг үйлдэгч нь би биш, харин миний дотор оршдог нүгэл мөн. Учир нь миний дотор, өөрөөр хэлбэл миний махан биед, ямар ч сайн зүйл оршдоггүйг би мэднэ. Яагаад гэвэл хүсэх сэтгэл надад байна; харин сайныг хэрхэн үйлдэхээ би олдоггүй. Учир нь миний хүсдэг сайныг би хийдэггүй; харин хүсдэггүй муугаа би хийдэг. Харин хэрэв би хүсдэггүйгээ хийж байгаа бол, үүнийг үйлдэгч нь би биш, харин миний дотор оршдог нүгэл мөн. Иймээс би нэгэн хуулийг олж харж байна: сайныг үйлдэхийг хүсэх үед минь муу нь надтай хамт байж байдаг. Учир нь дотор хүнийхээ дагуу би Бурханы хуульд баясдаг. Гэвч би өөрийн эрхтнүүдэд оюун ухааны минь хуулийн эсрэг дайтаж, эрхтнүүдэд минь буй нүглийн хуулинд намайг олзлогдуулдаг өөр нэг хуулийг харж байна. Хөөрхийлөлтэй хүн би! Энэ үхлийн биеэс намайг хэн аврах вэ? Ром 7:14–24.</w:t>
      </w:r>
    </w:p>
    <w:p>
      <w:pPr>
        <w:pStyle w:val="ArticleBody"/>
        <w:jc w:val="left"/>
      </w:pPr>
      <w:r>
        <w:rPr>
          <w:rFonts w:ascii="Times New Roman" w:hAnsi="Times New Roman" w:eastAsia="Times New Roman" w:cs="Times New Roman"/>
        </w:rPr>
        <w:t>Паул өөрийн “махан биед” “сайн юм огт оршдоггүй” гэдгийг мэддэг байв. Түүний махан биед (өөрийн бие махбодод) байсан, удамшсан ч бай, төлөвшүүлсэн ч бай, тэр хандлагууд нь түүнийг зөвхөн нүгэлд хүргэхээр л үйлчилдэг байлаа. Тэдгээр хандлагууд нь нүглийн хуулийг илэрхийлж байсан боловч Паул нүглийн хуулийг бус, Бурханы хуулийг сахихыг хүсэж байв. Паул Бурханы хуулийг “оюун санааных нь хууль” (түүний дээд мөн чанар) хэмээн тодорхойлсон. Түүний хашхираан нь “үхлийн энэ биеэс хэн намайг аврах вэ?” гэсэн байлаа. Мэдээж, авралыг авчрах нь бурханлаг чанар мөн гэдгийг Паул мэдэж байсан, гэвч авралын ажилд өөрийн оролцоо шаардлагатайг мөн тэр мэдэж байв.</w:t>
      </w:r>
    </w:p>
    <w:p>
      <w:pPr>
        <w:pStyle w:val="ArticleScripture"/>
        <w:jc w:val="left"/>
      </w:pPr>
      <w:r>
        <w:rPr>
          <w:rFonts w:ascii="Times New Roman" w:hAnsi="Times New Roman" w:eastAsia="Times New Roman" w:cs="Times New Roman"/>
        </w:rPr>
        <w:t>Иймийн тул, хайрт минь, та нар урьд үргэлж дуулгавартай байсны адил, зөвхөн намайг байхад бус, харин одоо намайг эзгүйд бүр ч илүүгээр, өөрсдийн авралыг айдас ба чичирхийллийн дунд хэрэгжүүл. Учир нь Өөрийн тааллын сайн зорилгын дагуу хүсэхийг ч, үйлдэхийг ч та нарын дотор үйлдэгч нь Бурхан мөн. Филиппой 2:12, 13.</w:t>
      </w:r>
    </w:p>
    <w:p>
      <w:pPr>
        <w:pStyle w:val="ArticleBody"/>
        <w:jc w:val="left"/>
      </w:pPr>
      <w:r>
        <w:rPr>
          <w:rFonts w:ascii="Times New Roman" w:hAnsi="Times New Roman" w:eastAsia="Times New Roman" w:cs="Times New Roman"/>
        </w:rPr>
        <w:t>Үхлийн биеэс чөлөөлөгдөх явдал нь хүний хүчинтэй холбоотой байсан Тэнгэрлэг хүчээр хэрэгжсэн бөгөөд энэ нь Есүсийн хүмүүст үзүүлсэн жишээ байсан юм. Биеийн доод мөн чанарт нүглийн хууль идэвхтэй үйлчилж байсан ч Есүс Өөрийн хүслийг Эцгийнхээ хүслийн өмнө буулгаснаар Өөрийн доод мөн чанарыг Бурханы хуульд захируулсан. Паул хэрэв өөрийн хүслийг Тэнгэрлэг хүслийн өмнө буулгах аваас чөлөөлөгдөж чадах байсан. Үүнийг үйлдэхдээ тэрээр өөрийн авралыг өөрөө хэрэгжүүлж байсан бөгөөд бидний амьдралаас нүглийг зайлуулах ажлын талаар Систер Уайт өгүүлэхдээ яг үүнийг л хэлж байгаа юм.</w:t>
      </w:r>
    </w:p>
    <w:p>
      <w:pPr>
        <w:pStyle w:val="ArticleScripture"/>
        <w:jc w:val="left"/>
      </w:pPr>
      <w:r>
        <w:rPr>
          <w:rFonts w:ascii="Times New Roman" w:hAnsi="Times New Roman" w:eastAsia="Times New Roman" w:cs="Times New Roman"/>
        </w:rPr>
        <w:t>“Өөрийгөө Бурханд өгөхөөс татгалздаг аливаа сүнс өөр нэгэн хүчний эрхшээл дор байдаг. Тэр өөрийнхөө эзэн биш. Тэр эрх чөлөөний тухай ярьж болох ч, үнэндээ тэр хамгийн дорд боолчлолд байна. Түүний оюун санаа Сатаны эрхшээл дор байдаг тул түүнд үнэний гоо сайхныг харахыг зөвшөөрдөггүй. Тэр өөрийн шүүлтийн зааврыг дагаж байна хэмээн өөрийгөө хуурмаглан тайтгаруулдаг боловч, үнэндээ тэр харанхуйн ноёны хүслийг дагадаг. Христ сүнсийг нүглийн боолчлолын дөнгөнөөс чөлөөлөхөөр ирсэн. ‘Иймийн тул Хүү та нарыг чөлөөлбөл, та нар үнэхээр эрх чөлөөтэй болно.’ ‘Христ Есүс доторх амийн Сүнсний хууль’ биднийг ‘нүгэл ба үхлийн хуулиас чөлөөлсөн.’ Ром 8:2.”</w:t>
      </w:r>
    </w:p>
    <w:p>
      <w:pPr>
        <w:pStyle w:val="ArticleScripture"/>
        <w:jc w:val="left"/>
      </w:pPr>
      <w:r>
        <w:rPr>
          <w:rFonts w:ascii="Times New Roman" w:hAnsi="Times New Roman" w:eastAsia="Times New Roman" w:cs="Times New Roman"/>
        </w:rPr>
        <w:t>“Авралын үйл хэрэгт албадлага гэж үгүй. Ямар ч гаднын хүч хэрэглэгддэггүй. Бурханы Сүнсний нөлөөллийн дор хүн хэнд үйлчлэхээ өөрөө чөлөөтэй сонгохоор үлддэг. Сэтгэл Христэд бууж өгөхөд явагддаг тэр өөрчлөлтөнд эрх чөлөөний хамгийн дээд утга учир оршдог. Нүглийг хөөн зайлуулах нь сэтгэлийн өөрийнх нь үйлдэл мөн. Үнэн хэрэгтээ, бид өөрсдийгөө Сатаны захирлаас чөлөөлөх хүчгүй; харин нүглээс чөлөөлөгдөхийг хүсэж, асар их хэрэгцээнийхээ дунд өөрсдөөс маань гаднах бөгөөд биднээс дээгүүрх нэгэн хүчийг дуудан хашхирах үед сэтгэлийн хүчнүүд Ариун Сүнсний тэнгэрлэг эрчимээр нэвчин дүүрч, Бурханы хүслийг биелүүлэхдээ хүсэл зоригийн заалтыг даган дуулгавартай болдог.</w:t>
      </w:r>
    </w:p>
    <w:p>
      <w:pPr>
        <w:pStyle w:val="ArticleScripture"/>
        <w:jc w:val="left"/>
      </w:pPr>
      <w:r>
        <w:rPr>
          <w:rFonts w:ascii="Times New Roman" w:hAnsi="Times New Roman" w:eastAsia="Times New Roman" w:cs="Times New Roman"/>
        </w:rPr>
        <w:t>“Хүний эрх чөлөө боломжтой байх цорын ганц нөхцөл нь Христтэй нэг болох явдал мөн. ‘Үнэн та нарыг чөлөөтэй болгоно;’ харин Христ бол үнэн юм. Нүгэл оюун ухааныг сулруулж, сүнсний эрх чөлөөг устгаснаар л ялж чадна. Бурханд захирагдах нь өөрийн жинхэнэ байдалдаа,—хүний жинхэнэ алдар суу ба нэр төрд,—эргэн сэргэх явдал юм. Бидний захирагдалд оруулдаг тэнгэрлэг хууль бол ‘эрх чөлөөний хууль’ юм. Иаков 2:12.” The Desire of Ages, 466.</w:t>
      </w:r>
    </w:p>
    <w:p>
      <w:pPr>
        <w:pStyle w:val="ArticleBody"/>
        <w:jc w:val="left"/>
      </w:pPr>
      <w:r>
        <w:rPr>
          <w:rFonts w:ascii="Times New Roman" w:hAnsi="Times New Roman" w:eastAsia="Times New Roman" w:cs="Times New Roman"/>
        </w:rPr>
        <w:t>Паул: «Өө, би ямар золгүй хүн бэ! Энэ үхлийн биеэс намайг хэн аврах вэ?» хэмээн хашхирсан. Уайт эгч: «Бид нүглээс чөлөөлөгдөхийг хүсэж, туйлын их хэрэгцээнийхээ дунд өөрсдөөс маань гаднах бөгөөд биднээс дээгүүрх хүчийг гуйн хашхирах үед сэтгэлийн хүчнүүд Ариун Сүнсний тэнгэрлэг эрч хүчээр шингэж, Бурханы хүслийг биелүүлэхдээ хүсэл зоригийн зааврыг даган дуулгавартай болдог» хэмээн өгүүлсэн. Хүслийнхээ үйлчлэлийг хэрэгжүүлэх замаар, өөрсдийн хүн чанарыг Христийн бурханлаг чанартай нэгтгэхүйд оролцсоноор, бид нүглийг өөрсдийн «сүнс»-ээс зайлуулах «үйл»-ийг гүйцэлдүүлдэг.</w:t>
      </w:r>
    </w:p>
    <w:p>
      <w:pPr>
        <w:pStyle w:val="ArticleBody"/>
        <w:jc w:val="left"/>
      </w:pPr>
      <w:r>
        <w:rPr>
          <w:rFonts w:ascii="Times New Roman" w:hAnsi="Times New Roman" w:eastAsia="Times New Roman" w:cs="Times New Roman"/>
        </w:rPr>
        <w:t>Гэвч бидний “ойлгох хэрэгтэй зүйл бол хүсэл зоригийн жинхэнэ хүч мөн.” Хүсэл зориг нь “хүний мөн чанар дахь удирдан захирах хүч, шийдвэрлэх буюу сонгох чадвар мөн. Бүх зүйл хүсэл зоригийн зөв үйлчлэлээс хамаардаг. Сонгох хүчийг Бурхан хүмүүст өгсөн; түүнийг хэрэгжүүлэх нь тэднийх. Та зүрх сэтгэлээ өөрчилж чадахгүй, та өөрөөсөө Бурханд түүний хайр энэрлийг өгч чадахгүй; харин та Түүнд үйлчлэхээр сонгож чадна. Та Түүнд өөрийн хүсэл зоригоо өгч чадна; тэгвэл Тэр Өөрийн таалалд нийцүүлэн хүсэх ба үйлдэхийг таны дотор үйлдэх болно. Ийнхүү таны бүх мөн чанар Христийн Сүнсний хяналт дор орж, таны хайр сэтгэл Түүн дээр төвлөрч, таны бодол санаа Түүнтэй нийцэлтэй болно.”</w:t>
      </w:r>
    </w:p>
    <w:p>
      <w:pPr>
        <w:pStyle w:val="ArticleBody"/>
        <w:jc w:val="left"/>
      </w:pPr>
      <w:r>
        <w:rPr>
          <w:rFonts w:ascii="Times New Roman" w:hAnsi="Times New Roman" w:eastAsia="Times New Roman" w:cs="Times New Roman"/>
        </w:rPr>
        <w:t>Паул эдгээр үнэнийг мэддэг байсан бөгөөд өөрийн хүсэл зоригоо хэрэгжүүлэх замаар доод мөн чанараа дээд мөн чанартаа захируулан барьж байх шаардлагатайг тэр мэдэж байсан. Ийм учраас Паул өдөр бүр үхдэг байсан.</w:t>
      </w:r>
    </w:p>
    <w:p>
      <w:pPr>
        <w:pStyle w:val="ArticleScripture"/>
        <w:jc w:val="left"/>
      </w:pPr>
      <w:r>
        <w:rPr>
          <w:rFonts w:ascii="Times New Roman" w:hAnsi="Times New Roman" w:eastAsia="Times New Roman" w:cs="Times New Roman"/>
        </w:rPr>
        <w:t>Эзэн маань болох Христ Есүс дотор та нараар миний эдэлдэг бахархлаар тангараглан хэлэхэд, би өдөр бүр үхдэг. 1 Коринт 15:31.</w:t>
      </w:r>
    </w:p>
    <w:p>
      <w:pPr>
        <w:pStyle w:val="ArticleBody"/>
        <w:jc w:val="left"/>
      </w:pPr>
      <w:r>
        <w:rPr>
          <w:rFonts w:ascii="Times New Roman" w:hAnsi="Times New Roman" w:eastAsia="Times New Roman" w:cs="Times New Roman"/>
        </w:rPr>
        <w:t>Паул өөрийн дорд мөн чанарыг эрхшээлдээ байлгахын тулд хүсэл зоригоо хэрэгжүүлэн, түүнийг өдөр бүр цовдлох шаардлагатайгаа мэдэж байв. Иймээс тэр өөрийн махан биеийг цовдолсон юм.</w:t>
      </w:r>
    </w:p>
    <w:p>
      <w:pPr>
        <w:pStyle w:val="ArticleScripture"/>
        <w:jc w:val="left"/>
      </w:pPr>
      <w:r>
        <w:rPr>
          <w:rFonts w:ascii="Times New Roman" w:hAnsi="Times New Roman" w:eastAsia="Times New Roman" w:cs="Times New Roman"/>
        </w:rPr>
        <w:t>Христийнх болсон хүмүүс махан биеэ хүсэл тачаал, шунал хүслүүдийнх нь хамт цовдолсон билээ. Галат 5:24.</w:t>
      </w:r>
    </w:p>
    <w:p>
      <w:pPr>
        <w:pStyle w:val="ArticleBody"/>
        <w:jc w:val="left"/>
      </w:pPr>
      <w:r>
        <w:rPr>
          <w:rFonts w:ascii="Times New Roman" w:hAnsi="Times New Roman" w:eastAsia="Times New Roman" w:cs="Times New Roman"/>
        </w:rPr>
        <w:t>Паул хүн төрөлхтөн доторх өөрийн нүгэлт махан бие Христийн Хоёр дахь Ирэлт хүртэл оршин байхыг мэдэж байсан бөгөөд тэр үед итгэмжит хүмүүс нүд ирмэхийн зуур шинэ, алдарт биеийг хүлээн авах байв. Ийм учраас 1798 он нь Миллерийн хөдөлгөөний сүм баригдсан дөчин зургаан жилийн суурийг тодорхойлдог, учир нь цорын ганц суурь болох Христ бол сууриас өмнөөс нядлагдсан Хурга мөн. Хойд хаант улс нь бие махбод байсан бөгөөд энэ нь нүглээр дамжин хүн төрөлхтөн дээр ноёрхлыг олж авч, хуурамч хойд хаант улс болохын тулд өөрийгөө өргөмжилсөн юм. 1844 онд Иоханд гаднах хашааг “орхигтун” гэж айлдсан нь грек хэлэнд доод мөн чанарыг няцаах гэсэн утгатай бөгөөд энэ доод мөн чанар нь Бурхан Өөрийн нэрийг байрлуулахаар сонгосон дээд мөн чанар дээр ноёрхлыг тогтоогоод байсан; мөн 1798 онд махан бие (доод мөн чанар) нь “татал ба хүслүүдийнхээ” хамт цовдлогдох ёстой байв.</w:t>
      </w:r>
    </w:p>
    <w:p>
      <w:pPr>
        <w:pStyle w:val="ArticleBody"/>
        <w:jc w:val="left"/>
      </w:pPr>
      <w:r>
        <w:rPr>
          <w:rFonts w:ascii="Times New Roman" w:hAnsi="Times New Roman" w:eastAsia="Times New Roman" w:cs="Times New Roman"/>
        </w:rPr>
        <w:t>Үндэс сууринд, Христийн махан бие цовдлолын үед үхсэн, учир нь Тэр амьд хүмүүсийн дундаас таслагдсан юм. Тэгээд өмнөд хаант улс нь нэг үндэстэн, нэг хаантай, Бурхантай гэрээнд оршдог, мөн Бурханы ариун сүм дунд нь байдаг үндэстэн байх ёстой байв. Мөр дээр мөрөөр, “долоон үе” нь эдүгээ “булангийн тэргүүн чулуу” болж байна. Учир нь 2001 оны есдүгээр сарын 11-нээс хойш Бурхан Өөрийн “хойд цэрэг”-ийг туг тэмдэг болгон босгож байна. Тэр цэрэг нь нэг үндэстэн байх ёстой бөгөөд тэр үндэстэн зөвхөн Түүний дүр төрхийг л тусгана. Энэ нь Сатан араатны дүр болох өөрийн “эвэр”-ийг босгож байгаа яг тэр цаг үед болж байна. Езекиелийн гучин долоодугаар бүлэгт дөрвөн салхины мэдээ нь дараа борооны мэдээг тэр цэрэг болон босон зогсох хүмүүст амьсгалж өгдөг. Дөрвөн салхины мэдээ нь Долоодугаар Бүрээний мэдээ бөгөөд тэнд Бурханы нууц төгс болдог.</w:t>
      </w:r>
    </w:p>
    <w:p>
      <w:pPr>
        <w:pStyle w:val="ArticleBody"/>
        <w:jc w:val="left"/>
      </w:pPr>
      <w:r>
        <w:rPr>
          <w:rFonts w:ascii="Times New Roman" w:hAnsi="Times New Roman" w:eastAsia="Times New Roman" w:cs="Times New Roman"/>
        </w:rPr>
        <w:t>Битүүмжлэх ажлын төгсгөлийн үе 2023 оны 10-р сарын 7-нд эхэлсэн. Нэг зуун дөчин дөрвөн мянгын битүүмжлэгдэх цаг нь Долоо дахь Бүрээ дуугарах үед гүйцэлддэг бөгөөд тэрхүү бүрээ битүүмжлэлийн үйл явцын туршид гурвантаа дуугардаг. Энэ нь үргэлж Исламын зүгээс Алдарт Газрын эсрэг хийсэн цохилтыг тэмдэглэдэг. Орчин үеийн сүнслэг “алдарт газар” 2001 оны 9-р сарын 11-нд цохилтод өртсөн бөгөөд эртний бодит алдарт газар 2023 оны 10-р сарын 7-нд, яг алагдсан байсан хоёр гэрч дахин амилсан тэр жилд, цохилтод өртсөн. Гурав дахь цохилт нь АНУ-д тун удахгүй гарах Ням гаргийн хууль дээр тохионо.</w:t>
      </w:r>
    </w:p>
    <w:p>
      <w:pPr>
        <w:pStyle w:val="ArticleBody"/>
        <w:jc w:val="left"/>
      </w:pPr>
      <w:r>
        <w:rPr>
          <w:rFonts w:ascii="Times New Roman" w:hAnsi="Times New Roman" w:eastAsia="Times New Roman" w:cs="Times New Roman"/>
        </w:rPr>
        <w:t>2023 оны 10 дугаар сарын 7-ноос эхлэн, Бүгд Найрамдах эвэр болон газрын араатны жинхэнэ Протестант эвэр нь удахгүй ирэх Ням гаргийн хуулийн үед луу мэт эсвэл Хурга мэт ярьдаг эвэр болон хувирах эцсийн шилжилтээ гүйцэтгэж байна. Дэлхийн түүхийн төгсгөлийн үйл явдлуудын үеэр өрнөдөг агуу тэмцэл дэх дотоод ба гадаад эсэргүүцэгчдийн хоёр илрэл хоёулаа Даниелын 11 дүгээр бүлгийн дөчдүгээр зүйлээр дүрслэгдсэн түүхэнд байрладаг. Хоёр эвэрний хоёр эцсийн хөгжил нь Долоо дахь Бүрээ дуугарах үед биеллээ олдог. Долоо дахь Бүрээ бол гурван гай зовлонгийн бүрээнүүдийн гурав дахь нь юм.</w:t>
      </w:r>
    </w:p>
    <w:p>
      <w:pPr>
        <w:pStyle w:val="ArticleBody"/>
        <w:jc w:val="left"/>
      </w:pPr>
      <w:r>
        <w:rPr>
          <w:rFonts w:ascii="Times New Roman" w:hAnsi="Times New Roman" w:eastAsia="Times New Roman" w:cs="Times New Roman"/>
        </w:rPr>
        <w:t>Гурван гай нь эш үзүүллэгийн гурвалсан хэрэглээг төлөөлдөг бөгөөд ингэснээрээ 2023 оны 10-р сарын 7-ны тэмдэгт замын хүчтэй гэрчлэл болдог. Эхний гай болон хоёр дахь гай аль алинд нь Исламын дайн тулаан Ромын цэргүүдийн эсрэг явагдсан бөгөөд эцсийн өдрүүдэд Ромыг АНУ төлөөлдөг; үүнийг 1989 онд антихрист (Пап Иоанн Павел II) болон хуурамч эш үзүүлэгч (Рональд Рейган) нарын хоорондын нууц холбооны үр дүнд Зөвлөлт Холбоот Улс байлдан дагуулагдсан явдал гэрчилдэг.</w:t>
      </w:r>
    </w:p>
    <w:p>
      <w:pPr>
        <w:pStyle w:val="ArticleBody"/>
        <w:jc w:val="left"/>
      </w:pPr>
      <w:r>
        <w:rPr>
          <w:rFonts w:ascii="Times New Roman" w:hAnsi="Times New Roman" w:eastAsia="Times New Roman" w:cs="Times New Roman"/>
        </w:rPr>
        <w:t>Илчлэл номын есдүгээр бүлэгт өгүүлэгдсэнчлэн, эхний гай зовлонд таван сарын, өөрөөр хэлбэл нэг зуун тавин жилийн цаг хугацааны эш үзүүллэг байдаг. Хоёр дахь гай зовлонд гурван зуун ерэн нэгэн жил, арван таван өдрийн цаг хугацааны эш үзүүллэг байдаг. Эдгээр хоёр цаг хугацааны эш үзүүллэг нь эхний болон хоёр дахь гай зовлонг төлөөлөх хоёр түүхийн туршид Исламын Ромын эсрэг авчирсан дайныг илэрхийлдэг. Тэрхүү хоёр эш үзүүллэг нь дайны хоёр өөр үр дүнг агуулж байв. Эхний нэг зуун тавин жилийн хугацаанд Ислам Ромыг “зовоох” ёстой байсан бөгөөд гурван зуун ерэн нэгэн жил, арван таван өдрийн эш үзүүллэгт Ислам Ромыг “алах” ёстой байсан. Эдгээр хоёр эш үзүүллэг хоорондоо шууд холбоотой байв. Ислам Ромыг зовоох ёстой байсан нэг зуун тавин жилийн төгсгөл нь Ислам Ромыг алах ёстой байсан гурван зуун ерэн нэгэн жил, арван таван өдрийн эхлэлийг тогтоож өгсөн. Эхний болон хоёр дахь гай зовлон нь нэг зуун тавин жилийн төгсгөл, мөн гурван зуун ерэн нэгэн жил, арван таван өдрийн эхлэлээр хоорондоо зааглагддаг.</w:t>
      </w:r>
    </w:p>
    <w:p>
      <w:pPr>
        <w:pStyle w:val="ArticleBody"/>
        <w:jc w:val="left"/>
      </w:pPr>
      <w:r>
        <w:rPr>
          <w:rFonts w:ascii="Times New Roman" w:hAnsi="Times New Roman" w:eastAsia="Times New Roman" w:cs="Times New Roman"/>
        </w:rPr>
        <w:t>Ням гарагийн хуулийн удахгүй ирэх үед Америкийн Нэгдсэн Улс Библийн зөгнөлийн зургаа дахь хаант улс байхаа болих бөгөөд тэр үедээ зөгнөлийн утгаар “алагддаг”. Илчлэлт номын арван нэгдүгээр бүлэгт гардаг “агуу газар хөдлөлт”-ийн цаг нь удахгүй ирэх Ням гарагийн хууль мөн бөгөөд тэр цаг ирэхэд Исламын Долоо дахь Бүрээ ч мөн ирдэг. Энэ нь эцсийг, өөрөөр хэлбэл эцсийн өдрүүд дэх Ромын цэрэг болох зургаа дахь хаант улсын үхлийг тэмдэглэхээр ирдэг. Тэрхүү үхлийн өмнө Ислам Ромын цэргүүдийг нэг зуун тавин жилийн турш хөнөөж байсан. Орчин үеийн ертөнцөд радикал Исламын үйл ажиллагааг бууруулан харуулахыг оролддог гол урсгалын хэвлэл мэдээллийн хэрэгслүүдийн мэдээлснээр, 2023 оны 10 дугаар сарын 7-ноос 2024 оны 2 дугаар сарын 12-нд энэхүү өгүүллийг бичих хүртэлх хугацаанд Ислам дэлхий даяарх Америкийн ашиг сонирхлын эсрэг нэг зуун жаран таван халдлага үйлдсэн байна.</w:t>
      </w:r>
    </w:p>
    <w:p>
      <w:pPr>
        <w:pStyle w:val="ArticleBody"/>
        <w:jc w:val="left"/>
      </w:pPr>
      <w:r>
        <w:rPr>
          <w:rFonts w:ascii="Times New Roman" w:hAnsi="Times New Roman" w:eastAsia="Times New Roman" w:cs="Times New Roman"/>
        </w:rPr>
        <w:t>Эхний болон хоёр дахь гай зовлонд Ислам Ромын цэргүүдийг зовоосон нэг зуун тавин жил нь эцэстээ Ромын цэргүүд алагдахад хүргэдэг бөгөөд энэ нь гурав дахь гай зовлонгийн түүхэнд давтагддаг. Учир нь эш үзүүллэгийн гуравласан хэрэглээ ийнхүү үйлчилдэг. Долоодугаар бүрээ дуугарах нь нэг зуун дөчин дөрвөн мянгыг лацдах явдал мөн бөгөөд энэ үед Бурханлаг чанар хүн чанартай нэгддэг; энэ нь хоёр савааг нийлүүлэхээр төлөөлөгдсөн байдаг. Үүнд гурван замын тэмдэг бий: эхнийх нь сүнслэг алдарт нутаг, сүүлчийнх нь мөн сүнслэг алдарт нутаг. Дундах замын тэмдэг нь бодит алдарт нутаг юм.</w:t>
      </w:r>
    </w:p>
    <w:p>
      <w:pPr>
        <w:pStyle w:val="ArticleBody"/>
        <w:jc w:val="left"/>
      </w:pPr>
      <w:r>
        <w:rPr>
          <w:rFonts w:ascii="Times New Roman" w:hAnsi="Times New Roman" w:eastAsia="Times New Roman" w:cs="Times New Roman"/>
        </w:rPr>
        <w:t>2023 онд гурав дахь гайгийн анхааруулах Бүрээнээс гарсан хоёр дахь үлээлт нь Исламын дайны хурцадмал байдал газар дээрх араатныг “шархдуулах” үе шатанд орсныг тодорхойлон илчилсэн. Тэрхүү мөн онд Бүгд Найрамдах эвэр болон жинхэнэ Протестант эвэр хэмээх хоёр гэрч дахин амь орж, өөрсдийн эцсийн бэлгэдэлт эвэр рүү чиглэсэн харилцан шилжилтээ эхлүүлсэн. Бүгд Найрамдах эвэрийн хувьд энэ нь бүх урвасан Протестант хүчнүүдийг бүх урвасан Бүгд Найрамдах хүчнүүдтэй нэгтгэн, араатны дүр болох нэгэн эвэрийг байгуулах явдал байв. Харин жинхэнэ Протестант эвэрийн хувьд, эвэр зан чанараараа Лаодикийн байдлаас Филаделфийн байдал руу шилжих үед Бурханлаг чанар хүн чанартай нэгдэн, араатны дүрийн эсрэг талыг тусган харуулахын тулд явагдсан билээ. 2023 он нь 2001 оноос хойш хорин хоёр жилийн дараа тохиосон бөгөөд ийнхүү Бурханлаг чанар хүн чанартай нэгдсэний бэлгэдэлт холбоог илэрхийлж байв.</w:t>
      </w:r>
    </w:p>
    <w:p>
      <w:pPr>
        <w:pStyle w:val="ArticleBody"/>
        <w:jc w:val="left"/>
      </w:pPr>
      <w:r>
        <w:rPr>
          <w:rFonts w:ascii="Times New Roman" w:hAnsi="Times New Roman" w:eastAsia="Times New Roman" w:cs="Times New Roman"/>
        </w:rPr>
        <w:t>Энэ бүх түүх Даниелын арван нэгдүгээр бүлгийн дөчдүгээр эшлэлд өрнөдөг бөгөөд тэрхүү эшлэл 1989 онд лац нь тайлагдаж, мэдлэгийн өсөлтийг бий болгосон бөгөөд үүнийг Хиддекел мөрнөөр төлөөлүүлдэг. Тэр эшлэлийн эш үзүүллэгийн түүхэнд Хамгийн Ариун Газарт хийгдэх эцсийн ажил мөн биелэгддэг бөгөөд энэ нь 1798 онд лац нь тайлагдсан гэрэл бөгөөд үүнийг Улай мөрнөөр төлөөлүүлдэг. Дөчдүгээр эшлэлийн эхлэл нь 1798 он дахь төгсгөлийн цагийг заадаг бол, эшлэлийн төгсгөл нь 1989 он дахь төгсгөлийн цагийг заадаг; мөн хоёр мөрөн Персийн буланд цутгахаасаа яг өмнө Тигр ба Евфрат (Улай ба Хиддекел) нийлдэгтэй адил, дөчдүгээр эшлэлийн түүхэнд хоёул нэгдэн нийлдэг.</w:t>
      </w:r>
    </w:p>
    <w:p>
      <w:pPr>
        <w:pStyle w:val="ArticleBody"/>
        <w:jc w:val="left"/>
      </w:pPr>
      <w:r>
        <w:rPr>
          <w:rFonts w:ascii="Times New Roman" w:hAnsi="Times New Roman" w:eastAsia="Times New Roman" w:cs="Times New Roman"/>
        </w:rPr>
        <w:t>Бид энэ судлалыг дараагийн өгүүлэлд үргэлжлүүлэн авч үзэх болно.</w:t>
      </w:r>
    </w:p>
    <w:p>
      <w:pPr>
        <w:pStyle w:val="ArticleScripture"/>
        <w:jc w:val="left"/>
      </w:pPr>
      <w:r>
        <w:rPr>
          <w:rFonts w:ascii="Times New Roman" w:hAnsi="Times New Roman" w:eastAsia="Times New Roman" w:cs="Times New Roman"/>
        </w:rPr>
        <w:t>Эзэн БУРХАНЫ Сүнс миний дээр байна; учир нь ЭЗЭН намайг дарууст сайн мэдээг тунхаглуулахаар тосолсон юм; тэр намайг зүрх нь шархалсдыг эдгээхээр, олзлогдогсдод эрх чөлөөг, хүлээстэй хүмүүст шоронгийн үүд нээгдэхийг тунхаглахаар илгээсэн; ЭЗЭНий таалалт жилийн болон бидний Бурханы өшөө авалтын өдрийг тунхаглахаар; бүх гашуудаж буй хүмүүсийг тайвшруулахаар; Сионд гашуудаж буй хүмүүст зориулан, үнсний оронд гоёл чимгийг, гашуудлын оронд баяр хөөрийн тосыг, мохсон сүнсний оронд магтаалын өмсгөлийг өгөхөөр; тэгснээр тэд зөвт байдлын модод, ЭЗЭНий тарьц хэмээн нэрлэгдэх бөгөөд тэр алдаршигдах болно.</w:t>
      </w:r>
    </w:p>
    <w:p>
      <w:pPr>
        <w:pStyle w:val="ArticleScripture"/>
        <w:jc w:val="left"/>
      </w:pPr>
      <w:r>
        <w:rPr>
          <w:rFonts w:ascii="Times New Roman" w:hAnsi="Times New Roman" w:eastAsia="Times New Roman" w:cs="Times New Roman"/>
        </w:rPr>
        <w:t>Тэд эртний нурсан балгасыг босгож, урьдын эзгүйрлийг сэргээн, олон үеийн турш эзгүйрсэн хотуудыг засварлан сэргээнэ. Харь хүмүүс ирж та нарын сүргийг хариулж, гаднынхны хөвгүүд та нарын газар хагалагчид, усан үзмийн талбай арчлагчид болно. Харин та нарыг ЭЗЭНий тахилч нар хэмээн нэрлэж, хүмүүс та нарыг бидний Бурханы үйлчлэгчид гэж дуудна. Та нар үндэстнүүдийн баялгийг идэж, тэдний алдар дотор өөрсдийгөө гайхуулна. Та нарын ичгүүрийн оронд хоёр дахин ихийг хүртэж, гутамшгийн оронд тэд өөрсдийн хувьд баярлана. Иймээс тэд өөрсдийн нутагт хоёр дахиныг эзэмшинэ. Мөнхийн баяр хөөр тэднийх болно.</w:t>
      </w:r>
    </w:p>
    <w:p>
      <w:pPr>
        <w:pStyle w:val="ArticleScripture"/>
        <w:jc w:val="left"/>
      </w:pPr>
      <w:r>
        <w:rPr>
          <w:rFonts w:ascii="Times New Roman" w:hAnsi="Times New Roman" w:eastAsia="Times New Roman" w:cs="Times New Roman"/>
        </w:rPr>
        <w:t>Учир нь Би, ЭЗЭН, шударга шүүлтийг хайрладаг, шатаалт тахилын төлөөх дээрмийг үзэн яддаг; Би тэдний үйлсийг үнэнээр удирдаж, тэдэнтэй мөнхийн гэрээ байгуулна. Тэдний үр удам үндэстнүүдийн дунд танигдаж, тэдний үр сад ард түмнүүдийн дунд мэдэгдэх болно; тэднийг хардаг бүхэн тэднийг хүлээн зөвшөөрнө, учир нь тэд бол ЭЗЭНий ерөөсөн үр удам мөн. Би ЭЗЭН дотор үлэмж баярлаж, миний сэтгэл Бурханд минь баясах болно; учир нь Тэр намайг авралын хувцсаар өмсгөж, зөвт байдлын нөмрөгөөр бүрхсэн билээ, сүйт залуу гоёл чимгээр өөрийгөө чимдэг адил, сүйт бүсгүй үнэт эдлэлээрээ өөрийгөө гоёдог адил. Учир нь газар нахиагаа ургуулдагчлан, цэцэрлэг түүнд тарьсан зүйлсийг соёолуулдагчлан, тийнхүү Эзэн БУРХАН зөвт байдал ба магтаалыг бүх үндэстний өмнө соёолуулна. Исаиа 61:1–11.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Нэг Зуун Тавин Гуравдугаар Дугаар</dc:title>
  <dc:subject>Хойд ба Өмнөд Хаант Улсуудын Сүнслэг Бэлгэдэл: Библийн сүмүүд болон хүний мөн чанараар дамжих аялал</dc:subject>
  <dc:creator>Jeff Pippenger</dc:creator>
  <cp:keywords/>
  <dc:description>Generated by ArticleDigger from daniel\153_daniel.json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