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Тавин Тавдугаар Хэсэг</w:t>
      </w:r>
    </w:p>
    <w:p>
      <w:pPr>
        <w:pStyle w:val="ArticleSubtitle"/>
        <w:jc w:val="left"/>
      </w:pPr>
      <w:r>
        <w:rPr>
          <w:rFonts w:ascii="Arial" w:hAnsi="Arial" w:eastAsia="Arial" w:cs="Arial"/>
        </w:rPr>
        <w:t>Даниелын Сүүлчийн Үзэгдлийг Нээх нь: Ухаалаг Охидын Зэрэгцээ Аялал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Бид Даниелын эцсийн үзэгдлийг авч үзэх ажлаа, Даниелыг Бурханы эцсийн өдрүүдийн гэрээт ард түмний бэлгэдэл хэмээн тодорхойлсноор эхлүүлсэн бөгөөд Белтешазарын дүрээр төлөөлөгдсөн тэрхүү эцсийн өдрүүдийн ард түмний эш үзүүллэгийн шинжүүдийг танин тодорхойлж эхлэхийн тулд эхний эшлэлийг сүүлчийн бүлэгтэй уялдуулан хэрэглэсэн билээ. Бурханы эцсийн өдрүүдийн гэрээт ард түмэн нь нэгдүгээр тэнгэрэлчийн хөдөлгөөний Миллерчүүдийг, мөн гуравдугаар тэнгэрэлчийн хөдөлгөөний нэг зуун дөчин дөрвөн мянгыг төлөөлдөг. Миллерчүүд арван охины тухай сургаалт зүйрлэлийг биелүүлсэн бөгөөд тэрхүү сургаалт зүйрлэл эцсийн өдрүүдэд үсэг бүрээрээ дахин давтагдана.</w:t>
      </w:r>
    </w:p>
    <w:p>
      <w:pPr>
        <w:pStyle w:val="ArticleScripture"/>
        <w:jc w:val="left"/>
      </w:pPr>
      <w:r>
        <w:rPr>
          <w:rFonts w:ascii="Times New Roman" w:hAnsi="Times New Roman" w:eastAsia="Times New Roman" w:cs="Times New Roman"/>
        </w:rPr>
        <w:t>“Арван онгон охины сургаалт зүйрлэлд намайг олонтаа хандуулдаг; тэдний тав нь ухаалаг, тав нь мунхаг байв. Энэхүү сургаалт зүйрлэл үг үсэг бүрээрээ биелсэн бөгөөд цаашид ч биелсээр байх болно. Учир нь энэ нь энэ цаг үед онцгой хэрэглээтэй бөгөөд гурав дахь тэнгэрэлчийн мэдээний адил биелсэн, мөн цаг хугацааны төгсгөл хүртэл өнөөгийн үнэн хэвээр байх болно.” Review and Herald, 1890 оны 8 дугаар сарын 19.</w:t>
      </w:r>
    </w:p>
    <w:p>
      <w:pPr>
        <w:pStyle w:val="ArticleBody"/>
        <w:jc w:val="left"/>
      </w:pPr>
      <w:r>
        <w:rPr>
          <w:rFonts w:ascii="Times New Roman" w:hAnsi="Times New Roman" w:eastAsia="Times New Roman" w:cs="Times New Roman"/>
        </w:rPr>
        <w:t>Эцсийн өдрүүдийн хоёр хөдөлгөөний аль алиных нь туршлага бол Адвентизмийн туршлага мөн.</w:t>
      </w:r>
    </w:p>
    <w:p>
      <w:pPr>
        <w:pStyle w:val="ArticleScripture"/>
        <w:jc w:val="left"/>
      </w:pPr>
      <w:r>
        <w:rPr>
          <w:rFonts w:ascii="Times New Roman" w:hAnsi="Times New Roman" w:eastAsia="Times New Roman" w:cs="Times New Roman"/>
        </w:rPr>
        <w:t>“Матай 25 дахь арван охины тухай сургаалт зүйрлэл нь мөн Адвентист ард түмний туршлагыг дүрслэн үзүүлдэг.” Агуу Тэмцэл, 393.</w:t>
      </w:r>
    </w:p>
    <w:p>
      <w:pPr>
        <w:pStyle w:val="ArticleBody"/>
        <w:jc w:val="left"/>
      </w:pPr>
      <w:r>
        <w:rPr>
          <w:rFonts w:ascii="Times New Roman" w:hAnsi="Times New Roman" w:eastAsia="Times New Roman" w:cs="Times New Roman"/>
        </w:rPr>
        <w:t>Миллерчүүд нь эхний тэнгэрэлчийн хөдөлгөөнийг төлөөлж байсан бөгөөд тэдний туршлага мөн Филаделфи чуулганаар төлөөлөгдөж байв. 1856 онд Филаделфийн Миллерит хөдөлгөөн Лаодикийн хөдөлгөөнд шилжсэн бөгөөд 1863 оны тэрслэл дунд энэ нь цаашлаад Лаодикийн Долоо дахь өдрийн Адвентист сүмд шилжин орсон.</w:t>
      </w:r>
    </w:p>
    <w:p>
      <w:pPr>
        <w:pStyle w:val="ArticleBody"/>
        <w:jc w:val="left"/>
      </w:pPr>
      <w:r>
        <w:rPr>
          <w:rFonts w:ascii="Times New Roman" w:hAnsi="Times New Roman" w:eastAsia="Times New Roman" w:cs="Times New Roman"/>
        </w:rPr>
        <w:t>Нэг зуун дөчин дөрвөн мянга нь гурав дахь тэнгэрэлчийн хөдөлгөөнийг төлөөлдөг бөгөөд тэдний туршлага мөн Филаделфийн сүмээр дүрслэгдсэн билээ. 1989 онд Даниелын ном Лаодикийн Долоо дахь өдрийн Адвентист сүмд тайлагдаж, 2001 оны 9 дүгээр сарын 11-нд Лаодикийн Адвентист хөдөлгөөн эхэлсэн бөгөөд 2023 оны 7 дугаар сард Филаделфийн хөдөлгөөнд эргэн шилжих үе ирсэн юм.</w:t>
      </w:r>
    </w:p>
    <w:p>
      <w:pPr>
        <w:pStyle w:val="ArticleBody"/>
        <w:jc w:val="left"/>
      </w:pPr>
      <w:r>
        <w:rPr>
          <w:rFonts w:ascii="Times New Roman" w:hAnsi="Times New Roman" w:eastAsia="Times New Roman" w:cs="Times New Roman"/>
        </w:rPr>
        <w:t>Белтешазар буюу Даниел нь сүүлчийн өдрүүдийн Филаделфийн хөдөлгөөнийг төлөөлдөг бөгөөд энэ нь Миллеритүүдийн Филаделфийн хөдөлгөөнийг “үсэг бүрээр нь” давтан хэрэгжүүлдэг. Эцсийн үзэгдлийн эхний эшлэл нь тэрхүү сүүлчийн өдрүүдийн хүмүүсийг төлөөлдөг бөгөөд эцсийн үзэгдлийн сүүлчийн гэрчлэл нь эцсийн үзэгдлийн эхний гэрчлэлтэй нийцэх ёстой. Даниел номын арван хоёрдугаар бүлэг дэх ариусгах үйл явц нь мэдлэгийн өсөлт болон үүний улмаас бий болдог хоёр ангийг тодорхойлдог. Белтешазар нь сүүлчийн өдрүүдийн мэргэдийн туйлын төлөөлөл мөн. Даниел номын арван хоёрдугаар бүлэгт Миллеритүүдийн хөдөлгөөний тулгуур зангуу болсон эш үзүүллэгийн дор хаяж таван үнэн байдаг бөгөөд тэдгээр нь гурав дахь тэнгэрэлчийн хөдөлгөөнд дахин давтагдах ёстой.</w:t>
      </w:r>
    </w:p>
    <w:p>
      <w:pPr>
        <w:pStyle w:val="ArticleBody"/>
        <w:jc w:val="left"/>
      </w:pPr>
      <w:r>
        <w:rPr>
          <w:rFonts w:ascii="Times New Roman" w:hAnsi="Times New Roman" w:eastAsia="Times New Roman" w:cs="Times New Roman"/>
        </w:rPr>
        <w:t>Эхнийх нь хоёр ангиллын мөргөгчдийг бий болгодог ариусгалын үйл явц бөгөөд иймээс арван онгон охины тухай сургаалт зүйрлэлийг эхлэл ба төгсгөлийн аль аль хөдөлгөөнд биелүүлдэг.</w:t>
      </w:r>
    </w:p>
    <w:p>
      <w:pPr>
        <w:pStyle w:val="ArticleScripture"/>
        <w:jc w:val="left"/>
      </w:pPr>
      <w:r>
        <w:rPr>
          <w:rFonts w:ascii="Times New Roman" w:hAnsi="Times New Roman" w:eastAsia="Times New Roman" w:cs="Times New Roman"/>
        </w:rPr>
        <w:t>Харин чи, өө Даниел аа, эдгээр үгсийг битүүлж, номыг эцсийн цаг хүртэл лацдан хадгал. Олон хүн ийш тийш явж, мэдлэг үлэмжхэн арвижих болно.... Тэгэхэд тэрээр, Даниел аа, өөрийн замаар яв; учир нь эдгээр үгс эцсийн цаг хүртэл хаалттай бөгөөд лацдан хадгалагдсан байна гэв. Олон хүн цэвэршиж, цагааран, шалгагдах болно; харин хорон муу хүмүүс хорон муугаа үйлдсээр байх бөгөөд хорон муу хүмүүсээс хэн ч ойлгохгүй; харин мэргэн ухаантнууд ойлгоно. Даниел 12:4, 9, 10.</w:t>
      </w:r>
    </w:p>
    <w:p>
      <w:pPr>
        <w:pStyle w:val="ArticleBody"/>
        <w:jc w:val="left"/>
      </w:pPr>
      <w:r>
        <w:rPr>
          <w:rFonts w:ascii="Times New Roman" w:hAnsi="Times New Roman" w:eastAsia="Times New Roman" w:cs="Times New Roman"/>
        </w:rPr>
        <w:t>Мэргэн ба ёс бус (мунхаг) хүмүүсийн ялгаа нь төгсгөлийн цагт нээгддэг мэдлэгийн өсөлтийг тэд хэрхэн ойлгож (оюун санаандаа ялган салгаж) байгаад үндэслэнэ. Энэ нь Миллерчүүдийн хувьд 1798 онд, харин нэг зуун дөчин дөрвөн мянгын хувьд 1989 онд нээгдсэн юм. Бурханы ард түмэн Адвентизм бол арван онгон бүсгүйн тухай сургаалт зүйрлэлийн туршлага мөн гэдгийг мэдэх учиртай. Учир нь энэ ойлголтгүйгээр тэд эцсийн үеийнхний хувьд “төгсгөлийн цаг” хэзээ ирснийг, мөн тэр үед ямар мэдээ лацнаасаа тайлагдсаныг ойлгохыг эрэлхийлэхгүй. Адвентист туршлага нь үнэний аажим дэвшилтэт хөгжөлд суурилсан, эцэст нь “амь эсвэл үхэл”-ийн үр дагаварт хүргэдэг гурван үе шаттай шалгалтын үйл явц мөн гэдгийг ойлгохгүйгээр Долоо дахь өдрийн Адвентист бүрийн өндөр дуудлагыг танин мэдэх боломжгүй. Белтешазар нь “ариусгагдаж, цайрч, шалгагдсан” хэмээн дүрслэгдсэн цэвэршүүлэлтийн үйл явцыг туулснаа мэддэг нэгэн ард түмнийг төлөөлдөг. Чухам тэрхүү гурван үе шаттай цэвэршүүлэлтийн үйл явц нь Ариун Сүнсний ажил мөн хэмээн онцгойлон тодорхойлогддог.</w:t>
      </w:r>
    </w:p>
    <w:p>
      <w:pPr>
        <w:pStyle w:val="ArticleScripture"/>
        <w:jc w:val="left"/>
      </w:pPr>
      <w:r>
        <w:rPr>
          <w:rFonts w:ascii="Times New Roman" w:hAnsi="Times New Roman" w:eastAsia="Times New Roman" w:cs="Times New Roman"/>
        </w:rPr>
        <w:t>Гэсэн хэдий ч Би та нарт үнэнийг хэлье: Намайг явах нь та нарт ашигтай. Учир нь хэрэв Би явахгүй бол Тайтгаруулагч та нар уруу ирэхгүй; харин хэрэв Би одвол, Түүнийг та нар уруу илгээнэ. Тэр ирэхдээ нүглийн талаар, зөвт байдлын талаар, мөн шүүлтийн талаар ертөнцийг зэмлэн яллана. Нүглийн талаар гэвэл, тэд Надад итгэдэггүй учраас; зөвт байдлын талаар гэвэл, Би Эцэг уруугаа очиж, та нар Намайг цаашид харахгүй учраас; шүүлтийн талаар гэвэл, энэ ертөнцийн ноён шүүгдсэн учраас юм. Та нарт хэлэх олон зүйл Надад одоо ч бий, гэвч та нар тэдгээрийг эдүгээ дааж үл чадна. Харин Тэр, үнэний Сүнс, ирэх үедээ та нарыг бүх үнэн уруу удирдана. Учир нь Тэр Өөрөөсөө ярихгүй, харин юу сонсоно, түүнийгээ хэлнэ; мөн ирэх зүйлсийг та нарт мэдүүлнэ. Иохан 16:7–13.</w:t>
      </w:r>
    </w:p>
    <w:p>
      <w:pPr>
        <w:pStyle w:val="ArticleBody"/>
        <w:jc w:val="left"/>
      </w:pPr>
      <w:r>
        <w:rPr>
          <w:rFonts w:ascii="Times New Roman" w:hAnsi="Times New Roman" w:eastAsia="Times New Roman" w:cs="Times New Roman"/>
        </w:rPr>
        <w:t>Ариун Сүнс мэргэн онгон охидыг “бүх үнэнд” удирдан оруулах үйл хэрэг нь Тэрээр ертөнцийг нүгэл, зөвт байдал, шүүлтийн талаар зэмлэн буруушаахыг шаарддаг бөгөөд энэ нь яг Даниелын арван хоёрдугаар бүлэгт мэргэн эсвэл мунхаг онгон охиныг бий болгодог мөнөөх гурван алхам мөн. Есүсийн Ариун Сүнсний ажил хэмээн тодорхойлсон мэдээ нь Даниелын арван хоёрдугаар бүлэгт мэргэн ба хорон муугийн хоорондын ялгааг илчилдэг “тос” юм. Бурханы эцсийн өдрүүдийн ард түмэн өөрсдийн үеийн мэдлэгийн өсөлтийг ойлгох ёстой бөгөөд тэрхүү мэдлэгт Матайн арван тавдугаар бүлгийн сургаалт зүйрлэл дэх тэд өөрсдөө мунхаг эсвэл мэргэн онгон охидын аль нь болохоо танин мэдэх нь багтана.</w:t>
      </w:r>
    </w:p>
    <w:p>
      <w:pPr>
        <w:pStyle w:val="ArticleScripture"/>
        <w:jc w:val="left"/>
      </w:pPr>
      <w:r>
        <w:rPr>
          <w:rFonts w:ascii="Times New Roman" w:hAnsi="Times New Roman" w:eastAsia="Times New Roman" w:cs="Times New Roman"/>
        </w:rPr>
        <w:t>“Иоханд эдгээр зүйлс ариун үзэгдлээр харуулагдсан юм. Тэр дэнлүүнүүдээ засаж, асаасан таван ухаалаг онгон бүсгүйгээр төлөөлөгдсөн цуглааныг хараад, догдлон: ‘Энд ариун хүмүүсийн тэвчээр байна; энд Бурханы тушаалууд болон Есүсийн итгэлийг сахигчид байна. Тэгээд тэнгэрээс надад хандан хэлэх дууг би сонсов: Бичигтүн, одооноос эхлэн Эзэн дотор үхэгсэд ерөөлтэй еэ: Тийм ээ, тэд хөдөлмөрөөсөө амарч, үйлс нь тэднийг дагалдах болтугай гэж Сүнс айлдаж байна’ хэмээн дуу алдав.”</w:t>
      </w:r>
    </w:p>
    <w:p>
      <w:pPr>
        <w:pStyle w:val="ArticleScripture"/>
        <w:jc w:val="left"/>
      </w:pPr>
      <w:r>
        <w:rPr>
          <w:rFonts w:ascii="Times New Roman" w:hAnsi="Times New Roman" w:eastAsia="Times New Roman" w:cs="Times New Roman"/>
        </w:rPr>
        <w:t>“Эхний ба хоёр дахь тэнгэрэлчийн мэдээг сонссон олон хүн Христийг тэнгэрийн үүлэн дээр ирэхийг үзэж амьдарна гэж бодож байв. Хэрэв үнэнийг итгэдэг хэмээн тунхаглагчид бүгд ухаалаг онгон охидын адил өөрсдийн үүргийг гүйцэтгэсэнсэн бол энэ мэдээ өдийд үндэстэн, овог, хэл, ард түмэн бүрт тунхаглагдсан байх байлаа. Гэвч тав нь ухаалаг, тав нь мунхаг байв. Үнэнийг арван онгон охин тунхаглах учиртай байсан боловч, тэдний дундаас зөвхөн тав нь л өөрсдөд нь ирсэн гэрэл дотор алхсан тэр бүлэгт нэгдэхэд зайлшгүй хэрэгтэй бэлтгэлийг хангасан байв. Гурав дахь тэнгэрэлчийн мэдээ хэрэгтэй байлаа. Энэ тунхаглалыг хийх ёстой байсан. Эхний ба хоёр дахь тэнгэрэлчийн мэдээн дор Сүйт залуутай уулзахаар гарсан олон хүн дэлхийд өгөх сүүлчийн шалгах мэдээ болох гурав дахь тэнгэрэлчийн мэдээг хүлээн авахаас татгалзсан юм.”</w:t>
      </w:r>
    </w:p>
    <w:p>
      <w:pPr>
        <w:pStyle w:val="ArticleScripture"/>
        <w:jc w:val="left"/>
      </w:pPr>
      <w:r>
        <w:rPr>
          <w:rFonts w:ascii="Times New Roman" w:hAnsi="Times New Roman" w:eastAsia="Times New Roman" w:cs="Times New Roman"/>
        </w:rPr>
        <w:t>“Илчлэлт 18-д дүрслэгдсэн тэр өөр тэнгэрэлч өөрийн мэдээг тунхаглах үед мөн иймэрхүү ажил биелэгдэх болно. Нэгдүгээр, хоёрдугаар, гуравдугаар тэнгэрэлчийн мэдээнүүдийг дахин давтан тунхаглах хэрэгтэй болно. Сүмд хандан, ‘Миний ард түмэн, та нар түүний нүглүүдэд хамтрагч болохгүйн тулд түүнээс гарч ирэгтүн’ гэсэн дуудлага өгөгдөнө. ‘Агуу Вавилон нуран унав, нуран унав, чөтгөрүүдийн орших газар, бузар сүнс бүрийн хоргодох газар, бузар бөгөөд жигшүүрт шувуу бүрийн тор болов. Учир нь бүх үндэстэн түүний завхайрлын хилэнгийн дарснаас ууж, газрын хаад түүнтэй завхайрч, газрын худалдаачид түүний тансаглалын элбэгшлээр баяжсан билээ…. Миний ард түмэн, та нар түүний нүглүүдэд хамтрагч болохгүйн тулд, мөн түүний гамшгуудаас хүртэхгүйн тулд түүнээс гарч ирэгтүн. Учир нь түүний нүглүүд тэнгэрт тулж хүрсэн бөгөөд Бурхан түүний гэм бурууг санасан’ [Илчлэлт 18:2–5].”</w:t>
      </w:r>
    </w:p>
    <w:p>
      <w:pPr>
        <w:pStyle w:val="ArticleScripture"/>
        <w:jc w:val="left"/>
      </w:pPr>
      <w:r>
        <w:rPr>
          <w:rFonts w:ascii="Times New Roman" w:hAnsi="Times New Roman" w:eastAsia="Times New Roman" w:cs="Times New Roman"/>
        </w:rPr>
        <w:t>“Энэ бүлгийн эшлэл бүрийг авч, анхааралтай унш; ялангуяа сүүлчийн хоёрыг нь: ‘Дэнгийн гэрэл чиний дотор дахин хэзээ ч гэрэлтэхгүй; сүйт залуугийн болон сүйт бүсгүйн дуу хоолой чиний дотор дахин хэзээ ч сонсогдохгүй. Учир нь чиний худалдаачид газрын агуу хүмүүс байсан; учир нь чиний ид шидээр бүх үндэстэн мэхлэгдсэн юм. Түүний дотор эш үзүүлэгчдийн, ариун хүмүүсийн, мөн газар дээр алагдсан бүхний цус олдсон билээ.’”</w:t>
      </w:r>
    </w:p>
    <w:p>
      <w:pPr>
        <w:pStyle w:val="ArticleScripture"/>
        <w:jc w:val="left"/>
      </w:pPr>
      <w:r>
        <w:rPr>
          <w:rFonts w:ascii="Times New Roman" w:hAnsi="Times New Roman" w:eastAsia="Times New Roman" w:cs="Times New Roman"/>
        </w:rPr>
        <w:t>“Арван онгон охины тухай сургаалт зүйрлэлийг Христ Өөрөө айлдсан бөгөөд түүн дэх нэг бүрчлэн заасан бүхнийг нягтлан судлах учиртай. Хаалга хаагдах цаг ирнэ. Бид ухаалаг онгон охидын эсвэл мунхаг онгон охидын дүрээр төлөөлөгддөг. Одоо бид хэн нь ухаалаг, хэн нь мунхаг болохыг ялган таньж чадахгүй, мөн тийн хэлэх эрх мэдэл ч бидэнд үгүй. Үнэнийг зөвт бусын дунд барьж буй хүмүүс байдаг бөгөөд тэд гадна талаасаа ухаалаг хүмүүс мэт харагддаг.” Manuscript Releases, volume 16, 270.</w:t>
      </w:r>
    </w:p>
    <w:p>
      <w:pPr>
        <w:pStyle w:val="ArticleBody"/>
        <w:jc w:val="left"/>
      </w:pPr>
      <w:r>
        <w:rPr>
          <w:rFonts w:ascii="Times New Roman" w:hAnsi="Times New Roman" w:eastAsia="Times New Roman" w:cs="Times New Roman"/>
        </w:rPr>
        <w:t>Удалгүй ирэх Ням гаргийн хуулийн үед эрэгтэй, эмэгтэй хүмүүсийг Вавилоноос дуудаж гаргах ёстой Адвентистууд бид “ухаантай эсвэл мунхаг охидоор төлөөлөгддөг.” Иоханы харсан, “дэнлүүгээ засаж, асаасан таван ухаантай охиноор төлөөлөгдсөн” тэрхүү бүлэг нь, Иоханы цааш нь тодорхойлсноор “ариун хүмүүсийн тэвчээрийг” эзэмшдэг, мөн “Бурханы зарлигуудыг сахиж, Есүсийн итгэлийг” хадгалдаг хүмүүс бөгөөд, тэд бол Бурханы зарлигуудыг сахих, Есүсийн итгэлийг хэрэгжүүлэх, мөн Матай хорин тавдугаар бүлгийн сургаалт зүйрлэл дэх охид өөрсдөө мөн гэдгээ мэдэх шаардлагатай нэг зуун дөчин дөрвөн мянган хүн юм. Тэд өөрсдөө ухаантай эсвэл мунхаг охидын аль нэгээр тооцогддог гэдгээ ойлгох хэрэгтэйгээс гадна, Даниелын “цэвэршиж, цагааран, шалгагдсан” хэмээн дүрсэлсэн туршлагыг дахин давтах ёстой.</w:t>
      </w:r>
    </w:p>
    <w:p>
      <w:pPr>
        <w:pStyle w:val="ArticleScripture"/>
        <w:jc w:val="left"/>
      </w:pPr>
      <w:r>
        <w:rPr>
          <w:rFonts w:ascii="Times New Roman" w:hAnsi="Times New Roman" w:eastAsia="Times New Roman" w:cs="Times New Roman"/>
        </w:rPr>
        <w:t>Тэд сэнтийн өмнө, дөрвөн амьтны өмнө, ахлагчдын өмнө шинэ дуу мэт нэгэн дуу дуулж байв. Газраас золин аврагдсан нэг зуун дөчин дөрвөн мянган хүнээс өөр хэн ч тэр дууг сурч чадсангүй. Эдгээр нь эмэгтэйчүүдтэй бузартаагүй хүмүүс мөн; учир нь тэд онгон билээ. Эдгээр нь Хургыг хаашаа ч явсан даган явагчид мөн. Эдгээр нь Бурхан болон Хурганд зориулсан анхны үр жимс болон, хүмүүсийн дундаас золин аврагдсан хүмүүс мөн. Тэдний аманд ямар ч хуурамч үг олдоогүй; учир нь тэд Бурханы сэнтийн өмнө гэм зэмгүй билээ. Илчлэлт 14:3–5.</w:t>
      </w:r>
    </w:p>
    <w:p>
      <w:pPr>
        <w:pStyle w:val="ArticleBody"/>
        <w:jc w:val="left"/>
      </w:pPr>
      <w:r>
        <w:rPr>
          <w:rFonts w:ascii="Times New Roman" w:hAnsi="Times New Roman" w:eastAsia="Times New Roman" w:cs="Times New Roman"/>
        </w:rPr>
        <w:t>Даниелын арван хоёрдугаар бүлэгт дүрслэгдсэн дор хаяж таван үнэн байдаг бөгөөд тэдгээр нь нэгдүгээр тэнгэрэлчийн Миллерит хөдөлгөөнтэй холбоотой үнэнүүд бөгөөд нэг зуун дөчин дөрвөн мянгын хөдөлгөөнөөр дахин давтагдаж, илүү бүрэн дүүрэн ойлгогдох болно. Тэдгээр үнэнүүдийн нэг нь арван охины тухай сургаалт зүйрлэлтэй холбоотой гурван үе шаттай ариусгалын үйл явц юм. Уильям Миллерийн эш үзүүллэгийн хугацааны талаар ойлгосон анхны үнэн нь Левит хорин зургаадугаар бүлгийн “долоон үе” байсан бөгөөд тэрхүү үнэн Даниел 12-т тэмдэглэгдсэн байдаг; мөн энэ нь тэнд дурдагдсан Миллерит түүхийн анхны үнэн мөн.</w:t>
      </w:r>
    </w:p>
    <w:p>
      <w:pPr>
        <w:pStyle w:val="ArticleScripture"/>
        <w:jc w:val="left"/>
      </w:pPr>
      <w:r>
        <w:rPr>
          <w:rFonts w:ascii="Times New Roman" w:hAnsi="Times New Roman" w:eastAsia="Times New Roman" w:cs="Times New Roman"/>
        </w:rPr>
        <w:t>Харин чи, өө Даниел аа, үгсийг битүүлж, номыг эцсийн цаг хүртэл лацдан хадгал; олон хүн нааш цааш хэрэн явж, мэдлэг арвижих болно. Тэгээд би, Даниел, харахад, болгоогтун, өөр хоёр нь зогсож байлаа: нэг нь голын эргийн энэ талд, нөгөө нь голын эргийн тэр талд. Тэдний нэг нь голын усан дээгүүр зогсож байсан маалинган хувцаст хүнд, “Эдгээр гайхамшигт зүйлсийн төгсгөл хүртэл хэр удах вэ?” гэж хэлэв. Тэгэхэд голын усан дээгүүр зогсож байсан маалинган хувцаст хүний баруун гар болон зүүн гараа тэнгэр өөд өргөн, мөнхөд амьдрагчаар тангараглахыг би сонсов. Тэрээр, “Нэг цаг, хоёр цаг, хагас цагийн дараа болно; мөн ариун ардын хүчийг тараан сарниулж гүйцэх үед энэ бүх зүйлс төгсөнө” гэв. Би сонссон боловч ойлгосонгүй. Тэгээд би, “Эзэнтэн минь, эдгээр зүйлсийн төгсгөл юу болох вэ?” гэж хэлэв. Тэрээр, “Яв, Даниел аа. Учир нь үгс эцсийн цаг хүртэл битүүлэгдэж, лацдан хадгалагдсан байна. Олон хүн ариусгагдаж, цайруулагдаж, шалгагдана; харин хорон муу хүмүүс хорон муугаа үйлдэх бөгөөд хорон муу хүмүүсийн хэн нь ч ойлгохгүй; харин мэргэн хүмүүс ойлгоно” гэв. Даниел 12:4–10.</w:t>
      </w:r>
    </w:p>
    <w:p>
      <w:pPr>
        <w:pStyle w:val="ArticleBody"/>
        <w:jc w:val="left"/>
      </w:pPr>
      <w:r>
        <w:rPr>
          <w:rFonts w:ascii="Times New Roman" w:hAnsi="Times New Roman" w:eastAsia="Times New Roman" w:cs="Times New Roman"/>
        </w:rPr>
        <w:t>Энэ хэсэг Даниелын ном эцсийн цаг хүртэл лацдан битүүмжлэгдсэнээр эхэлж, мөн Даниелын ном эцсийн цаг хүртэл лацдан битүүмжлэгдсэнээр төгсөнө. Даниелын үгсийн эхний ба сүүлчийн лацдалтын хооронд “мөнхөд амьдрагчийн” тангарагт гэрчлэл нь: “энэ нь нэг цаг, цагууд, хагас цагийн турш байх болно; мөн тэр ариун ардын хүчийг тараан сарниулахыг гүйцээх үед энэ бүх зүйл төгсөх болно” гэсэн байв.</w:t>
      </w:r>
    </w:p>
    <w:p>
      <w:pPr>
        <w:pStyle w:val="ArticleBody"/>
        <w:jc w:val="left"/>
      </w:pPr>
      <w:r>
        <w:rPr>
          <w:rFonts w:ascii="Times New Roman" w:hAnsi="Times New Roman" w:eastAsia="Times New Roman" w:cs="Times New Roman"/>
        </w:rPr>
        <w:t>Энэхүү тангараглан өгсөн гэрчлэлийг өгсөн Нэгэн бол усан дээгүүр байж, маалинган хувцсаар хувцаслагдсан Нэгэн байсан. Даниел Хиддекел мөрний нэг эрэг дээр нэг тэнгэрэлчийг, нөгөө эрэг дээр өөр нэг тэнгэрэлчийг харсан бөгөөд тэдгээр тэнгэрэлчийн нэг нь асуулт тавихад, усан дээрх Нэгэн түүнд хариулсан юм. Тэр асуулт нь: “Хэр удаан?” гэсэн байв. Энэ нь Даниелын наймдугаар бүлгийн арван гуравдугаар зүйлд тавигдсан асуултын эхний хоёр үгтэй адил юм.</w:t>
      </w:r>
    </w:p>
    <w:p>
      <w:pPr>
        <w:pStyle w:val="ArticleScripture"/>
        <w:jc w:val="left"/>
      </w:pPr>
      <w:r>
        <w:rPr>
          <w:rFonts w:ascii="Times New Roman" w:hAnsi="Times New Roman" w:eastAsia="Times New Roman" w:cs="Times New Roman"/>
        </w:rPr>
        <w:t>Тэгээд би нэгэн ариуны ярьж байхыг сонсов. Тэгтэл өөр нэгэн ариун, ярьж байсан тэрхүү ариунд хандан, Өдөр тутмын тахилын тухай, мөн сүйрлийн гэм нүглийн тухай үзэгдэл—ариун газрыг ч, цэргийг ч хөл дор гишгүүлэхээр өгөх нь—хэр удаан үргэлжлэх вэ? гэж хэлэв. Тэгэхэд тэр надад, Хоёр мянга гурван зуун хоног хүртэл; түүний дараа ариун газар цэвэршүүлэгдэх болно гэж хэлэв. Даниел 8:13, 14.</w:t>
      </w:r>
    </w:p>
    <w:p>
      <w:pPr>
        <w:pStyle w:val="ArticleBody"/>
        <w:jc w:val="left"/>
      </w:pPr>
      <w:r>
        <w:rPr>
          <w:rFonts w:ascii="Times New Roman" w:hAnsi="Times New Roman" w:eastAsia="Times New Roman" w:cs="Times New Roman"/>
        </w:rPr>
        <w:t>Хоёр ярианд адилхан эш үзүүллэгийн бүтэц илэрдэг бөгөөд ялгаа нь наймдугаар бүлэгт Даниел Хиддекел мөрний дэргэд бус, Улай мөрний дэргэд байдагт оршино. Наймдугаар бүлэгт нэгэн тэнгэрэлч (ариун нэгэн) “ярьж байсан тэрхүү тодорхой ариун нэгнээс: хэчнээн удаан бэ?” гэж асуусан. “Тэрхүү тодорхой ариун нэгэн” хэмээн орчуулсан еврей үг нь “Палмони” бөгөөд энэ нь Гайхамшигт Тоологч, эсвэл Нууцуудын Тоологч гэсэн утгатай. Наймдугаар бүлэгт Есүс (Гайхамшигт Тоологч) ярьж байсан бөгөөд өөр нэгэн ариун нэгэн Есүсээс (тэрхүү тодорхой ариун нэгнээс) “хэчнээн удаан бэ?” гэж асуусан.</w:t>
      </w:r>
    </w:p>
    <w:p>
      <w:pPr>
        <w:pStyle w:val="ArticleBody"/>
        <w:jc w:val="left"/>
      </w:pPr>
      <w:r>
        <w:rPr>
          <w:rFonts w:ascii="Times New Roman" w:hAnsi="Times New Roman" w:eastAsia="Times New Roman" w:cs="Times New Roman"/>
        </w:rPr>
        <w:t>Арван хоёрдугаар бүлэгт усан дээр зогсож буй Нэгнээс Хиддекел мөрний нэг эрэг дээр байсан тэнгэрэлч “хэдий хүртэл вэ?” хэмээн асуудаг. Эдгээр хоёр эшлэлийг мөрийн дээр мөр, хамтад нь авч үзэх ёстой. Наймдугаар бүлгийн эхний асуулт нь: “эхлээд харь шашинтнаар, дараа нь папын ёсоор хэрэгждэг ариун сүм болон цэргийн гишгэлтэд хамаарах үзэгдэл хэдий хүртэл үргэлжлэх вэ?” гэсэн байна. Арван хоёрдугаар бүлгийн асуулт нь: “эдгээр гайхамшгуудын төгсгөл хүртэл хэдий хугацаа байх вэ?” гэсэн юм. Дараа нь маалинган хувцас өмсөж, усан дээр зогсож байсан Гайхамшигт Тоологч Палмони тангараглан хариулж: “цаг, цагууд, хагас цаг хүртэл байна; мөн тэрээр ариун ардын хүчийг тараан сарниулах ажлаа гүйцээх үед энэ бүх юмс төгсөнө” хэмээв.</w:t>
      </w:r>
    </w:p>
    <w:p>
      <w:pPr>
        <w:pStyle w:val="ArticleBody"/>
        <w:jc w:val="left"/>
      </w:pPr>
      <w:r>
        <w:rPr>
          <w:rFonts w:ascii="Times New Roman" w:hAnsi="Times New Roman" w:eastAsia="Times New Roman" w:cs="Times New Roman"/>
        </w:rPr>
        <w:t>Улай болон Хиддекел мөрнүүдийн асуулт нь: “Бурханы ард түмнийг тараан бутраах үзэгдэл—өөрөөр хэлбэл, харийн шүтлэг, дараа нь папын засаглал ариун газрыг болон цэргийг дэвслэн гишгэх замаар гүйцэлдүүлдэг тэр үзэгдэл—хэдий хүртэл үргэлжлэх вэ?” гэсэн утгатай. Хариулт нь, тэрхүү дэвслэн гишгэх явдал 1798 онд төгсөнө; тэр үед Палмони Миллерит сүмийг босгон байгуулах ажлаа эхлүүлдэг бөгөөд дараа нь дөчин зургаан жилийн дараа, ариун газар цэвэрлэгдэх ёстой байсан 1844 онд төгсөнө.</w:t>
      </w:r>
    </w:p>
    <w:p>
      <w:pPr>
        <w:pStyle w:val="ArticleBody"/>
        <w:jc w:val="left"/>
      </w:pPr>
      <w:r>
        <w:rPr>
          <w:rFonts w:ascii="Times New Roman" w:hAnsi="Times New Roman" w:eastAsia="Times New Roman" w:cs="Times New Roman"/>
        </w:rPr>
        <w:t>Арван хоёрдугаар бүлэгт Даниел яриаг сонссон боловч “би ойлгосонгүй.” Даниел Христээс асуусан нь түүний ойлгохыг хүссэн хүслийг илэрхийлсэн юм. “Эзэн минь, эдгээрийн төгсгөл юу болох вэ?” Түүний ойлгохыг хүссэн энэхүү илэрхийлэл нь ухаалаг онгон охидын ойлгох хүслийг төлөөлсөн бөгөөд учир нь бүхэл яриа нь Даниелын ном эцсийн цаг хүртэл лацлагдан байх тухай хоёр эшлэлийн хооронд байрлуулсан байв. Даниел 1798 онд лац нь тайлагдсан үнэнийг ойлгохоор Уильям Миллерт өгөгдсөн хүслийг төлөөлсөн бөгөөд түүний танин мэдэхэд хөтлөгдсөн анхны үнэн нь ариун газар болон цэргийн хөлд талхлагдсан явдал байсан бөгөөд энэ нь эхлээд харь шашинтнаар, дараа нь папын засаглалаар, Левит хорин зургаадугаар бүлгийн “долоон үе”-ийн биелэл болгон ариун хүмүүсийн хүч тараагдан бутарсан тэр хугацаанд үйлдэгдсэн юм.</w:t>
      </w:r>
    </w:p>
    <w:p>
      <w:pPr>
        <w:pStyle w:val="ArticleBody"/>
        <w:jc w:val="left"/>
      </w:pPr>
      <w:r>
        <w:rPr>
          <w:rFonts w:ascii="Times New Roman" w:hAnsi="Times New Roman" w:eastAsia="Times New Roman" w:cs="Times New Roman"/>
        </w:rPr>
        <w:t>Үнэнийг мэдэх гэсэн Миллерийн хүсэл нь Даниелын хүслээр төлөөлөгдөнө, харин Миллерийн ойлголт бүрэн бус байв. Даниел нь Миллерийн хүслийг төлөөлдөг бөгөөд Белтешаззар нь тухайн зүйл ба үзэгдлийн талаар бүрэн ойлголттой хүмүүсийг төлөөлдөг. Даниелын арван хоёрдугаар бүлэгт Миллерчүүдийн туршлагын нэг хэсэг байсан дор хаяж таван чухал үнэн байдаг бөгөөд тэдгээр нь нэг зуун дөчин дөрвөн мянгын түүхэнд түүнтэй зэрэгцэх адилтгалтайгаар илрэх болно. Тэдгээрийн нэг нь, тэд арван охины сургаалт зүйрлэлийг, түүний сорилтын гурван үе шаттай үйл явцын хамт, биелүүлж байгаагаа биелүүлэн мөн ойлгосон явдал; нөгөө нь, тэд Левитийн хорин зургаадугаар бүлгийн “долоон цаг”-ийн суурийн чулууг ойлгодог явдал юм.</w:t>
      </w:r>
    </w:p>
    <w:p>
      <w:pPr>
        <w:pStyle w:val="ArticleBody"/>
        <w:jc w:val="left"/>
      </w:pPr>
      <w:r>
        <w:rPr>
          <w:rFonts w:ascii="Times New Roman" w:hAnsi="Times New Roman" w:eastAsia="Times New Roman" w:cs="Times New Roman"/>
        </w:rPr>
        <w:t>Бид энэ судалгааг дараагийн өгүүлэлдээ үргэлжлүүлнэ.</w:t>
      </w:r>
    </w:p>
    <w:p>
      <w:pPr>
        <w:pStyle w:val="ArticleScripture"/>
        <w:jc w:val="left"/>
      </w:pPr>
      <w:r>
        <w:rPr>
          <w:rFonts w:ascii="Times New Roman" w:hAnsi="Times New Roman" w:eastAsia="Times New Roman" w:cs="Times New Roman"/>
        </w:rPr>
        <w:t>“‘Тэр цагт тэнгэрийн хаанчлалыг дэнлүүгээ авч, хүргэнтэй уулзахаар гарсан арван онгон бүсгүйтэй зүйрлэнэ. Тэдний тав нь мэргэн, тав нь мунхаг байв. Мунхагууд дэнлүүгээ авсан авч, өөрсөдтэйгөө тос авсангүй; харин мэргэнүүд дэнлүүтэйгээ хамт савнуудаа тосоор дүүргэн авчээ. Хүргэн саатсанд тэд бүгд нойрмоглон унтав. Харин шөнө дунд хашхирах дуу гарч, Харагтун, хүргэн ирж байна; түүнтэй уулзахаар гарцгаа гэв. Тэгэхэд тэр бүх онгон бүсгүй босож, дэнлүүнүүдээ засав. Мунхагууд мэргэнүүдэд, Тосноосоо бидэнд өгөөч; учир нь манай дэнлүү унтарч байна, гэв. Гэвч мэргэнүүд, Бидэнд ч, та нарт ч хүрэлцэхгүй байж магадгүй; харин борлуулагчид дээр очиж, өөрсдөдөө худалдаж авцгаа, хэмээн хариулав. Тэднийг худалдаж авахаар явсан хойгуур хүргэн ирж, бэлэн байсан нь түүнтэй хамт хуримд орж, хаалга хаагдав. Үүний дараа бусад онгон бүсгүйчүүд ч мөн ирж, Эзэн, Эзэн, бидэнд нээгээч, гэв. Харин тэр, Үнэнээр Би та нарт хэлье, Би та нарыг танихгүй, хэмээн хариулав. Иймд сэрэмжтэй бай; учир нь Хүний Хүүгийн ирэх өдөр ч, цаг ч та нарын мэдэхгүй.’”</w:t>
      </w:r>
    </w:p>
    <w:p>
      <w:pPr>
        <w:pStyle w:val="ArticleScripture"/>
        <w:jc w:val="left"/>
      </w:pPr>
      <w:r>
        <w:rPr>
          <w:rFonts w:ascii="Times New Roman" w:hAnsi="Times New Roman" w:eastAsia="Times New Roman" w:cs="Times New Roman"/>
        </w:rPr>
        <w:t>“Бид эдүгээ нэн аюултай цаг үед амьдарч байна. Христийн ирэлтэд бэлтгэгдэхийг эрж хайхдаа бидний хэн нь ч хойрго байж болохгүй. Мунхаг охидын жишээг хэн ч бүү дагаг. Тэр цагт тогтож үлдэхэд шаардлагатай зан чанарын бэлтгэлийг хямрал ирэхээс өмнө биш, харин хямрал ирсний дараа олж авч болно гэж хэн ч бүү бодог. Зочдыг дуудан оруулж, шалган үзэх үед Христийн зөвт байдлыг эрж хайхад хэтэрхий оройтсон байх болно. Одоо бол Христийн зөвт байдлыг өмсөх цаг мөн,—энэ нь Хурганы гэрлэлтийн зоогт ороход чамайг зохистой болгох хуримын хувцас юм. Сургаалт зүйрлэлд мунхаг охид тос гуйж, харин хүссэнээрээ түүнийг авч чадалгүй үлдсэнээр дүрслэгддэг. Энэ нь хямралын үед тогтож үлдэх зан чанарыг хөгжүүлэн өөрсдийгөө бэлтгээгүй хүмүүсийг бэлгэддэг. Энэ нь тэд хөршүүддээ очоод: Надад өөрсдийнхөө зан чанарыг өгөөч, эс бөгөөс би мөхөх нь, гэж хэлэхтэй адил юм. Ухаалаг нь мунхаг охидын анивчих дэнлүүнд өөрсдийн тосыг дамжуулж өгч чадахгүй байв. Зан чанар бол шилжүүлэн өгч болдог зүйл биш. Үүнийг худалдаж ч болохгүй, зарж ч болохгүй; харин эзэмшин олж авах ёстой. Эзэн туршилтын хугацааны цаг мөчүүдийн туршид зөвт зан чанарыг олж авах боломжийг хувь хүн бүрд өгсөн. Гэвч Тэрээр нэг хүний төлөөлөгч нөгөөдөө өөрийн туулсан хатуу бэрх туршлагаар, агуу Багшаас сургамж авч, сорилтын дор тэвчээрийг илэрхийлж, боломжгүй мэт санагдах уулсыг зайлуулахуйц итгэлийг хэрэгжүүлж байж хөгжүүлсэн тэр зан чанарыг дамжуулан өгөх ямар ч замыг тогтоогоогүй. Хайрын анхилуун үнэрийг дамжуулан өгөх,—өөр нэгэнд дөлгөөн байдал, эв дүй, тэвчээртэй тууштай байдлыг өгөх нь боломжгүй. Нэг хүний зүрх нөгөөгийнхөө зүрхэнд Бурхан болон хүн төрөлхтний төлөөх хайрыг юүлэн оруулах нь боломжгүй.”</w:t>
      </w:r>
    </w:p>
    <w:p>
      <w:pPr>
        <w:pStyle w:val="ArticleScripture"/>
        <w:jc w:val="left"/>
      </w:pPr>
      <w:r>
        <w:rPr>
          <w:rFonts w:ascii="Times New Roman" w:hAnsi="Times New Roman" w:eastAsia="Times New Roman" w:cs="Times New Roman"/>
        </w:rPr>
        <w:t>“Гэвч өдөр ирж байна, тэр нь бидэнд тун ойртсон бөгөөд, тэр үед зан чанарын бүхий л тал онцгой сорилтоор илчлэгдэх болно. Зарчимд үнэнчээр үлдэж, эцсээ хүртэл итгэл үйлдэгчид бол шалгалт ба сорилтын өмнөх хугацаануудад, өөрсдийн сорилтын хугацаанд, туршилт дор үнэнч байснаа батлан харуулж, Христийн дүр төрхийн адил зан чанарыг бүрэлдүүлсэн хүмүүс байх болно. Түүнчлэн Христтэй ойр дотно танил байдлыг төлөвшүүлсэн хүмүүс, Түүний мэргэн ухаан ба нигүүлслээр дамжин, бурханлаг мөн чанарын оролцогчид болсон хүмүүс байх болно. Харин нэг ч хүн нөгөөдөө зүрхний чин үнэнч байдал болон оюун санааны эрхэм чанаруудыг өгч, түүний дутагдлыг ёс суртахууны хүчээр нөхөж чаддаггүй. Бид хүн бүрт Христтэй адил үлгэр жишээ үзүүлснээр, тэднийг шүүлтэд бат зогсож чадахгүй байх тэр зөвт байдлыг авахын тулд Христ рүү очиход нь нөлөөлөх замаар, бие биенийхээ төлөө ихийг хийж чадна. Хүмүүс зан чанарыг бүтээн байгуулах энэ чухал асуудлыг залбиралтайгаар тунгаан бодож, өөрсдийн зан чанарыг тэнгэрлэг загварын дагуу бүрэлдүүлэх ёстой.”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Тавин Тавдугаар Хэсэг</dc:title>
  <dc:subject>Даниелын Сүүлчийн Үзэгдлийг Нээх нь: Ухаалаг Охидын Зэрэгцээ Аялал</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