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Тавин Долоо</w:t>
      </w:r>
    </w:p>
    <w:p>
      <w:pPr>
        <w:pStyle w:val="ArticleSubtitle"/>
        <w:jc w:val="left"/>
      </w:pPr>
      <w:r>
        <w:rPr>
          <w:rFonts w:ascii="Arial" w:hAnsi="Arial" w:eastAsia="Arial" w:cs="Arial"/>
        </w:rPr>
        <w:t>Даниелын ном дахь Кирийн эш үзүүллэгийн бэлгэдлийг тайлан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Body"/>
        <w:jc w:val="left"/>
      </w:pPr>
      <w:r>
        <w:rPr>
          <w:rFonts w:ascii="Times New Roman" w:hAnsi="Times New Roman" w:eastAsia="Times New Roman" w:cs="Times New Roman"/>
        </w:rPr>
        <w:t>Аравдугаар бүлгийн нэгдүгээр зүйлд Кирусын гуравдугаар жил байсан гэж бидэнд мэдүүлдэг; харин нэгдүгээр бүлэгт Даниел зөвхөн Кирусын нэгдүгээр он хүртэл амьдарсан, өөрөөр хэлбэл оршин байсан гэж бидэнд мэдүүлдэг.</w:t>
      </w:r>
    </w:p>
    <w:p>
      <w:pPr>
        <w:pStyle w:val="ArticleScripture"/>
        <w:jc w:val="left"/>
      </w:pPr>
      <w:r>
        <w:rPr>
          <w:rFonts w:ascii="Times New Roman" w:hAnsi="Times New Roman" w:eastAsia="Times New Roman" w:cs="Times New Roman"/>
        </w:rPr>
        <w:t>Даниел Кирус хааны анхны он хүртэл хэвээр байв. Даниел 1:21.</w:t>
      </w:r>
    </w:p>
    <w:p>
      <w:pPr>
        <w:pStyle w:val="ArticleBody"/>
        <w:jc w:val="left"/>
      </w:pPr>
      <w:r>
        <w:rPr>
          <w:rFonts w:ascii="Times New Roman" w:hAnsi="Times New Roman" w:eastAsia="Times New Roman" w:cs="Times New Roman"/>
        </w:rPr>
        <w:t>Кир Мидийн Дариустай үндсэндээ хоёр жилийн турш хамтран хаанчилсан тул энэ нь түүний гурав дахь жил байсан боловч мөн түүний анхны жил ч байв.</w:t>
      </w:r>
    </w:p>
    <w:p>
      <w:pPr>
        <w:pStyle w:val="ArticleScripture"/>
        <w:jc w:val="left"/>
      </w:pPr>
      <w:r>
        <w:rPr>
          <w:rFonts w:ascii="Times New Roman" w:hAnsi="Times New Roman" w:eastAsia="Times New Roman" w:cs="Times New Roman"/>
        </w:rPr>
        <w:t>Персийн хаан Кирусын хаанчлалын гурав дахь жилд Белтешазар хэмээн нэрлэгддэг Даниелд нэгэн зүйл илчлэгдэв; тэрхүү зүйл үнэн байсан боловч тогтоогдсон хугацаа нь урт байв. Тэр уг зүйлийг ойлгож, үзэгдлийг ухан мэдэв. Даниел 10:1.</w:t>
      </w:r>
    </w:p>
    <w:p>
      <w:pPr>
        <w:pStyle w:val="ArticleBody"/>
        <w:jc w:val="left"/>
      </w:pPr>
      <w:r>
        <w:rPr>
          <w:rFonts w:ascii="Times New Roman" w:hAnsi="Times New Roman" w:eastAsia="Times New Roman" w:cs="Times New Roman"/>
        </w:rPr>
        <w:t>Зөгнөлийн үүднээс Кир Даниелын эхний болон сүүлчийн үзэгдлүүдэд танилцуулагддаг. Даниелын нэгдүгээр бүлэг нь, өмнөх өгүүллүүдэд аль хэдийн тайлбарласанчлан, Илчлэл номын арван дөрөвдүгээр бүлгийн анхны тэнгэрэлчийг төлөөлдөг. Анхны тэнгэрэлч зөгнөлд тодорхойлогдох үед тэрээр Илчлэл 14-ийн гурван тэнгэрэлчийн бүгдийнх нь зөгнөлийн шинжүүдийг агуулж байдаг. Анхны тэнгэрэлчээр дүрслэгдсэн мөнхийн сайн мэдээний гурван алхам нь: “Бурханаас эмээгтүн”, “Түүнд алдрыг өргөгтүн”, учир нь “Түүний шүүлтийн цаг иржээ” юм.</w:t>
      </w:r>
    </w:p>
    <w:p>
      <w:pPr>
        <w:pStyle w:val="ArticleBody"/>
        <w:jc w:val="left"/>
      </w:pPr>
      <w:r>
        <w:rPr>
          <w:rFonts w:ascii="Times New Roman" w:hAnsi="Times New Roman" w:eastAsia="Times New Roman" w:cs="Times New Roman"/>
        </w:rPr>
        <w:t>Даниел болон түүний гурван нөхөр “Бурханаас эмээсэн” учраас Вавилоны хоол хүнсийг няцаан, цагаан хоолтон хэвээр үлдэхийг сонгосон. Үүний дараа болсон нүдэнд үзэгдэх шалгалтад, Даниел болон түүний гурван нөхөр эрүүл төрх байдлаараа Вавилоны хоол идсэн хүмүүсээс ялгаран, “Бурханыг алдаршуулсан.” Гурван жилийн дараа Небухаднезар тэднийг шалган, Вавилоны бүх мэргэдээс арван дахин илүү ухаантай болохыг тогтоосон үед “шүүлтийн цаг” ирсэн юм.</w:t>
      </w:r>
    </w:p>
    <w:p>
      <w:pPr>
        <w:pStyle w:val="ArticleBody"/>
        <w:jc w:val="left"/>
      </w:pPr>
      <w:r>
        <w:rPr>
          <w:rFonts w:ascii="Times New Roman" w:hAnsi="Times New Roman" w:eastAsia="Times New Roman" w:cs="Times New Roman"/>
        </w:rPr>
        <w:t>Мөнхийн сайн мэдээний гурван алхам нь Даниелын эцсийн бүлэгт ч мөн, эцсийн цагт лац нь тайлагдах гэрэлд хариуцлага хүлээдэг хүмүүсийг мэдлэгийн өсөлт хэрхэн ариусгаж, цайруулж, сорьдог үйл явц байдлаар дүрслэгдсэн байдаг. Даниелын эхний бүлэгт, эцсийн бүлэгтэй адил, гурван тэнгэрэлчийг бүхэлд нь багтаасан эхний тэнгэрэлчийн гурван алхам тодорхойлогдсон байдаг. Нэгдүгээр бүлэг нь эхний тэнгэрэлчийн мөнхийн сайн мэдээ тул Даниелын хоёрдугаар бүлэг нь Илчлэл арван дөрөв дэх бүлгийн хоёр дахь тэнгэрэлчийг төлөөлдөг бөгөөд тэнд араатны хөрөг эсвэл Христийн хөргийн шалгалт дүрслэгдсэн байдаг; энэ нь нэгдүгээр бүлгийн гурван алхмын хоёр дахь сорилд байсанчлан мөн адил юм.</w:t>
      </w:r>
    </w:p>
    <w:p>
      <w:pPr>
        <w:pStyle w:val="ArticleBody"/>
        <w:jc w:val="left"/>
      </w:pPr>
      <w:r>
        <w:rPr>
          <w:rFonts w:ascii="Times New Roman" w:hAnsi="Times New Roman" w:eastAsia="Times New Roman" w:cs="Times New Roman"/>
        </w:rPr>
        <w:t>Даниелын номын нэг, хоёрдугаар бүлгүүд Илчлэлт арван дөрвийн эхний болон хоёр дахь тэнгэрэлчийг төлөөлдөг тул, гуравдугаар бүлэг болон Дурагийн тал дахь шалгалт нь араатны тэмдгийг бүү хүлээн ав гэсэн сэрэмжлүүлэг бүхий гурав дахь тэнгэрэлчийн мэдээг төлөөлдөг. Даниелын номын нэг дүгээр бүлэгт Кирийн эхний жилийг дурдсан байдаг бөгөөд Даниелын сүүлчийн үзэгдэл болох аравдугаар бүлэгт Кирийг түүний гурав дахь жилээр дүрсэлсэн байдаг. Гэвч Даниел зөвхөн Кирийн эхний жил хүртэл үргэлжилсэн тул тэрхүү гурав дахь жил нь түүний эхний жил мөн болохыг бид мэднэ.</w:t>
      </w:r>
    </w:p>
    <w:p>
      <w:pPr>
        <w:pStyle w:val="ArticleBody"/>
        <w:jc w:val="left"/>
      </w:pPr>
      <w:r>
        <w:rPr>
          <w:rFonts w:ascii="Times New Roman" w:hAnsi="Times New Roman" w:eastAsia="Times New Roman" w:cs="Times New Roman"/>
        </w:rPr>
        <w:t>Тиймээс Кир бол гурван жилийг багтаасан нэгэн эхний жилийн бэлгэдэл мөн. Тэрээр эхний тэнгэрэлчийн мэдээний бэлгэдэл мөн. Кирийн эхний жил нь Даниелын анхны үзэгдлийн сүүлчийн эшлэлд дурдагдаж, дараа нь Даниелын сүүлчийн үзэгдлийн эхний эшлэлд дахин гарч ирдэг. Кирийн зөгнөлийн бэлгэдлийг танин мэдэх нь чухал бөгөөд бид юуны өмнө тэрээр эхний тэнгэрэлчийн мэдээг төлөөлдгийг тогтоож байна. Үүнийг зөгнөлийн үүднээс, Даниел түүний гурав дахь жилийг эхнийх нь хэмээн тэмдэглэснээр тодорхойлж болох боловч, үүнээс ч илүү чухлаар, түүнийг тунхагласан анхны зарлигаар нь тодорхойлдог.</w:t>
      </w:r>
    </w:p>
    <w:p>
      <w:pPr>
        <w:pStyle w:val="ArticleBody"/>
        <w:jc w:val="left"/>
      </w:pPr>
      <w:r>
        <w:rPr>
          <w:rFonts w:ascii="Times New Roman" w:hAnsi="Times New Roman" w:eastAsia="Times New Roman" w:cs="Times New Roman"/>
        </w:rPr>
        <w:t>Аравдугаар бүлэгт Габриел Персийн хаадтай тэмцэж байсан нь Кирийг түүнийг эцэст нь дагаж, иудейчүүдэд Иерусалим болон сүмийг дахин барихаар буцаж очих боломж олгох гурван зарлигийн эхнийхийг тунхаглах хэмжээнд хүргэхтэй холбоотой байв. Гурав дахь зарлиг нь хоёр мянга гурван зуун жилийн эш үзүүллэгийн эхлэлийг тэмдэглэх бөгөөд энэ нь 1844 оны 10 дугаар сарын 22-нд гурав дахь тэнгэрэлч ирэхэд төгссөн юм. Гурав дахь зарлиг нь гурав дахь тэнгэрэлчийг төлөөлж байсан тул Кирийн анхны зарлиг нь 1798 онд анхны тэнгэрэлчийн ирэлтийг төлөөлж байв. Кир анхны тэнгэрэлчийг төлөөлдөг бөгөөд энэ шалтгааны улмаас Даниелын номд түүний эхний жил гурван жилийг төлөөлсөн юм.</w:t>
      </w:r>
    </w:p>
    <w:p>
      <w:pPr>
        <w:pStyle w:val="ArticleBody"/>
        <w:jc w:val="left"/>
      </w:pPr>
      <w:r>
        <w:rPr>
          <w:rFonts w:ascii="Times New Roman" w:hAnsi="Times New Roman" w:eastAsia="Times New Roman" w:cs="Times New Roman"/>
        </w:rPr>
        <w:t>Иймээс Кир нь “эцсийн цаг”-ийг төлөөлдөг. Учир нь анхны тэнгэрэлч (Кир) 1798 онд ирэх үед л “эцсийн цаг” ирж, Даниелын номын лац тайлагдсан юм. Кир хэмээх нэрийг Хуучин Персийн “Kūruš” гэх үгнээс, “нар” гэсэн утгатай, мөн Эламын “kursh” гэх “хаан ширээ” гэсэн утгатай үгтэй нийлсэн гэж үздэг бөгөөд энэ нь хааны эрх мэдэл буюу хаанчлалтай холбоог илтгэнэ. Исаиа ч мөн Кирийн эдгээр шинжүүдийг өгүүлдэг.</w:t>
      </w:r>
    </w:p>
    <w:p>
      <w:pPr>
        <w:pStyle w:val="ArticleScripture"/>
        <w:jc w:val="left"/>
      </w:pPr>
      <w:r>
        <w:rPr>
          <w:rFonts w:ascii="Times New Roman" w:hAnsi="Times New Roman" w:eastAsia="Times New Roman" w:cs="Times New Roman"/>
        </w:rPr>
        <w:t>Кирийн тухайд Тэр ийн айлдаж байна: Тэр бол Миний хоньчин бөгөөд Миний бүх тааллыг гүйцэлдүүлнэ; тэрээр Иерусалимд, «Чи дахин баригдах болно» гэж, сүмд, «Чиний суурь тавигдана» гэж айлдана. ЭЗЭН Өөрийн тослогдогсонд, Кирт, баруун гараас нь Миний барьж авсан түүнд ийн айлдаж байна: Би түүний өмнө үндэстнүүдийг номхруулж, хаадын бүсийг суллана; түүний өмнө хоёр хавтаст хаалгуудыг нээж, хаалгуудыг үл хаагдахаар болгоно. Би чиний өмнө явж, тахир муруй газруудыг тэгшилнэ; Би хүрэл хаалгуудыг хэсэг хэсгээр нь хэмхэлж, төмөр түгжээнүүдийг тас цавчина. Мөн Би чамд харанхуйн эрдэнэсүүд болон нууц газруудын далд баялгийг өгнө; ингэснээр чамайг нэрээр чинь дууддаг Би, ЭЗЭН, Израилийн Бурхан мөн гэдгийг чи мэдэх болно. Миний зарц Иаковын төлөө, Миний сонгогдсон Израилийн төлөө Би чамайг нэрээр чинь дуудсан; чи Намайг мэдээгүй атал ч Би чамд нэр өгсөн. Би бол ЭЗЭН, өөр хэн ч үгүй; Надаас өөр Бурхан үгүй. Чи Намайг мэдээгүй атал Би чамайг хүчирхэгжүүлсэн. Ингэснээр нар мандахаас өрнө зүг хүртэл Миний хажууд өөр хэн ч үгүй гэдгийг тэд мэдэх болно. Би бол ЭЗЭН, өөр хэн ч үгүй. Исаиа 44:28–45:6.</w:t>
      </w:r>
    </w:p>
    <w:p>
      <w:pPr>
        <w:pStyle w:val="ArticleBody"/>
        <w:jc w:val="left"/>
      </w:pPr>
      <w:r>
        <w:rPr>
          <w:rFonts w:ascii="Times New Roman" w:hAnsi="Times New Roman" w:eastAsia="Times New Roman" w:cs="Times New Roman"/>
        </w:rPr>
        <w:t>Кир Христийг бэлгэдэн дүрсэлсэн, учир нь тэрээр Эзэний “тослогдсон нэгэн” бөгөөд Иерусалимыг босгон байгуулж, сүмийн суурийг тавьдаг Бурханы “хоньчин” хэмээн нэрлэгдсэн билээ. Тэр бол хаалттай хаалгуудыг нээхтэй холбоотой нэгэн мөн; яг л Христ хүн нээвэл хэн ч хааж үл чадна, Тэр хаавал хэн ч нээж үл чадна. Мөн Кирт “харанхуйн эрдэнэс, нууц газруудын далд баялаг” өгөгдсөн байдаг. Кир шинэчлэлийн хөдөлгөөнүүдийн шугам дээрх хэд хэдэн замын тэмдгийг биелүүлдэг.</w:t>
      </w:r>
    </w:p>
    <w:p>
      <w:pPr>
        <w:pStyle w:val="ArticleBody"/>
        <w:jc w:val="left"/>
      </w:pPr>
      <w:r>
        <w:rPr>
          <w:rFonts w:ascii="Times New Roman" w:hAnsi="Times New Roman" w:eastAsia="Times New Roman" w:cs="Times New Roman"/>
        </w:rPr>
        <w:t>Тэрээр төгсгөлийн цагийг тэмдэглэдэг бөгөөд тэр үед эхний тэнгэрэлч ирж, Даниелын номын лац тайлагдан, улмаар “харанхуйн эрдэнэс, нууц газруудын далд баялаг”-аас ирдэг мэдлэгийн өсөлт бий болдог. Тэдгээр “харанхуйн эрдэнэс, нууц газруудын далд баялаг” нь “баригддаг” “суурь”-ийг, мөн “тавигдах” “сүм”-ийг бүрдүүлдэг. Кирээр бэлгэдэгдсэн Христ бол Эзэний “тослогдсон” Нэгэн мөн. Учир нь Христ Өөрийн баптисм хүртэх үед тослогдсон билээ. Иймд Кир нь зөвхөн эхний тэнгэрэлчийн ирэлт төдий биш, харин мөн Христ тослогдох үед Ариун Сүнс буун ирсний адил, эхний тэнгэрэлчийг бууж ирэхэд нь хүчирхэгжүүлдэг хоёр дахь тэнгэрэлч мөн юм. 1844 оны 10 дугаар сарын 22-нд Христ, хаалттай байсан хаалга буюу Ариунаас Ариун газарт орох “дааман хаалга”-ыг нээсэн. Кир мөн гурав дахь тэнгэрэлчийн ирэлтийг тэмдэглэдэг.</w:t>
      </w:r>
    </w:p>
    <w:p>
      <w:pPr>
        <w:pStyle w:val="ArticleBody"/>
        <w:jc w:val="left"/>
      </w:pPr>
      <w:r>
        <w:rPr>
          <w:rFonts w:ascii="Times New Roman" w:hAnsi="Times New Roman" w:eastAsia="Times New Roman" w:cs="Times New Roman"/>
        </w:rPr>
        <w:t>Кир бол анхны тэнгэрэлч мөн бөгөөд анхны тэнгэрэлч нь гурван тэнгэрэлчийн бүгдийнх нь бүх бүрэлдэхүүнийг өөртөө агуулдаг. Кир бол 1798 оны төгсгөлийн цаг бөгөөд тэр үед анхны тэнгэрэлч ирсэн. Кир нь 1840 оны 8-р сарын 11-нийг төлөөлдөг бөгөөд тэр үед анхны тэнгэрэлчийн мэдээ хүчирхэгжүүлэгдсэн (тослогдсон) юм. Тэрээр 1842 оны 5-р сард 1843 оны хүснэгтийг бүтээснээр дүрслэгдсэн, суурийг тавих ажлыг төлөөлдөг. Тэрээр 1844 оны 4-р сарын 19-ний анхны урам хугарал дээр хоёр бүлэг салгагдсанаар сүмийг босгох ажлыг төлөөлдөг бөгөөд 1844 оны 10-р сарын 22-ны их урам хугарал дээрх хоёр дахь салгалтыг ч мөн төлөөлдөг.</w:t>
      </w:r>
    </w:p>
    <w:p>
      <w:pPr>
        <w:pStyle w:val="ArticleBody"/>
        <w:jc w:val="left"/>
      </w:pPr>
      <w:r>
        <w:rPr>
          <w:rFonts w:ascii="Times New Roman" w:hAnsi="Times New Roman" w:eastAsia="Times New Roman" w:cs="Times New Roman"/>
        </w:rPr>
        <w:t>Миллерчүүдийн шинэчлэлийн хөдөлгөөний бүх замын тэмдгүүдийг Кир төлөөлөн дүрсэлсэн бөгөөд иймээс тэдгээр замын тэмдгүүд нь нэг зуун дөчин дөрвөн мянгын хөдөлгөөний замын тэмдгүүдийг мөн төлөөлөн дүрсэлж байна. Миллерчүүдийн хөдөлгөөний өмнө Христийн Миллерчүүдийн түүхээс өмнө тохионо хэмээн заан тодорхойлсон тэмдгүүд урьдаас болсон юм.</w:t>
      </w:r>
    </w:p>
    <w:p>
      <w:pPr>
        <w:pStyle w:val="ArticleScripture"/>
        <w:jc w:val="left"/>
      </w:pPr>
      <w:r>
        <w:rPr>
          <w:rFonts w:ascii="Times New Roman" w:hAnsi="Times New Roman" w:eastAsia="Times New Roman" w:cs="Times New Roman"/>
        </w:rPr>
        <w:t>“Зөгнөл нь Христийн ирэлтийн хэлбэр, зорилгыг урьдчилан хэлээд зогсохгүй, түүний ойртсоныг хүмүүс хэрхэн мэдэх ёстойг илтгэх тэмдгүүдийг ч үзүүлдэг. Есүс ийнхүү айлдсан: ‘Нар, саран, одод дээр тэмдгүүд гарна.’ Лук 21:25. ‘Нар харанхуй болж, сар гэрлээ өгөхгүй, тэнгэрийн одод унаж, тэнгэр дэх хүчнүүд хөдөлгөн донслуулагдана. Тэгээд тэд Хүний Хүүг агуу хүч ба алдартайгаар үүлэн дунд ирж буйг харна.’ Марк 13:24–26. Илчлэгч хоёр дахь ирэлтийн өмнө тохиох ёстой эдгээр тэмдгүүдийн эхнийхийг ийнхүү дүрсэлжээ: ‘Асар их газар хөдлөлт болов; нар үсэн таар мэт хар болж, сар бүхлээрээ цус мэт болов.’ Илчлэлт 6:12.”</w:t>
      </w:r>
    </w:p>
    <w:p>
      <w:pPr>
        <w:pStyle w:val="ArticleScripture"/>
        <w:jc w:val="left"/>
      </w:pPr>
      <w:r>
        <w:rPr>
          <w:rFonts w:ascii="Times New Roman" w:hAnsi="Times New Roman" w:eastAsia="Times New Roman" w:cs="Times New Roman"/>
        </w:rPr>
        <w:t>“Эдгээр тэмдгүүдийг арван есдүгээр зуун нээгдэхээс өмнө үзсэн юм. Энэхүү эш үзүүллэгийн биелэл болгон 1755 онд, урьд өмнө тэмдэглэгдэж байсан бүхнээс хамгийн аймшигт газар хөдлөлт болсон билээ.” The Great Controversy, 304.</w:t>
      </w:r>
    </w:p>
    <w:p>
      <w:pPr>
        <w:pStyle w:val="ArticleBody"/>
        <w:jc w:val="left"/>
      </w:pPr>
      <w:r>
        <w:rPr>
          <w:rFonts w:ascii="Times New Roman" w:hAnsi="Times New Roman" w:eastAsia="Times New Roman" w:cs="Times New Roman"/>
        </w:rPr>
        <w:t>Хоёр дахь Ирэлтийг зарласан тэмдгүүд 1798 оноос багахан өмнө, 1755 онд эхэлсэн. 1798 он нь сүнслэг Израилийн сүнслэг Вавилонд байсан олзлогдлын төгсгөл байсан бөгөөд Систер Уайт энэ үйл явдлыг жинхэнэ Израиль жинхэнэ Вавилонд жинхэнээр олзлогдсон явдлаар бэлгэдэгдсэн гэж заадаг; тэрхүү олзлогдол нь олзлогдлын далан жилийн эцэст Кирус нээлттэй хаалгаар орж Вавилоныг эзлэн, Белшазарыг хороосноор төгссөн юм.</w:t>
      </w:r>
    </w:p>
    <w:p>
      <w:pPr>
        <w:pStyle w:val="ArticleScripture"/>
        <w:jc w:val="left"/>
      </w:pPr>
      <w:r>
        <w:rPr>
          <w:rFonts w:ascii="Times New Roman" w:hAnsi="Times New Roman" w:eastAsia="Times New Roman" w:cs="Times New Roman"/>
        </w:rPr>
        <w:t>“Өнөөдөр Бурханы сүм мөхөлд орсон хүн төрөлхтний авралын төлөөх тэнгэрлэг төлөвлөгөөг урагшлуулан бүрэн гүйцэлдүүлэхэд эрх чөлөөтэй байна. Олон зууны турш Бурханы ард түмэн эрх чөлөөндөө хязгаарлалт амссан билээ. Сайн мэдээг цэвэр байдлаар нь номлохыг хориглож, хүмүүсийн тушаалыг зөрчихөөр зориглосон хүмүүст хамгийн хатуу шийтгэл оноож байв. Үүний үр дүнд Эзэний агуу ёс суртахууны усан үзмийн талбай бараг бүхэлдээ эзгүй хоцорсон юм. Ард түмэн Бурханы үгийн гэрлээс хагацсан байлаа. Төөрөгдөл ба мухар сүсгийн харанхуй жинхэнэ шашны мэдлэгийг бүрмөсөн арчин үгүй хийхээр заналхийлж байв. Дэлхий дээрх Бурханы сүм энэхүү өршөөлгүй хавчлагын урт хугацаанд, цөллөгийн үед Вавилонд олзлогдон байсан Израилийн хөвгүүдийн адил, үнэхээр олзлогдсон байлаа.” Эш үзүүлэгчид ба хаад, 714.</w:t>
      </w:r>
    </w:p>
    <w:p>
      <w:pPr>
        <w:pStyle w:val="ArticleBody"/>
        <w:jc w:val="left"/>
      </w:pPr>
      <w:r>
        <w:rPr>
          <w:rFonts w:ascii="Times New Roman" w:hAnsi="Times New Roman" w:eastAsia="Times New Roman" w:cs="Times New Roman"/>
        </w:rPr>
        <w:t>Вавилонд өнгөрүүлсэн далан жилийн төгсгөл нь 1798 оныг бэлгэдэж байсан бөгөөд 1798 оноос өмнө Христийн эргэн ирэлт ойрхон болсныг тунхагласан шинж тэмдгүүд байсан.</w:t>
      </w:r>
    </w:p>
    <w:p>
      <w:pPr>
        <w:pStyle w:val="ArticleScripture"/>
        <w:jc w:val="left"/>
      </w:pPr>
      <w:r>
        <w:rPr>
          <w:rFonts w:ascii="Times New Roman" w:hAnsi="Times New Roman" w:eastAsia="Times New Roman" w:cs="Times New Roman"/>
        </w:rPr>
        <w:t>“Кирийн цэрэг Вавилоны хэрмийн өмнө хүрч ирсэн нь иудейчүүдийн хувьд тэдний олзлолоос чөлөөлөгдөх цаг айсуй буйгийн тэмдэг байв. Кир төрөхөөс нь зуу гаруй жилийн өмнө Бурханы онгод түүний нэрийг дурдаж, Вавилон хотыг сэргийлэлгүйгээр эзлэн авахдаа болон олзлогдогсдын хөвгүүдийг суллагдахад замыг нь бэлтгэхдээ түүний хийх бодит үйл хэргийн тухай тэмдэглүүлэн үлдээсэн байлаа.” Prophets and Kings, 551.</w:t>
      </w:r>
    </w:p>
    <w:p>
      <w:pPr>
        <w:pStyle w:val="ArticleBody"/>
        <w:jc w:val="left"/>
      </w:pPr>
      <w:r>
        <w:rPr>
          <w:rFonts w:ascii="Times New Roman" w:hAnsi="Times New Roman" w:eastAsia="Times New Roman" w:cs="Times New Roman"/>
        </w:rPr>
        <w:t>Кир мөн 1798 оноос өмнө тохиосон тэмдгүүдийг бэлгэдэн төлөөлсөн. Түүхчид Дари ба Кирийн ноёрхлын талаар нэлээд бүрхэг өгүүлдэг боловч Бурханы Үг тодорхой байдаг. Мидо-Персийн эзэнт гүрэн Вавилоны эзэнт гүрний дараа гарч ирсэн бөгөөд Мидо-Персийн анхны хаан нь Дари байсан, харин Белшазарын сүүлчийн найр болсон тэр шөнө Вавилоныг эзлэн авсан жанжин нь түүний дүүгийн хүү Кир байв. Кир ба Дари хоёул далан жилийн олзлогдлын төгсгөлийн цагийг бэлгэдэн төлөөлдөг бөгөөд энэ нь 1798 оны төгсгөлийн цагийг төлөөлж, мөн 1989 оны төгсгөлийн цагийг ч бас бэлгэдэн төлөөлдөг.</w:t>
      </w:r>
    </w:p>
    <w:p>
      <w:pPr>
        <w:pStyle w:val="ArticleBody"/>
        <w:jc w:val="left"/>
      </w:pPr>
      <w:r>
        <w:rPr>
          <w:rFonts w:ascii="Times New Roman" w:hAnsi="Times New Roman" w:eastAsia="Times New Roman" w:cs="Times New Roman"/>
        </w:rPr>
        <w:t>Мосегийн түүхэн дэх төгсгөлийн цаг нь Аарон ба Мосе нарын төрөлтөөр, хоорондоо гурван жилийн зайтайгаар, тэмдэглэгдсэн юм. Тэрхүү түүх нь Христийн түүхийг хамгийн төгс байдлаар хэв шинжлэн үзүүлсэн бөгөөд, тэр түүхэн дэх төгсгөлийн цаг нь Иоханы төрөлтөөр, түүнээс зургаан сарын дараа түүний үеэл Есүсийн төрөлтөөр тэмдэглэгдсэн юм. Төгсгөлийн цаг нь хоёр тэмдэглэгээтэй бөгөөд Дари ба Кир хоёул далан жилийн олзлогдлын төгсгөлийг тэмдэглэдэг; энэ нь нэг мянга хоёр зуун жаран жилийн олзлогдлын төгсгөлийг хэв шинжлэн үзүүлсэн юм. 1798 онд папын араатанд учирсан үхлийн шархны дараа, дараагийн жил нь тэр араатныг унан захирч байсан нэгний үхэл болсон юм. 1989 онд Рейган болон анхны Буш хоёул ерөнхийлөгчид байв.</w:t>
      </w:r>
    </w:p>
    <w:p>
      <w:pPr>
        <w:pStyle w:val="ArticleBody"/>
        <w:jc w:val="left"/>
      </w:pPr>
      <w:r>
        <w:rPr>
          <w:rFonts w:ascii="Times New Roman" w:hAnsi="Times New Roman" w:eastAsia="Times New Roman" w:cs="Times New Roman"/>
        </w:rPr>
        <w:t>Кир нь төгсгөлийн цаг ирэхийг тунхаглах тэмдгүүдийг заадаг бөгөөд төгсгөлийн цагийг ч мөн заадаг. Тэрээр мэдлэгийн өсөлтийг, мөн нэгэн тэнгэрэлч бууж ирэхэд эхний мэдээ хүчирхэгжихийг заадаг; түүнчлэн тэр үед суурийг тавих ажил, сүмийг барих ажлыг эхлүүлэн гүйцэтгэх үйлсийг, мөн Гэрээний Элч Өөрийн сүмд гэнэт ирэхэд гурав дахь тэнгэрэлчийн ирэлтийг ч заадаг.</w:t>
      </w:r>
    </w:p>
    <w:p>
      <w:pPr>
        <w:pStyle w:val="ArticleScripture"/>
        <w:jc w:val="left"/>
      </w:pPr>
      <w:r>
        <w:rPr>
          <w:rFonts w:ascii="Times New Roman" w:hAnsi="Times New Roman" w:eastAsia="Times New Roman" w:cs="Times New Roman"/>
        </w:rPr>
        <w:t>Персийн хаан Кирийн гурав дахь жилд Белтешазар хэмээн дуудагддаг Даниелд нэгэн зүйл илчлэгдэв; тэр зүйл үнэн байсан боловч тогтоогдсон хугацаа урт ажээ. Тэр уг зүйлийг ойлгож, үзэгдлийг ухааран мэдэв. Тэр өдрүүдэд би, Даниел, бүтэн гурван долоо хоног гашуудан байв. Би амтат талх идсэнгүй, мах ч, дарс ч аманд минь орсонгүй, мөн бүтэн гурван долоо хоног дуустал би өөрийгөө огт тосолсонгүй. Тэгээд эхний сарын хорин дөрөв дэх өдөр, би Хиддекел хэмээх агуу мөрний хажууд байв. Даниел 10:1–4.</w:t>
      </w:r>
    </w:p>
    <w:p>
      <w:pPr>
        <w:pStyle w:val="ArticleBody"/>
        <w:jc w:val="left"/>
      </w:pPr>
      <w:r>
        <w:rPr>
          <w:rFonts w:ascii="Times New Roman" w:hAnsi="Times New Roman" w:eastAsia="Times New Roman" w:cs="Times New Roman"/>
        </w:rPr>
        <w:t>Кир ба Белтешаззарын бэлгэдлүүд нь эцсийн өдрүүд дэх тодорхой нэг эш үзүүллэгийн түүхийг төлөөлдөг. Белтешаззарын бэлгэдэл нь төлөөлөгдөж буй хүмүүс бол гэрээт ард түмний эцсийн үе болсон нэг зуун дөчин дөрвөн мянга мөн гэдгийг бидэнд мэдүүлдэг. Тэд Кирээр төлөөлөгдсөн эш үзүүллэгийн түүхэнд байрлагддаг бөгөөд Кир нь 1798 оноос, 1989 оноос, мөн 2001 оны 9 дүгээр сарын 11-нээс өмнөх түүхийг төлөөлдөг, учир нь Кир эдгээр бүх чухал тэмдэгт үеүүдийг төлөөлдөг. Тэрчлэн тэрээр 2020 оны 7 дугаар сарын 18-ны урам хугарал, цаашлаад АНУ-д тун удахгүй гарах Ням гаргийн хуулийг хүртэл төлөөлдөг. Даниелын сүүлчийн үзэгдэл эш үзүүллэгийн хувьд хаана байрлаж байгааг тогтоох түлхүүр нь Даниел юу мэдэж байгаагаар тогтоогдоно.</w:t>
      </w:r>
    </w:p>
    <w:p>
      <w:pPr>
        <w:pStyle w:val="ArticleBody"/>
        <w:jc w:val="left"/>
      </w:pPr>
      <w:r>
        <w:rPr>
          <w:rFonts w:ascii="Times New Roman" w:hAnsi="Times New Roman" w:eastAsia="Times New Roman" w:cs="Times New Roman"/>
        </w:rPr>
        <w:t>Нэгдүгээр зүйлд Даниел (Белтешаззар) “үг”-ийг мөн түүнчлэн “үзэгдэл”-ийг хоёуланг нь ойлгож байна. “Үг” гэдэг нь еврей “дабар” хэмээх үг бөгөөд “үг” гэсэн утгатай; энэ нь Габриелын хэрэглэсэнчлэн хоёр мянга таван зуун хорин жилийн (“долоон цаг”) “хазон” үзэгдлийг төлөөлдөг. Нэгдүгээр зүйлд Даниелын ойлгож буй “үзэгдэл” нь хоёр мянга гурван зуун жилийн “маре” үзэгдэл юм. Эцсийн өдрүүдийн Бурханы гэрээт ард түмэн 1989 онд, төгсгөлийн цагт, “долоон цаг”-ийг ойлгоогүй байв. Тэд 2001 оны 9 дүгээр сарын 11-ний дараа хүртэл “долоон цаг”-ийг ойлгоогүй тул, эцсийн эш үзүүллэгийн хөдөлгөөнийг төлөөлж буй Даниел “үг”-ийг ч, “үзэгдэл”-ийг ч хоёуланг нь ойлгодог учраас, Даниел нь 2001 оны 9 дүгээр сарын 11-ний дараах Кираар төлөөлөгдсөн эш үзүүллэгийн шинэчлэлийн хөдөлгөөний цаг үед байх ёстой.</w:t>
      </w:r>
    </w:p>
    <w:p>
      <w:pPr>
        <w:pStyle w:val="ArticleBody"/>
        <w:jc w:val="left"/>
      </w:pPr>
      <w:r>
        <w:rPr>
          <w:rFonts w:ascii="Times New Roman" w:hAnsi="Times New Roman" w:eastAsia="Times New Roman" w:cs="Times New Roman"/>
        </w:rPr>
        <w:t>Даниел хорин нэгэн өдрийн гашуудлын хугацаанд байсан хэмээн тодорхойлогддог. Гашуудлын “тэр өдрүүдэд” Даниел “үгийг” ойлгож, мөн “үзэгдлийн” талаар ойлголттой болсон. “Үгээр” төлөөлөгдсөн үнэн гашуудлын өдрүүдэд Даниелд илчлэгдсэн юм. Шинэчлэлийн шугамуудад Бурханы ард түмэн Шөнө дундын Хашхирааны яг өмнөхөн “гашуудаж” буйгаар дүрслэгддэг. Энэхүү гашуудлыг Ялалтын Оршилын өмнөхөн Лазарын төлөө гашуудаж байсан Марта, Мариа хоёроор төлөөлүүлсэн. Энэ нь Миллеритын түүхэн дэх анхны урам хугарлын дараах мохоолтыг Иеремиа хэрхэн илэрхийлснээр дүрслэгдсэн юм.</w:t>
      </w:r>
    </w:p>
    <w:p>
      <w:pPr>
        <w:pStyle w:val="ArticleScripture"/>
        <w:jc w:val="left"/>
      </w:pPr>
      <w:r>
        <w:rPr>
          <w:rFonts w:ascii="Times New Roman" w:hAnsi="Times New Roman" w:eastAsia="Times New Roman" w:cs="Times New Roman"/>
        </w:rPr>
        <w:t>Таны үгс олдсон бөгөөд би тэдгээрийг идсэн; Таны үг надад зүрхний минь баяр, хөөрөл болсон юм. Учир нь, цэргийн ЭЗЭН Бурхан аа, би Таны нэрээр нэрлэгддэг. Би дооглогчдын цуглаанд суугаагүй, мөн баясаагүй; Таны мутраас болж би ганцаараа суусан. Учир нь Та намайг хилэнцээр дүүргэсэн. Яагаад миний өвдөлт үргэлжийнх бөгөөд миний шарх эдгэрэхээс татгалзаж, эдгэршгүй байдаг билээ? Та надад бүхэлдээ худалч мэт, тасалддаг ус мэт байх юм гэж үү? Иеремиа 15:16–18.</w:t>
      </w:r>
    </w:p>
    <w:p>
      <w:pPr>
        <w:pStyle w:val="ArticleBody"/>
        <w:jc w:val="left"/>
      </w:pPr>
      <w:r>
        <w:rPr>
          <w:rFonts w:ascii="Times New Roman" w:hAnsi="Times New Roman" w:eastAsia="Times New Roman" w:cs="Times New Roman"/>
        </w:rPr>
        <w:t>Илчлэлт номын арван нэгдүгээр бүлэгт Содом ба Египетийн оршин суугчид хоёр гэрчийн үхэлд баярласан шиг Иеремиа “баярлаагүй.” “Баярлахгүй байна” гэдэг нь гашуудаж байна гэсэн үг юм. Белтешаззарын гашуудал нь хоёр гэрчийн үхэлтэй холбоотой гашуудлыг тодорхойлон харуулдаг. 2020 оны 7 дугаар сарын 18-нд болон 2020 оны 11 дүгээр сарын 3-нд жинхэнэ протестант эвэр болон газрын араатны Бүгд Найрамдах эвэрнүүдийн хоёр гэрч Содом ба Египетийн гудамжинд, мөн тэнд бидний Эзэн цовдлогдсон газарт алагдсан. Бидний Эзэн цовдлогдох үед Түүний шавь нар гашуудаж эхэлсэн. Тэр хоёр гэрч Илчлэлт номын арван нэгдүгээр бүлэгт Мосе ба Елиагаар төлөөлөгдсөн юм.</w:t>
      </w:r>
    </w:p>
    <w:p>
      <w:pPr>
        <w:pStyle w:val="ArticleBody"/>
        <w:jc w:val="left"/>
      </w:pPr>
      <w:r>
        <w:rPr>
          <w:rFonts w:ascii="Times New Roman" w:hAnsi="Times New Roman" w:eastAsia="Times New Roman" w:cs="Times New Roman"/>
        </w:rPr>
        <w:t>Судруудад Христийг Михаил хэмээн нэрлэсэн таван эшлэл байдаг: гурав нь Даниелын номд, нэг нь Иудагийн захидалд, нөгөө нь Илчлэлтийн номд байдаг. Бидний одоо авч үзэж буй аравдугаар бүлэгт Михаилыг хоёр удаа, арван гуравдугаар ба хорин нэгдүгээр зүйлүүдэд, мөн дараа нь арван хоёрдугаар бүлгийн нэг дүгээр зүйлд дахин дурдсан байдаг. Түүнийг Илчлэлт арван хоёрын долоодугаар зүйлд тодорхойлсон байдаг. Иудагийн захидалд Михаилыг Мосег амилуулсан хэмээн тодорхойлдог бөгөөд Илчлэлт арван нэгдүгээр бүлэгт Мосе нь гудамжинд үхсэн гэрчүүдийн нэг мөн.</w:t>
      </w:r>
    </w:p>
    <w:p>
      <w:pPr>
        <w:pStyle w:val="ArticleScripture"/>
        <w:jc w:val="left"/>
      </w:pPr>
      <w:r>
        <w:rPr>
          <w:rFonts w:ascii="Times New Roman" w:hAnsi="Times New Roman" w:eastAsia="Times New Roman" w:cs="Times New Roman"/>
        </w:rPr>
        <w:t>Тиймээс та нар нэгэнт үүнийг мэддэг байсан боловч, Эзэн ард түмнийг Египетийн нутгаас аварсныхаа дараа үл итгэгсдийг хожим нь устгасан гэдгийг та нарт сануулахыг би хүсэж байна. Мөн өөрсдийн анхны байр сууриа сахин хадгалалгүй, харин өөрсдийн орших газрыг орхисон тэнгэрэлч нарыг Тэрээр агуу өдрийн шүүлт хүртэл харанхуйн дор мөнхийн гинжээр хадгалан байлгасан юм. Үүний адил Содом, Гоморра болон тэдгээрийн ойр орчмын хотууд завхайралд өөрсдийгөө өгч, харь махбодын хойноос явснаараа мөнхийн галын өшөө авалтыг амсаж, үлгэр жишээ болгон тавигдсан билээ. Үүнчлэн эдгээр бузар зүүдлэгчид ч махбодыг бузарлаж, ноёрхлыг үл тоомсорлон, сүр жавхлантнуудад муу хэлдэг. Гэвч тэргүүн тэнгэрэлч Михаил Мосегийн биеийн талаар диаволтой маргалдан хэлэлцэж байхдаа түүний эсрэг доромжлолт яллалт гаргаж зүрхлээгүй, харин, «Эзэн чамайг зэмлэг» гэж хэлсэн. Иуда 5–9.</w:t>
      </w:r>
    </w:p>
    <w:p>
      <w:pPr>
        <w:pStyle w:val="ArticleBody"/>
        <w:jc w:val="left"/>
      </w:pPr>
      <w:r>
        <w:rPr>
          <w:rFonts w:ascii="Times New Roman" w:hAnsi="Times New Roman" w:eastAsia="Times New Roman" w:cs="Times New Roman"/>
        </w:rPr>
        <w:t>Иудагийн номд, Илчлэлт арван нэгдүгээр бүлэгт Мосе ба Елиа алагддаг агуу хотыг төлөөлдөг Содом ба Египетийн аль алиных нь хүрээнд, Михаилаар дүрслэгдсэн Христ Мосегийн биеийг амилуулдаг. Илчлэлт арван нэгдүгээр бүлэгт Мосе ба Елиа бэлгэдлийн гурван өдөр хагасын турш үхсэн байсан бөгөөд Михаил тэнгэрээс бууж ирэхэд Белтешаззарын төлөөх гашуудлын өдрүүд төгсөнө. Мөр дээр мөрөөр, Даниел арван бүлгийн нэгээс дөрөвдүгээр ишлэлүүдэд, хоёр гэрчийг Михаил амилуулахад төгсөх гашуудлын үеийг тодорхойлж байна.</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“Эцэг нь Мосе ба Елиа хоёрыг Христэд Өөрийн элч нар байхаар сонгож, Тэнгэрийн гэрлээр Түүнийг алдаршуулан, Түүний айсуй шаналлын талаар Түүнтэй ярилцуулахаар томилсон нь тэд газар дэлхий дээр хүн болж амьдарч байсан учраас юм; тэд хүний уй гашуу, зовлонг биеэр туулсан байсан бөгөөд Түүний газар дээрх амьдрал дахь сорилтыг Есүстэй хамт сэтгэлээрээ хуваалцаж чадна байв. Елиа, Израильд эш үзүүлэгчийн байр сууриндаа, Христийг төлөөлж байсан бөгөөд түүний ажил нь тодорхой хэмжээгээр Аврагчийн ажлын адил байсан. Харин Мосе, Израилийн удирдагчийн хувьд, Христийн оронд зогсож, Түүнтэй харилцан ярилцаж, Түүний зааврыг дагаж байсан; иймээс, Бурханы сэнтийг хүрээлэн цугларсан бүх түмэн дундаас, Бурханы Хүүд үйлчлэхэд хамгийн зохистой нь энэ хоёр байлаа.”</w:t>
      </w:r>
    </w:p>
    <w:p>
      <w:pPr>
        <w:pStyle w:val="ArticleScripture"/>
        <w:jc w:val="left"/>
      </w:pPr>
      <w:r>
        <w:rPr>
          <w:rFonts w:ascii="Times New Roman" w:hAnsi="Times New Roman" w:eastAsia="Times New Roman" w:cs="Times New Roman"/>
        </w:rPr>
        <w:t>“Мосе Израилийн хөвгүүдийн үл итгэлээс уурсан хилэгнэж, хаданд уур хилэнгээр цохин, тэдний гуйсан усыг гарган өгсөн үедээ алдарыг өөртөө авсан юм; учир нь түүний оюун санаа Израилийн талархалгүй, тэрслүү байдлаар тийнхүү бүрэн эзэмдэгдсэн тул, Өөрийн нь түүнд үйлдэхийг тушаасан тэр үйлсийг гүйцэтгэхдээ Бурханыг хүндэтгэн, Түүний нэрийг өргөмжилж чадсангүй. Төгс Хүчит Нэгэний төлөвлөгөө нь Израилийн хөвгүүдийг олонтаа хавчигдмал байдалд оруулж, дараа нь тэдний асар их гачигдал дунд Өөрийн хүчээр авран, ингэснээр тэд Өөрийнх нь тэдэнд тавьдаг онцгой анхаарал халамжийг танин мэдэж, Түүний нэрийг алдаршуулахад оршиж байв. Харин Мосе өөрийн зүрхний төрөлх хүслийн хөдөлгөөнд автан, Бурханд хамаарах хүндэтгэлийг өөртөө завшин, Сатаны эрхшээл дор унаж, амлагдсан нутагт орохыг хориглуулсан. Хэрэв Мосе тууштай бат хэвээр үлдсэнсэн бол Эзэн түүнийг амлагдсан нутагт оруулж, дараа нь үхлийг үзүүлэхгүйгээр Тэнгэр өөд өргөн аваачих байсан.”</w:t>
      </w:r>
    </w:p>
    <w:p>
      <w:pPr>
        <w:pStyle w:val="ArticleScripture"/>
        <w:jc w:val="left"/>
      </w:pPr>
      <w:r>
        <w:rPr>
          <w:rFonts w:ascii="Times New Roman" w:hAnsi="Times New Roman" w:eastAsia="Times New Roman" w:cs="Times New Roman"/>
        </w:rPr>
        <w:t>“Ийнхүү Мосе үхлээр дамжин өнгөрсөн боловч Бурханы Хүү Тэнгэрээс бууж ирэн, түүний бие ялзралыг үзэхээс нь өмнө түүнийг амилуулсан юм. Сатан Мосегийн биеийн төлөө Михаэлтай маргалдан, түүнийг өөрийн ёсны олз хэмээн нэхэмжилсэн боловч Бурханы Хүүгийн эсрэг дийлж чадсангүй; тийнхүү Мосе амилуулагдсан бөгөөд алдаршсан биетэйгээр Тэнгэрийн өргөөнүүдэд аваачигдаж, одоо Эцгээс Хүүгээ асран үйлчлэхээр томилогдсон хүндэт хоёрын нэг болсон байв.”</w:t>
      </w:r>
    </w:p>
    <w:p>
      <w:pPr>
        <w:pStyle w:val="ArticleScripture"/>
        <w:jc w:val="left"/>
      </w:pPr>
      <w:r>
        <w:rPr>
          <w:rFonts w:ascii="Times New Roman" w:hAnsi="Times New Roman" w:eastAsia="Times New Roman" w:cs="Times New Roman"/>
        </w:rPr>
        <w:t>“Ийнхүү нойронд тийнхүү дийлдэн автахыг өөрсдөдөө зөвшөөрснөөр шавь нар Тэнгэрийн элч нар болон алдаршуулсан Аврагчийн хоорондын яриаг алдсан байв. Гэвч тэд гүн нойрноосоо гэнэт сэрж, өөрсдийнх нь өмнө буй сүр жавхлант үзэгдлийг харахдаа баясал, бишрэлээр дүүрэв. Тэд хайртай Эзэнийхээ гэрэлтсэн дүрийг харахдаа, Түүний биеийг бүрхэн, нарны туяа мэт гэрлийн цацраг ялгаруулж буй үгээр үл илэрхийлэм алдар сууг өөрөөр тэсвэрлэж үл чадах тул нүдээ гараараа халхлахаас өөр аргагүй болов. Богинохон хугацаанд шавь нар өөрсдийнх нь нүдний өмнө алдаршин өргөмжлөгдсөн Эзэнээ, мөн Бурханы таалал хүлээсэн хүмүүс гэдгийг нь тэд таньсан гэрэлт оршигчдоор хүндлэгдэж буйг харсан юм.” The Spirit of Prophecy, volume 2, 329, 330.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Тавин Долоо</dc:title>
  <dc:subject>Даниелын ном дахь Кирийн эш үзүүллэгийн бэлгэдлийг тайлан ойлгох нь</dc:subject>
  <dc:creator>Jeff Pippenger</dc:creator>
  <cp:keywords/>
  <dc:description>Generated by ArticleDigger from daniel\157_daniel.json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