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Наймдугаар</w:t>
      </w:r>
    </w:p>
    <w:p>
      <w:pPr>
        <w:pStyle w:val="ArticleSubtitle"/>
        <w:jc w:val="left"/>
      </w:pPr>
      <w:r>
        <w:rPr>
          <w:rFonts w:ascii="Arial" w:hAnsi="Arial" w:eastAsia="Arial" w:cs="Arial"/>
        </w:rPr>
        <w:t>Үзэгдлийг нээх нь: Даниел дахь гашуудлын өдрүүдийг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Персийн хаан Кирийн гурав дахь жилд Белтешазар хэмээн нэрлэгддэг Даниелд нэгэн зүйл илчлэгдэв; тэр зүйл үнэн байсан, харин тогтоогдсон хугацаа нь урт байв. Тэрээр уг зүйлийг ойлгож, үзэгдлийг ухааран мэдэв. Тэр өдрүүдэд би, Даниел, бүтэн гурван долоо хоног гашуудан байлаа. Би амтат талх идсэнгүй, мах ч, дарс ч аманд минь орсонгүй, мөн бүтэн гурван долоо хоног дуустал өөрийгөө огт тосолсонгүй. Эхний сарын хорин дөрөв дэх өдөр би Хиддекел хэмээх агуу мөрний эрэг дээр байв. Даниел 10:1–4.</w:t>
      </w:r>
    </w:p>
    <w:p>
      <w:pPr>
        <w:pStyle w:val="ArticleBody"/>
        <w:jc w:val="left"/>
      </w:pPr>
      <w:r>
        <w:rPr>
          <w:rFonts w:ascii="Times New Roman" w:hAnsi="Times New Roman" w:eastAsia="Times New Roman" w:cs="Times New Roman"/>
        </w:rPr>
        <w:t>Илчлэлт номын арван нэгдүгээр бүлэгт гардаг бэлгэдэлт гурван хагас өдрийн турш, хоёр гэрч гудамжинд үхсэн байх үед Белтешацарт нэгэн “зүйл” илчлэгддэг. Тэр үүнээс өмнө “үзэгдэл”-ийг (mareh) ойлгосон байсан, учир нь есдүгээр бүлэгт Габриел аль хэдийн ирж, түүнд тэр үзэгдлийн талаар ойлголт өгсөн байв.</w:t>
      </w:r>
    </w:p>
    <w:p>
      <w:pPr>
        <w:pStyle w:val="ArticleScripture"/>
        <w:jc w:val="left"/>
      </w:pPr>
      <w:r>
        <w:rPr>
          <w:rFonts w:ascii="Times New Roman" w:hAnsi="Times New Roman" w:eastAsia="Times New Roman" w:cs="Times New Roman"/>
        </w:rPr>
        <w:t>Тийм ээ, намайг залбирал дотор ярьж байх үед, эхэнд үзэгдэлд харсан өнөөх эр Габриел түргэн нисэн ирж, үдшийн тахилын өргөлийн цагийн үед надад хүрэв. Тэр намайг мэдүүлж, надтай ярилцан, ийн өгүүлэв: Ай Даниел аа, би эдүгээ чамд мэргэн ухаан ба ойлголт өгөхөөр ирлээ. Чиний гуйлтуудын эхэнд тушаал гарсан бөгөөд би чамд үүнийг үзүүлэхээр ирсэн; учир нь чи үлэмж хайрлагдсан нэгэн билээ. Иймээс энэ хэргийг ойлгож, үзэгдлийг тунгаан бод. Даниел 9:21–23.</w:t>
      </w:r>
    </w:p>
    <w:p>
      <w:pPr>
        <w:pStyle w:val="ArticleBody"/>
        <w:jc w:val="left"/>
      </w:pPr>
      <w:r>
        <w:rPr>
          <w:rFonts w:ascii="Times New Roman" w:hAnsi="Times New Roman" w:eastAsia="Times New Roman" w:cs="Times New Roman"/>
        </w:rPr>
        <w:t>Даниелын “эхэнд үзэгдэлд үзсэн” “хүн Габриел” гэдэг нь эш үзүүллэгийн түүхийн “чазон” үзэгдлийг зааж байгаа бөгөөд энэ нь наймдугаар бүлэгт Библийн эш үзүүллэг дэх хаант улсуудын үзэгдлийг Габриел Даниелд тайлбарлаж байсныг хэлж байна. Харин Даниел есдүгээр бүлэгт авч үзэх ёстой байсан “үзэгдэл” нь дүр төрхийн “марех” үзэгдэл байв. Тэгээд Габриел хорин гурван зуун жилийн эш үзүүллэгийн түүхэн задаргааг Даниелд өгдөг.</w:t>
      </w:r>
    </w:p>
    <w:p>
      <w:pPr>
        <w:pStyle w:val="ArticleBody"/>
        <w:jc w:val="left"/>
      </w:pPr>
      <w:r>
        <w:rPr>
          <w:rFonts w:ascii="Times New Roman" w:hAnsi="Times New Roman" w:eastAsia="Times New Roman" w:cs="Times New Roman"/>
        </w:rPr>
        <w:t>Есдүгээр бүлэг Дариусын эхний жилд биелсэн. Белтешазар “Кирийн гурав дахь жилд” өөрийгөө “үзэгдлийг ойлгосон” хэмээн өгүүлэхдээ, тэр “марэ” үзэгдлийг хоёр жилийн турш ойлгосон байв. Белтешазарын гашуудлын “тэр өдрүүдэд” ойлгож эхэлсэн зүйл нь “үг”, өөрөөр хэлбэл еврей “дабар” хэмээх үг байсан бөгөөд энэ нь урт хугацаатай байсан, учир нь тогтоогдсон цаг нь хоёр мянга таван зуун хорин жил байв.</w:t>
      </w:r>
    </w:p>
    <w:p>
      <w:pPr>
        <w:pStyle w:val="ArticleBody"/>
        <w:jc w:val="left"/>
      </w:pPr>
      <w:r>
        <w:rPr>
          <w:rFonts w:ascii="Times New Roman" w:hAnsi="Times New Roman" w:eastAsia="Times New Roman" w:cs="Times New Roman"/>
        </w:rPr>
        <w:t>Даниел “тэр зүйл”-ийн заримыг аль хэдийн ойлгосон байсан. Учир нь тэр есдүгээр бүлэгт Левит 26-ын залбирлыг үйлдэж байсан бөгөөд тэр нь “тэр зүйл”-ийн залбирал мөн. Белтешаззарын гашуудлын хорин нэгэн өдрийн турш ойлгосон “долоон цаг үе”-ийн талаар илүү их гэрэл өгөгдсөн бөгөөд гашуудлын тэр өдрүүдийн турш “долоон цаг үе” дээр ирсэн гэрлийн нэмэгдэл нь 1856 онд “долоон цаг үе” дээр ирсэн нэмэгдсэн гэрлийг бэлгэдэн дүрсэлсэн юм. Миллерчүүд ч мөн өмнө нь “долоон цаг үе”-ийн тухай мэддэг байсан, учир нь тэд үүнийг тунхагласан байв. Гэвч тэдний түүхийн яг Филадельфийн хөдөлгөөнөөс Лаодикийн хөдөлгөөнд шилжсэн тэр мөчид тэднийг шалгах ёстой нэмэлт гэрэл байлаа.</w:t>
      </w:r>
    </w:p>
    <w:p>
      <w:pPr>
        <w:pStyle w:val="ArticleBody"/>
        <w:jc w:val="left"/>
      </w:pPr>
      <w:r>
        <w:rPr>
          <w:rFonts w:ascii="Times New Roman" w:hAnsi="Times New Roman" w:eastAsia="Times New Roman" w:cs="Times New Roman"/>
        </w:rPr>
        <w:t>Белтешазарын гашуудлын өдрүүд нь 1856 онд Филаделфийн хөдөлгөөн Лаодикийн хөдөлгөөнд шилжиж, улмаар 1863 онд Лаодикийн Адвентист сүмд шилжин орсон үеийн эш үзүүллэгийн түүхтэй зэрэгцэн оршдог. “Долоон цаг”-ийн талаарх өсөн нэмэгдсэн гэрлийн тухайд Белтешазарын түүх болон Миллерийн хөдөлгөөний түүх аль аль нь гурав дахь тэнгэрэлчийн Лаодикийн хөдөлгөөнөөс нэг зуун дөчин дөрвөн мянгын Филаделфийн хөдөлгөөн рүү шилжсэнтэй, мөн “долоон цаг”-ийн талаарх өсөн нэмэгдсэн гэрэл илчлэгдэх ёстой байсан хүлээлтийн хугацааны үе буюу гашуудлын өдрүүдтэй нийцдэг.</w:t>
      </w:r>
    </w:p>
    <w:p>
      <w:pPr>
        <w:pStyle w:val="ArticleBody"/>
        <w:jc w:val="left"/>
      </w:pPr>
      <w:r>
        <w:rPr>
          <w:rFonts w:ascii="Times New Roman" w:hAnsi="Times New Roman" w:eastAsia="Times New Roman" w:cs="Times New Roman"/>
        </w:rPr>
        <w:t>Белтешаззар нь элчийг ч, хөдөлгөөнийг ч хоёуланг нь төлөөлдөг. Түүний гашуудлын өдрүүдэд тэрхүү элч Үнэн болох “зүйлийг” ойлгох ёстой бөгөөд дараа нь Михаел 2023 онд хоёр гэрчийг амилуулах үед тэрхүү “зүйлийг” нэгэн хөдөлгөөнд танилцуулах ёстой.</w:t>
      </w:r>
    </w:p>
    <w:p>
      <w:pPr>
        <w:pStyle w:val="ArticleBody"/>
        <w:jc w:val="left"/>
      </w:pPr>
      <w:r>
        <w:rPr>
          <w:rFonts w:ascii="Times New Roman" w:hAnsi="Times New Roman" w:eastAsia="Times New Roman" w:cs="Times New Roman"/>
        </w:rPr>
        <w:t>Нэгдүгээр эшлэлд Даниелын ойлгосон гэж тодорхойлогдсон еврей үг болох “mareh” (Христийн төрхийн үзэгдэл) нь Даниелын сүүлчийн үзэгдэлд дөрвөн удаа гарч ирдэг. Үүнээс хоёр удаа нь “үзэгдэл” гэж, хоёр удаа нь “төрх” гэж орчуулагдсан байдаг. Нэгдүгээр эшлэлд Даниел энэ үгийг анх хэрэглэхдээ “үзэгдлийг” ойлгосноо зааж байгаа бол, үлдсэн гурван эшлэл нь Даниел үзэгдлийг биечлэн мэдэрч байсныг илтгэнэ. Зургаадугаар эшлэлд Христийн нүүр царай “аянганы ‘төрх’ мэт” байв.</w:t>
      </w:r>
    </w:p>
    <w:p>
      <w:pPr>
        <w:pStyle w:val="ArticleScripture"/>
        <w:jc w:val="left"/>
      </w:pPr>
      <w:r>
        <w:rPr>
          <w:rFonts w:ascii="Times New Roman" w:hAnsi="Times New Roman" w:eastAsia="Times New Roman" w:cs="Times New Roman"/>
        </w:rPr>
        <w:t>Тэгээд эхний сарын хорин дөрөв дэх өдөр, би Хиддекел хэмээх агуу мөрний хажууд байж байтал; нүдээ өргөн харсанд, болгоогтун, маалинган хувцас өмссөн, бүсэлхийндээ Уфазын цэвэр алтаар бүсэлсэн нэгэн хүн байв. Түүний бие бадмаараг мэт, нүүр царай нь аянгын дүр төрх адил, нүд нь галын дэнлүү мэт, гар хөл нь өнгөлсөн гууль шиг өнгөтэй, үгийнх нь дуу чимээ үй олон хүний дуу мэт байв. Үзэгдлийг би, Даниел, ганцаараа харсан юм; учир нь надтай хамт байсан хүмүүс үзэгдлийг хараагүй боловч тэдний дээр ихэд чичрэх айдас бууж, тэд нуугдахаар зугтан одов. Иймээс би ганцаараа үлдэж, энэ агуу үзэгдлийг харсан бөгөөд надад ямар ч хүч үлдсэнгүй; учир нь миний цог жавхлан дотор минь ялзрал болон хувирч, надад хүч чадал үлдсэнгүй. Даниел 10:4–8.</w:t>
      </w:r>
    </w:p>
    <w:p>
      <w:pPr>
        <w:pStyle w:val="ArticleBody"/>
        <w:jc w:val="left"/>
      </w:pPr>
      <w:r>
        <w:rPr>
          <w:rFonts w:ascii="Times New Roman" w:hAnsi="Times New Roman" w:eastAsia="Times New Roman" w:cs="Times New Roman"/>
        </w:rPr>
        <w:t>“Үзэгдэл” хэмээн орчуулагддаг өөр нэг еврей үг байдаг бөгөөд “mareh” хэмээх еврей үгийн зарим онцлогийг тайлбарлан өгүүлсний дараа бид түүнд хандах болно. Өмнөх эшлэлүүдэд “дүр төрх” гэж орчуулагдсан нь “mareh” хэмээх еврей үг мөн. Арван зургаадугаар эшлэлд энэ л үг “үзэгдэл” хэмээн орчуулагдсан байна. Арван зургаадугаар эшлэлд Христийн үзэгдэл нь Даниелыг уй гашууд автуулсан юм.</w:t>
      </w:r>
    </w:p>
    <w:p>
      <w:pPr>
        <w:pStyle w:val="ArticleScripture"/>
        <w:jc w:val="left"/>
      </w:pPr>
      <w:r>
        <w:rPr>
          <w:rFonts w:ascii="Times New Roman" w:hAnsi="Times New Roman" w:eastAsia="Times New Roman" w:cs="Times New Roman"/>
        </w:rPr>
        <w:t>Харагтун, хүний хөвгүүдийн дүрстэй нэгэн миний уруулд хүрэв. Тэгэхэд би амаа нээж, ярин, өмнө минь зогсож байсан түүнд: Өө, эзэн минь, энэхүү үзэгдлээс болж миний шаналал надад эргэж ирсэн бөгөөд надад хүч чадал огт үлдсэнгүй гэж хэлэв. Даниел 10:16.</w:t>
      </w:r>
    </w:p>
    <w:p>
      <w:pPr>
        <w:pStyle w:val="ArticleBody"/>
        <w:jc w:val="left"/>
      </w:pPr>
      <w:r>
        <w:rPr>
          <w:rFonts w:ascii="Times New Roman" w:hAnsi="Times New Roman" w:eastAsia="Times New Roman" w:cs="Times New Roman"/>
        </w:rPr>
        <w:t>“өвдөлтүүд” гэж орчуулсан еврей үг нь нугас гэсэн утгатай бөгөөд тухайн эшлэлд Даниелын харсан Христийн үзэгдэхүйн “үзэгдэл” нугасан дээр эргэсэн юм. Эш үзүүллэгт “нугас” нь эргэлтийн цэгийг илэрхийлдэг.</w:t>
      </w:r>
    </w:p>
    <w:p>
      <w:pPr>
        <w:pStyle w:val="ArticleScripture"/>
        <w:jc w:val="left"/>
      </w:pPr>
      <w:r>
        <w:rPr>
          <w:rFonts w:ascii="Times New Roman" w:hAnsi="Times New Roman" w:eastAsia="Times New Roman" w:cs="Times New Roman"/>
        </w:rPr>
        <w:t>“Өнгөрсөн түүхээс суралцах ёстой сургамжууд байдаг; эдгээрт анхаарал хандуулахыг уриалж байна, ингэснээр хүн бүр Бурхан урьд хэзээд үйлдэж ирсэнчлэн эдүгээ ч мөн адил зарчмаар ажилладгийг ойлгож болох юм. Еденд Адамд сайн мэдээ анх тунхаглагдсан цагаас хойш үргэлж тийн байсанчлан, Түүний мутар эдүгээ ч Өөрийн ажилд болон үндэстнүүдийн дунд илэрхий харагддаг.”</w:t>
      </w:r>
    </w:p>
    <w:p>
      <w:pPr>
        <w:pStyle w:val="ArticleScripture"/>
        <w:jc w:val="left"/>
      </w:pPr>
      <w:r>
        <w:rPr>
          <w:rFonts w:ascii="Times New Roman" w:hAnsi="Times New Roman" w:eastAsia="Times New Roman" w:cs="Times New Roman"/>
        </w:rPr>
        <w:t>“Үндэстнүүдийн болон сүмийн түүхэнд эргэлтийн цэг болдог үеүд байдаг. Бурханы дээд удирдлагад, эдгээр олон янзын хямралын үе ирэхэд, тухайн цаг үед зориулсан гэрэл өгөгддөг. Хэрэв түүнийг хүлээн авбал, сүнслэг ахиц дэвшил гардаг; харин түүнийг няцаавал, сүнслэг доройтол болон сүйрэл дагалддаг. Эзэн Өөрийн үгэнд, өнгөрсөнд хэрхэн явагдан хэрэгжиж ирсэн, мөн ирээдүйд ч, бүр эцсийн мөргөлдөөн хүртэл хэрхэн явагдах сайн мэдээний довтлон урагшлах ажлыг нээсэн бөгөөд тэр үед Сатаны хүчнүүд эцсийн агуу хөдөлгөөнөө хийх болно.” Bible Echo, August 26, 1895.</w:t>
      </w:r>
    </w:p>
    <w:p>
      <w:pPr>
        <w:pStyle w:val="ArticleBody"/>
        <w:jc w:val="left"/>
      </w:pPr>
      <w:r>
        <w:rPr>
          <w:rFonts w:ascii="Times New Roman" w:hAnsi="Times New Roman" w:eastAsia="Times New Roman" w:cs="Times New Roman"/>
        </w:rPr>
        <w:t>Арван зургаадугаар ишлэл нь Белтешаззарыг төлөөлж буй түүхэн дэх эргэлтийн цэгийг илэрхийлдэг. Энэ нь Бүгд Найрамдах эвэрт (үндэстэнд) болон Протестант эвэрт (сүмд) хоёуланд нь эргэлтийн цэг мөн. Энэ нь хямралыг илэрхийлдэг бөгөөд мөн тэрхүү түүхэнд зориулсан онцгой гэрэл өгөгдөх цэгийг илэрхийлдэг. Даниелын хувьд эргэлтийн цэг нь Даниел гурван удаагийн дундаас хоёр дахь удаагаа “хүргэгдсэн” үед тохиосон. Даниелд гурван удаа хүрэх байсан бөгөөд түүнд хоёр дахь удаагаа хүрсэн тэр мөч нь Даниелын хувьд эргэлтийн цэг байсан; мөн тэрхүү эргэлтийн цэг нь Даниел “mareh” үзэгдлийг харсан гурван удаагийн дундах хоёр дахь удаа байв.</w:t>
      </w:r>
    </w:p>
    <w:p>
      <w:pPr>
        <w:pStyle w:val="ArticleScripture"/>
        <w:jc w:val="left"/>
      </w:pPr>
      <w:r>
        <w:rPr>
          <w:rFonts w:ascii="Times New Roman" w:hAnsi="Times New Roman" w:eastAsia="Times New Roman" w:cs="Times New Roman"/>
        </w:rPr>
        <w:t>Харагтун, хүний хөвгүүдийн дүрстэй нэгэн миний уруулд хүрэв. Тэгэхэд би амаа нээн өгүүлж, миний өмнө зогсож байсан түүнд хандан: Ай эзэнтэн минь, үзэгдлийн улмаас миний зовлон над дээр эргэн ирж, би ямар ч хүч тэнхээгүй болсон билээ гэв. Даниел 10:16.</w:t>
      </w:r>
    </w:p>
    <w:p>
      <w:pPr>
        <w:pStyle w:val="ArticleBody"/>
        <w:jc w:val="left"/>
      </w:pPr>
      <w:r>
        <w:rPr>
          <w:rFonts w:ascii="Times New Roman" w:hAnsi="Times New Roman" w:eastAsia="Times New Roman" w:cs="Times New Roman"/>
        </w:rPr>
        <w:t>Бид тэрхүү гурван хүрэлцэхүйг удахгүй авч үзнэ. Даниелын хэрэглэсэн “mareh” хэмээх үгний дөрвөн удаагийн хэрэглээний эхнийх нь үзэгдлийг ойлгосон тухай түүний гэрчлэл байсан бөгөөд сүүлийн гурван дурдалт нь тэрбээр төрхийг үнэхээр харсан үеийн туршлагыг нь зааж байна. Тэрхүү төрхийн үзэгдлийг гурав дахь удаагаа тодорхойлон нэрлэсэн нь арван наймдугаар зүйл бөгөөд тэнд тэр гурав дахь удаагаа хүрэлцэгддэг.</w:t>
      </w:r>
    </w:p>
    <w:p>
      <w:pPr>
        <w:pStyle w:val="ArticleScripture"/>
        <w:jc w:val="left"/>
      </w:pPr>
      <w:r>
        <w:rPr>
          <w:rFonts w:ascii="Times New Roman" w:hAnsi="Times New Roman" w:eastAsia="Times New Roman" w:cs="Times New Roman"/>
        </w:rPr>
        <w:t>Тэгэхэд хүний төрхтэй нэгэн дахин ирж, надад хүрч, намайг хүчирхэгжүүлэв. Даниел 10:18.</w:t>
      </w:r>
    </w:p>
    <w:p>
      <w:pPr>
        <w:pStyle w:val="ArticleBody"/>
        <w:jc w:val="left"/>
      </w:pPr>
      <w:r>
        <w:rPr>
          <w:rFonts w:ascii="Times New Roman" w:hAnsi="Times New Roman" w:eastAsia="Times New Roman" w:cs="Times New Roman"/>
        </w:rPr>
        <w:t>Арван зургаадугаар зүйл дэх хоёр дахь хүрэлтийн үед, өөрөөр хэлбэл “марах” үзэгдлийн тухай хоёр дахь эшлэл дээр, түүний хүч барагдсан байдаг; харин гурав дахь хүрэлтийн үед түүний хүч сэргэн сэргээгддэг. Арав, арван зургаа, арван наймдугаар зүйлүүдэд Даниелд хүрдэг. Зургаадугаар зүйлд Даниел Христийн дүр төрхийг, дараа нь Габриелыг хардаг бөгөөд аравдугаар зүйлд Габриел анх удаа Даниелд хүрдэг.</w:t>
      </w:r>
    </w:p>
    <w:p>
      <w:pPr>
        <w:pStyle w:val="ArticleScripture"/>
        <w:jc w:val="left"/>
      </w:pPr>
      <w:r>
        <w:rPr>
          <w:rFonts w:ascii="Times New Roman" w:hAnsi="Times New Roman" w:eastAsia="Times New Roman" w:cs="Times New Roman"/>
        </w:rPr>
        <w:t>Тэгээд би нүдээ өргөн харвал, болгоогтун, маалинган хувцас өмссөн нэгэн хүн байлаа; түүний бүсэлхий Уфазын нарийн алтаар бүслэгдсэн байв. Түүний бие бадмаараг адил, нүүр царай нь аянгын үзэгдэл мэт, нүд нь галын дэнлүү мэт, гар хөл нь өнгөлсөн хүрлийн өнгө адил, үгийнх нь дуу хоолой үй олон хүний дуу адил байв. Энэ үзэгдлийг ганцхан би, Даниел, харсан юм. Надтай хамт байсан хүмүүс уг үзэгдлийг хараагүй боловч тэдний дээр ихэд чичрэх айдас бууж, тэд нуугдахаар зугтав. Тиймээс би ганцаараа үлдэж, энэ агуу үзэгдлийг харсан бөгөөд надад ямар ч хүч үлдсэнгүй. Учир нь миний өнгө зүс надад дотор муухайрал болон хувирч, би ямар ч хүч тэнхээ хадгалж чадсангүй.</w:t>
      </w:r>
    </w:p>
    <w:p>
      <w:pPr>
        <w:pStyle w:val="ArticleScripture"/>
        <w:jc w:val="left"/>
      </w:pPr>
      <w:r>
        <w:rPr>
          <w:rFonts w:ascii="Times New Roman" w:hAnsi="Times New Roman" w:eastAsia="Times New Roman" w:cs="Times New Roman"/>
        </w:rPr>
        <w:t>Гэвч би түүний үгсийн дууг сонсов; түүний үгсийн дууг сонсмогцоо би нүүрээрээ газар харж, гүн нойронд автав. Тэгтэл, болгоогтун, нэгэн гар надад хүрч, намайг өвдөг дээр минь болон гарын алга дээр минь түшүүлэн босгов. Тэр надад: Ай Даниел аа, үлэмж хайрлагдсан хүн, чамд миний хэлж буй үгсийг ойлгож, хөл дээрээ тэгш зогсогтун; учир нь би одоо чам уруу илгээгдээд байна гэв. Тэр энэ үгийг надад айлдмагц би чичирсээр босон зогсов. Тэгээд тэр надад: Бүү ай, Даниел аа; учир нь чи ойлгохын тулд сэтгэлээ зориулж, өөрийгөө Бурхныхаа өмнө даруу болгосон тэрхүү эхний өдрөөс хойш чиний үгс сонсогдсон бөгөөд би чиний үгсийн учир ирсэн юм. Харин Персийн хаанчлалын ноён надад хорин нэгэн өдөр эсэргүүцэн зогссон; гэвч, болгоогтун, тэргүүн ноёдын нэг Михаел надад туслахаар ирсэн бөгөөд би Персийн хаадын дэргэд тэнд үлдсэн. Эдүгээ би эцсийн өдрүүдэд чиний ард түмэнд юу тохиолдохыг чамд ойлгуулахаар ирсэн; учир нь энэ үзэгдэл олон өдрүүдийн дараахыг хамаарна. Даниел 10:5–14.</w:t>
      </w:r>
    </w:p>
    <w:p>
      <w:pPr>
        <w:pStyle w:val="ArticleBody"/>
        <w:jc w:val="left"/>
      </w:pPr>
      <w:r>
        <w:rPr>
          <w:rFonts w:ascii="Times New Roman" w:hAnsi="Times New Roman" w:eastAsia="Times New Roman" w:cs="Times New Roman"/>
        </w:rPr>
        <w:t>Дараа нь арван зургаадугаар зүйлд, Даниел Христийн үзэгдлийг харах үедээ хоёр дахь удаагаа хүргүүлэв.</w:t>
      </w:r>
    </w:p>
    <w:p>
      <w:pPr>
        <w:pStyle w:val="ArticleScripture"/>
        <w:jc w:val="left"/>
      </w:pPr>
      <w:r>
        <w:rPr>
          <w:rFonts w:ascii="Times New Roman" w:hAnsi="Times New Roman" w:eastAsia="Times New Roman" w:cs="Times New Roman"/>
        </w:rPr>
        <w:t>Тэр надад тийм үгсийг айлдсаны дараа би нүүрээ газарт хандуулж, хэлгүй болов. Тэгтэл, үзэгтүн, хүний хөвгүүдийн дүртэй нэгэн уруулд минь хүрэв. Тэгэхэд би амаа нээж, ярин, өмнө минь зогсож байсан түүнд, “Эзэнтэн минь, энэ үзэгдлээс болж миний шаналал над дээр эргэн ирж, би ямар ч хүчгүй болсон. Учир нь энэ миний эзэнтний зарц энэ миний эзэнтэнтэй хэрхэн ярьж чадах билээ? Харин миний хувьд даруй надад ямар ч хүч үлдээгүй бөгөөд надад амьсгаа ч үлдээгүй юм” гэв. Даниел 10:15–17.</w:t>
      </w:r>
    </w:p>
    <w:p>
      <w:pPr>
        <w:pStyle w:val="ArticleBody"/>
        <w:jc w:val="left"/>
      </w:pPr>
      <w:r>
        <w:rPr>
          <w:rFonts w:ascii="Times New Roman" w:hAnsi="Times New Roman" w:eastAsia="Times New Roman" w:cs="Times New Roman"/>
        </w:rPr>
        <w:t>Дараа нь Даниел Христ бус, Габриел үзэгдэхэд гурав дахь удаагаа хүргэгдэв.</w:t>
      </w:r>
    </w:p>
    <w:p>
      <w:pPr>
        <w:pStyle w:val="ArticleScripture"/>
        <w:jc w:val="left"/>
      </w:pPr>
      <w:r>
        <w:rPr>
          <w:rFonts w:ascii="Times New Roman" w:hAnsi="Times New Roman" w:eastAsia="Times New Roman" w:cs="Times New Roman"/>
        </w:rPr>
        <w:t>Тэгээд дахин хүний дүртэй мэт нэгэн ирж, надад хүрч, намайг тэнхрүүлээд, «Ихэд хайрлагдсан хүн ээ, бүү ай; чамд амар амгалан байг. Хүчтэй бай, тийм ээ, хүчтэй бай» хэмээн айлдав. Тэр надад ийнхүү айлдмагц би тэнхэрч, «Эзэн минь айлдаг; учир нь та намайг тэнхрүүллээ» гэв. Тэгэхэд тэр: «Би чам уруу юунд ирснийг чи мэдэх үү? Одоо би Персийн ноёнтой тулалдахаар буцна; намайг явмагц, болгоогтун, Грекийн ноён ирнэ. Харин би үнэний Сударт тэмдэглэгдсэн зүйлийг чамд үзүүлнэ. Эдгээр хэрэгт та нарын ноён Михаилаас өөр надтай хамт бат зогсдог нэг ч үгүй» гэв. Даниел 10:18–21.</w:t>
      </w:r>
    </w:p>
    <w:p>
      <w:pPr>
        <w:pStyle w:val="ArticleBody"/>
        <w:jc w:val="left"/>
      </w:pPr>
      <w:r>
        <w:rPr>
          <w:rFonts w:ascii="Times New Roman" w:hAnsi="Times New Roman" w:eastAsia="Times New Roman" w:cs="Times New Roman"/>
        </w:rPr>
        <w:t>Даниелд гурван удаа хүрсэн бөгөөд эхний болон гурав дахь удаад түүнд тэнгэрэлч Габриел хүрсэн. Хоёр дахь удаад түүнд Христ хүрсэн юм. Даниел ижил еврей үгийг дөрвөн удаа хэрэглэсэн боловч тэдгээрийн эхнийх нь, нэгдүгээр зүйлд, тэрээр “үзэгдэл”-ийг ойлгосноо илэрхийлж байв. Үнэнийг ойлгох нь чухал боловч энэ нь бусад гурван удаад түүний амссанчлан, үнэнийг биеэр туулан мэдрэхтэй адил биш юм.</w:t>
      </w:r>
    </w:p>
    <w:p>
      <w:pPr>
        <w:pStyle w:val="ArticleBody"/>
        <w:jc w:val="left"/>
      </w:pPr>
      <w:r>
        <w:rPr>
          <w:rFonts w:ascii="Times New Roman" w:hAnsi="Times New Roman" w:eastAsia="Times New Roman" w:cs="Times New Roman"/>
        </w:rPr>
        <w:t>Даниелын гашуудлын өдрүүд дуусахад, гашуудлын өдрүүд нь төгсөхөөс өмнө тэрээр ойлгож байсан үзэгдлийнхээ туршлагыг түүнд өгсөн юм. Тэрхүү туршлага нь гурван хүрэлцээгээр илэрхийлэгдсэн гурван үе шатаас бүрддэг. Эхний болон сүүлчийн хүрэлцээг Габриел үйлдсэн бөгөөд дундах хүрэлцээг Христ үйлдсэн. Эхний болон сүүлчийн хүрэлцээ нь еврей цагаан толгойн эхний ба сүүлчийн үсгүүд байв. Тэрхүү хоёр дахь үе шатанд Даниел өөрийн Эзэний өмнө тэрслүү нүгэлтэн болох байдлаа хүлээн зөвшөөрдөг бөгөөд иймээс дундах хүрэлцээ нь еврей цагаан толгойн арван гурав дахь үсгээр илэрхийлэгддэг тэрслүү байдлыг төлөөлдөг.</w:t>
      </w:r>
    </w:p>
    <w:p>
      <w:pPr>
        <w:pStyle w:val="ArticleScripture"/>
        <w:jc w:val="left"/>
      </w:pPr>
      <w:r>
        <w:rPr>
          <w:rFonts w:ascii="Times New Roman" w:hAnsi="Times New Roman" w:eastAsia="Times New Roman" w:cs="Times New Roman"/>
        </w:rPr>
        <w:t>“Харин Петр одоо завь ч бай, ачаа тээш ч бай огт тоосонгүй. Түүний урьд өмнө үзэж харсан ямар ч гайхамшгаас илүүгээр энэ гайхамшиг түүнд бурханлаг хүчний илрэл болсон юм. Есүс дотор тэрээр бүх байгалийг Өөрийн захиргаанд барьж байдаг Нэгэнийг харсан. Бурханлаг оршихуй илэрсэн нь түүний өөрийн ариун бус байдлыг илчилжээ. Эзэндээ хандах хайр, өөрийн үл итгэлийнхээ төлөөх ичгүүр, Христийн Өөрийгөө доош буулган соёрхсонд төрсөн талархал, хамгийн гол нь, хязгааргүй ариун байдлын өмнө өөрийн бузартлыг мэдэрсэн тэр мэдрэмж нь түүнийг бүрэн эзэмдэн авсан ажээ. Нөхөд нь торны агууламжийг батлан авч байх зуур Петр Аврагчийн хөлд сөхрөн унаад, «Надаас зайл, учир нь би нүгэлт хүн, Эзэн» хэмээн уулга алдав.”</w:t>
      </w:r>
    </w:p>
    <w:p>
      <w:pPr>
        <w:pStyle w:val="ArticleScripture"/>
        <w:jc w:val="left"/>
      </w:pPr>
      <w:r>
        <w:rPr>
          <w:rFonts w:ascii="Times New Roman" w:hAnsi="Times New Roman" w:eastAsia="Times New Roman" w:cs="Times New Roman"/>
        </w:rPr>
        <w:t>“Эш үзүүлэгч Даниелыг Бурханы тэнгэрэлчийн өмнө үхсэн мэт унагалгасан нь мөн л бурханлаг ариун байдлын тэрхүү адилхан оршихуй байв. Тэрээр, ‘Миний сайхан байдал ялзрал болон хувирч, надад хүч чадал огт үлдсэнгүй’ гэж хэлсэн. Ийнхүү Исаиа Эзэний алдрыг үзэхдээ, ‘Гаслан надад! Учир нь би мөхсөн нэгэн; бохир уруултай хүн бөгөөд бохир уруултай ард түмний дунд оршин суудаг; учир нь миний нүд Хааныг, түмэн цэргийн ЭЗЭНийг харлаа’ хэмээн дуу алджээ. Даниел 10:8; Исаиа 6:5. Хүн төрөлхтөн, өөрийн сул дорой байдал ба нүгэлтэйгээ хамт, бурханлаг төгс төгөлдөртэй эсрэгцүүлэн тавигдахад тэрээр бүхэлдээ дутуу дулимаг бөгөөд ариун бус гэдгээ мэдэрсэн. Бурханы агуу байдал болон сүр жавхлангийн талаар үзэгдэл хүртэх эрх олдсон бүхэнд энэ нь ийнхүү тохиолдож ирсэн юм.”</w:t>
      </w:r>
    </w:p>
    <w:p>
      <w:pPr>
        <w:pStyle w:val="ArticleScripture"/>
        <w:jc w:val="left"/>
      </w:pPr>
      <w:r>
        <w:rPr>
          <w:rFonts w:ascii="Times New Roman" w:hAnsi="Times New Roman" w:eastAsia="Times New Roman" w:cs="Times New Roman"/>
        </w:rPr>
        <w:t>“Петр: ‘Надаас зайлаач; учир нь би нүгэлт хүн’ хэмээн дуу алдав; гэвч тэр Есүсээс салж чадахгүйгээ мэдэрч, Түүний хөлөөс зуурсаар байв. Аврагч: ‘Бүү ай; үүнээс хойш чи хүмүүсийг баригч болно’ гэж хариулав. Исаиа Бурханы ариун байдлыг болон өөрийн зохисгүйг харсны дараа л түүнд тэнгэрлэг мэдээ даатгагдсан юм. Петр өөрийгөө үгүйсгэж, тэнгэрлэг хүчинд найдах байдалд хөтлөгдсөний дараа л Христийн төлөөх ажлынхаа дуудлагыг хүлээн авсан юм.” The Desire of Ages, 246.</w:t>
      </w:r>
    </w:p>
    <w:p>
      <w:pPr>
        <w:pStyle w:val="ArticleBody"/>
        <w:jc w:val="left"/>
      </w:pPr>
      <w:r>
        <w:rPr>
          <w:rFonts w:ascii="Times New Roman" w:hAnsi="Times New Roman" w:eastAsia="Times New Roman" w:cs="Times New Roman"/>
        </w:rPr>
        <w:t>“Марэ” үзэгдэл нь Христийн төрхийн үзэгдэл мөн боловч, Даниел энэ үгийг хоёр дахь ба дөрөв дэх удаагаа хэрэглэсэн хэсгүүдэд тэнгэрэлч Габриел дүрслэгддэг. Эхний удаад Белтешазар үзэгдлийг ойлгосон тухай өгүүлсэн байдаг, харин сүүлийн гурван тохиолдол нь Даниел өөрөө үзэгдлийг туулан амсаж байгааг илэрхийлдэг. Даниел үзэгдлийг туулан амсаж буй тэр гурван удаад мөн тэрээр хүргэгддэг.</w:t>
      </w:r>
    </w:p>
    <w:p>
      <w:pPr>
        <w:pStyle w:val="ArticleBody"/>
        <w:jc w:val="left"/>
      </w:pPr>
      <w:r>
        <w:rPr>
          <w:rFonts w:ascii="Times New Roman" w:hAnsi="Times New Roman" w:eastAsia="Times New Roman" w:cs="Times New Roman"/>
        </w:rPr>
        <w:t>Габриел түүнд анх хүрсэн нь тэр алдаршсан Христийн дүрийг үзсэний дараа байсан бөгөөд тэрхүү туршлага түүнийг “нүүрээрээ доош, газар өөд харуулан гүн нойронд” үлдээжээ. Үзэгдэл нь ялгаралтыг бий болгосон; учир нь түүнтэй хамт байсан хүмүүс “үзэгдлийг хараагүй; харин тэдний дээр агуу их чичрэлт бууж, тэд өөрсдийгөө нуухаар зугтав.” Эхний урам хугарлын үед Иеремиа “Бурханы мутрын учир ганцаараа суусан,” харин Белтешазарт “хүч чадал үлдээгүй”; учир нь түүний “үзэмжит байдал нь дотор минь завхрал болон хувирч,” тэр “ямар ч хүч чадалгүй болсон.”</w:t>
      </w:r>
    </w:p>
    <w:p>
      <w:pPr>
        <w:pStyle w:val="ArticleBody"/>
        <w:jc w:val="left"/>
      </w:pPr>
      <w:r>
        <w:rPr>
          <w:rFonts w:ascii="Times New Roman" w:hAnsi="Times New Roman" w:eastAsia="Times New Roman" w:cs="Times New Roman"/>
        </w:rPr>
        <w:t>Гавриел түүнийг анх удаа хүрмэгц, дараа нь Гавриел Даниелыг өвдөг болон гарын алган дээр нь тогтоон босгов. Дараа нь тэр өөрийн хэлсэн үгсийг ойлгож, босохыг Даниелд тушаасан бөгөөд Даниел чичирч байсан боловч тийн үйлдэв. Үүний дараа Гавриел Даниелын гашуудлын хорин нэгэн өдрийн туршид юу тохиолдсоныг түүнд дэлгэрэнгүй тайлбарлав. Тэрээр Персийн хаадтай хорин нэгэн өдрийн турш тэмцсэний дараа Михаил тэнгэрээс бууж ирэн тулалдаанд оролцсоныг, мөн дараа нь Гавриел Даниелын залбиралд хариу өгөхөөр, бас Даниелд “эцсийн өдрүүдэд чиний ард түмэнд юу тохиолдохыг” тайлбарлахаар ирснийг мэдэгдэв. Михаил тэнгэрээс бууж ирэхэд, эцсийн өдрүүдийн тухай Даниелд тайлбарлуулахаар Гавриел илгээгдсэн байв.</w:t>
      </w:r>
    </w:p>
    <w:p>
      <w:pPr>
        <w:pStyle w:val="ArticleBody"/>
        <w:jc w:val="left"/>
      </w:pPr>
      <w:r>
        <w:rPr>
          <w:rFonts w:ascii="Times New Roman" w:hAnsi="Times New Roman" w:eastAsia="Times New Roman" w:cs="Times New Roman"/>
        </w:rPr>
        <w:t>Габриелын тайлбар Даниелд хорин нэгэн өдрийн гашуудлын эцэст өгөгдсөн бөгөөд энэ нь Илчлэлт номын арван нэгдүгээр бүлгийг мөр мөрөөр нь хэрэглэхэд, Езекиелийн гучин долоодугаар бүлэгт үхэгсдийн яснуудад эш үзүүлэхийг хоёртаа тушаагддаг тэр цагийг төлөөлдөг бөгөөд энэ нь хоёр эш үзүүлэгчийг булшнаас нь босгохын тулд юм. Энэ нь Михаил тэнгэрээс бууж ирэн, Иудагийн номд Сатантай харилцахаас татгалзах зуур Мосегийн биеийг амилуулах үед тохиолддог. Габриел түүнд гашуудлын өдрүүдийн тоймыг өгсний дараа ч Даниел дахин хоёр удаа хүргэгдэх болно.</w:t>
      </w:r>
    </w:p>
    <w:p>
      <w:pPr>
        <w:pStyle w:val="ArticleBody"/>
        <w:jc w:val="left"/>
      </w:pPr>
      <w:r>
        <w:rPr>
          <w:rFonts w:ascii="Times New Roman" w:hAnsi="Times New Roman" w:eastAsia="Times New Roman" w:cs="Times New Roman"/>
        </w:rPr>
        <w:t>Габриел айлдвараа дуусгасны дараа Даниел “нүүрээ газар өөд хандуулан, хэлгүй болов”; дараа нь Христ Өөрөө Даниелын “уруулд хүрч”, тэгээд Даниел “амаа нээн ярьж, миний өмнө зогсож байсан түүнд: Өө, эзэн минь, үзэгдлээс болж миний уй гашуу над дээр эргэн ирж, надад ямар ч хүч үлдсэнгүй. Учир нь энэ миний эзний зарц энэ миний эзэнтэй хэрхэн ярьж чадах билээ? Яагаад гэвэл миний хувьд даруй надад хүч огт үлдээгүй, мөн надад амьсгаа ч үлдсэнгүй” гэж хэлэв.</w:t>
      </w:r>
    </w:p>
    <w:p>
      <w:pPr>
        <w:pStyle w:val="ArticleBody"/>
        <w:jc w:val="left"/>
      </w:pPr>
      <w:r>
        <w:rPr>
          <w:rFonts w:ascii="Times New Roman" w:hAnsi="Times New Roman" w:eastAsia="Times New Roman" w:cs="Times New Roman"/>
        </w:rPr>
        <w:t>Христийг үзэж, Түүнтэй ярилцсан энэ туршлага нь Даниелыг тоос шороонд хүртэл даруу болгосон. Тэрээр хэлгүй болсон бөгөөд, хэрэв Христ түүний уруулд хүрээгүйсэн бол, Исаиагийн уруул тахилын ширээний нүүрсээр хүргэгдсэнчлэн, тэр хэвээрээ үлдэх байлаа.</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“Исаиа эш үзэгдэл дотор Эзэнийхээ сүр жавхлан ба агуу дээдсийн энэ илчлэлийг харахдаа Бурханы ариун цэвэр, ариун байдлын талаар гүн хүчтэй мэдрэмжид автжээ. Түүний Бүтээгчийн юутай ч зүйрлэшгүй төгс төгөлдөр байдал, мөн өөртэй нь хамт Израиль ба Иудагийн сонгогдсон ардын дунд олон жил тооцогдож ирсэн хүмүүсийн нүгэлт зам мөрийн хоорондын ялгаа ямар хурц байсан гээч! ‘Гай надад ирлээ!’ хэмээн тэрээр хашхирсан. ‘Учир нь би сүйрлээ; яагаад гэвэл би бузартсан уруултай хүн бөгөөд бузартсан уруултай ард түмний дунд оршин суудаг. Учир нь миний нүд Хааныг, түмэн цэргийн ЭЗЭНийг харлаа.’ 5-р эшлэл. Тэрээр, яг л дотоод ариун газрын доторх Бурханы оршихуйн бүрэн гэрэлд зогсож буй мэт, хэрэв өөрийнх нь төгс бус байдал ба чадваргүй байдалд орхигдвол, дуудагдсан тэрхүү үүргийг биелүүлэхэд тэрбээр бүрэн төгс хүчин мөхөс байх болно гэдгээ ухаарчээ. Гэвч түүний зовнилыг хөнгөлж, агуу даалгаварт нь бэлтгэхийн тулд нэгэн сераф илгээгдэв. Тахилын ширээнээс авсан амьд нүүрсийг түүний уруул дээр хүргэж, ‘Харагтун, энэ нь чиний уруулд хүрлээ; чиний гэм буруу зайлуулагдаж, нүгэл чинь ариусгагдлаа’ гэсэн юм. Дараа нь Бурханы дуу хоолой сонсогдон, ‘Би хэнийг илгээх вэ, хэн Бидний төлөө явах вэ?’ гэж айлдахад, Исаиа, ‘Би энд байна; намайг илгээгээч’ хэмээн хариулжээ. 7, 8-р эшлэлүүд.”</w:t>
      </w:r>
    </w:p>
    <w:p>
      <w:pPr>
        <w:pStyle w:val="ArticleScripture"/>
        <w:jc w:val="left"/>
      </w:pPr>
      <w:r>
        <w:rPr>
          <w:rFonts w:ascii="Times New Roman" w:hAnsi="Times New Roman" w:eastAsia="Times New Roman" w:cs="Times New Roman"/>
        </w:rPr>
        <w:t>“Тэнгэрлэг айлчлагч хүлээн зогссон элчид: «Явж, энэ ард түмэнд хэлэгтүн, Та нар үнэхээр сонсдог боловч ойлгохгүй; Үнэхээр хардаг боловч ухаарахгүй. Энэ ард түмний зүрхийг бүдүүн болго, Чихийг нь дүлийрүүл, нүдийг нь аниул; Эс тэгвээс тэд нүдээрээ харж, чихээрээ сонсож, Зүрхээрээ ойлгон, эргэж, эдгэх вий» хэмээн тушаав.” 9, 10-р эшлэлүүд.</w:t>
      </w:r>
    </w:p>
    <w:p>
      <w:pPr>
        <w:pStyle w:val="ArticleScripture"/>
        <w:jc w:val="left"/>
      </w:pPr>
      <w:r>
        <w:rPr>
          <w:rFonts w:ascii="Times New Roman" w:hAnsi="Times New Roman" w:eastAsia="Times New Roman" w:cs="Times New Roman"/>
        </w:rPr>
        <w:t>“Эш үзүүлэгчийн үүрэг тодорхой байв; тэрээр ноёрхож буй бузар муу явдлын эсрэг дуу хоолойгоо өргөн эсэргүүцэх ёстой байлаа. Гэвч тэрээр ямар нэгэн найдварын баталгаагүйгээр энэ ажлыг хүлээн авахыг эмээж байв. ‘Эзэн, хэр удаан?’ хэмээн тэр асуув. 11-р эшлэл. Таны сонгогдсон ард түмний дундаас хэн ч ойлгон ухаарч, гэмшиж, эдгэхгүй гэж үү?”</w:t>
      </w:r>
    </w:p>
    <w:p>
      <w:pPr>
        <w:pStyle w:val="ArticleScripture"/>
        <w:jc w:val="left"/>
      </w:pPr>
      <w:r>
        <w:rPr>
          <w:rFonts w:ascii="Times New Roman" w:hAnsi="Times New Roman" w:eastAsia="Times New Roman" w:cs="Times New Roman"/>
        </w:rPr>
        <w:t>“Замд орсон Иудагийн төлөөх түүний сэтгэлийн ачаа дэмий үүрэгдэн өнгөрөх ёсгүй байв. Түүний эрхэм зорилго бүхэлдээ үр жимсгүй болох ёсгүй байлаа. Гэвч олон үеийн турш улам бүр нэмэгдсээр ирсэн бузар мууг түүний амьд ахуй үед арилгах боломжгүй байв. Тэрээр насан туршдаа тэвчээртэй, зоригт багш—сүйрлийн эш үзүүлэгч байхын зэрэгцээ найдварын эш үзүүлэгч байх ёстой байлаа. Эцэст нь тэнгэрлэг зорилго биелж, түүний хичээл зүтгэлийн болон Бурханы бүх үнэнч элч нарын хөдөлмөрийн бүрэн үр жимс илрэх болно. Үлдэгсдийн нэг хэсэг аврагдах ёстой байв. Үүнийг бүтээхийн тулд тэрсэлсэн үндэстэнд сэрэмжлүүлэг ба гуйлтын мэдээнүүдийг дамжуулах ёстой гэж Эзэн тунхаглан: ‘Хотуудад оршин суугчгүй болтлоо эзгүйрч, Байшингууд хүнгүй болж, Нутаг орон бүрмөсөн хоосрон, ЭЗЭН хүмүүсийг алс хол зайлуулж, Газар орны дунд агуу эзгүйрэл болох хүртэл’ хэмээв. Ишлэл 11, 12.”</w:t>
      </w:r>
    </w:p>
    <w:p>
      <w:pPr>
        <w:pStyle w:val="ArticleScripture"/>
        <w:jc w:val="left"/>
      </w:pPr>
      <w:r>
        <w:rPr>
          <w:rFonts w:ascii="Times New Roman" w:hAnsi="Times New Roman" w:eastAsia="Times New Roman" w:cs="Times New Roman"/>
        </w:rPr>
        <w:t>Гэмшээгүй хүмүүст тохиолдохоор байсан хүнд шүүлтүүд—дайн, цөллөг, дарлал, үндэстнүүдийн дунд эрх мэдэл ба нэр хүндээ алдах—эдгээр бүхэн нь, тэдгээрт гомдсон Бурханы мутрыг таних хүмүүсийг гэмшилд хөтлөхийн тулд ирэх ёстой байв. Хойд хаант улсын арван овог удалгүй үндэстнүүдийн дунд сарнин тараагдаж, хотууд нь эзгүйрэн хоцрох ёстой байлаа; дайсагнагч үндэстнүүдийн сүйтгэгч цэргүүд тэдний нутгийг дахин дахин хаман дайрах ёстой байв; эцэст нь бүр Иерусалим ч унаж, Иуда олзлогдон аваачигдах ёстой байлаа; гэвч Амласан нутаг үүрд бүхэлдээ орхигдсон хэвээр үлдэх ёсгүй байв. Тэнгэрлэг зочны Исаиад өгсөн баталгаа нь: “Түүнд арваны нэгэн хэсэг үлдэх бөгөөд, Тэр нь эргэн ирж, мөн идэгдэх болно: Теребинт мод мэт, мөн царс мэт, Навчаа гөвөхөд нь тэдгээрийн язгуур нь дотор нь байдгийн адил: Тийнхүү ариун үр нь түүний язгуур нь байх болно.” 13-р эшлэл.</w:t>
      </w:r>
    </w:p>
    <w:p>
      <w:pPr>
        <w:pStyle w:val="ArticleScripture"/>
        <w:jc w:val="left"/>
      </w:pPr>
      <w:r>
        <w:rPr>
          <w:rFonts w:ascii="Times New Roman" w:hAnsi="Times New Roman" w:eastAsia="Times New Roman" w:cs="Times New Roman"/>
        </w:rPr>
        <w:t>“Бурханы зорилгын эцсийн биелэлтэд хүрэх энэ бат итгэл Исаиагийн зүрхэнд зориг өгсөн юм. Газрын хүчнүүд Иудагийн эсрэг эгнэн жагслаа ч яах вэ? Эзэний элч эсэргүүцэл ба няцаалттай тулгарлаа ч яах вэ? Исаиа Хааныг, түмэн цэргийн ЭЗЭНийг харсан; тэрээр серафимуудын дууг, ‘Бүх дэлхий Түүний алдраар дүүрэн байна’ хэмээхийг сонссон; мөн урвалтанд орсон Иудад илгээх Еховагийн мэдээнүүд Ариун Сүнсний ялган үнэмшүүлэх хүчээр хамт явах болно гэсэн амлалтыг авсан; ийнхүү эш үзүүлэгч өөрийн өмнө буй ажилд хатуужин бэхжсэн юм. 3-р эшлэл. Урт бөгөөд хүнд бэрх үүргийнхээ туршид тэрээр энэ үзэгдлийн дурсамжийг өөртэйгөө авч явсан. Жаран жил буюу түүнээс ч илүү хугацаанд тэр Иудагийн хөвгүүдийн өмнө найдварын эш үзүүлэгчийн хувиар зогсож, сүмийн ирээдүйн ялалтын тухай зөгнөлүүддээ улам зоригтой, бас улам бүр зоригтой болсоор байв.” Эш үзүүлэгчид ба Хаад,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Наймдугаар</dc:title>
  <dc:subject>Үзэгдлийг нээх нь: Даниел дахь гашуудлын өдрүүдийг ойлгох нь</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