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тавин есдүгээр хэсэг</w:t>
      </w:r>
    </w:p>
    <w:p>
      <w:pPr>
        <w:pStyle w:val="ArticleSubtitle"/>
        <w:jc w:val="left"/>
      </w:pPr>
      <w:r>
        <w:rPr>
          <w:rFonts w:ascii="Arial" w:hAnsi="Arial" w:eastAsia="Arial" w:cs="Arial"/>
        </w:rPr>
        <w:t>Даниелын үзэгдэл дэх гурван тэнгэрэлчийн хүрэлтийг илчлэх нь: эш үзүүллэгийн илчлэл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Аравдугаар бүлэгт Даниелд гурвантаа хүрдэг бөгөөд тэр гурван хүрэлт нь Даниел өөрөө “mareh” буюу үзэгдлийг биечлэн гурвантаа туулан мэдэрсэнтэй тохирч байна. Эхний болон сүүлчийн илрэлтүүд нь Есүс Христийн Илчлэлийн элч Габриелынх байв. Эцэгээс Өөрт нь өгөгдсөн Христийн мэдээг Габриел авч, түүнийг сүмүүд рүү илгээх ёстой эш үзүүлэгчид дамжуулан хүргэдэг нь Габриел мөн.</w:t>
      </w:r>
    </w:p>
    <w:p>
      <w:pPr>
        <w:pStyle w:val="ArticleScripture"/>
        <w:jc w:val="left"/>
      </w:pPr>
      <w:r>
        <w:rPr>
          <w:rFonts w:ascii="Times New Roman" w:hAnsi="Times New Roman" w:eastAsia="Times New Roman" w:cs="Times New Roman"/>
        </w:rPr>
        <w:t>Харин би чамд үнэний бичвэрт тэмдэглэгдсэн зүйлийг үзүүлэх болно. Энэ бүхэнд надтай хамт бат зогсогч нь танай ноён Михаилаас өөр хэн ч үгүй. Даниел 10:21.</w:t>
      </w:r>
    </w:p>
    <w:p>
      <w:pPr>
        <w:pStyle w:val="ArticleBody"/>
        <w:jc w:val="left"/>
      </w:pPr>
      <w:r>
        <w:rPr>
          <w:rFonts w:ascii="Times New Roman" w:hAnsi="Times New Roman" w:eastAsia="Times New Roman" w:cs="Times New Roman"/>
        </w:rPr>
        <w:t>Габриел өөрийгөө бүтээгдсэн оршихуй гэдгээ мэддэг бөгөөд үүний учраас Илчлэлт номд тэрээр Иоханд өөрийг нь мөргөхгүй байхыг шуудхан анхааруулсан юм.</w:t>
      </w:r>
    </w:p>
    <w:p>
      <w:pPr>
        <w:pStyle w:val="ArticleScripture"/>
        <w:jc w:val="left"/>
      </w:pPr>
      <w:r>
        <w:rPr>
          <w:rFonts w:ascii="Times New Roman" w:hAnsi="Times New Roman" w:eastAsia="Times New Roman" w:cs="Times New Roman"/>
        </w:rPr>
        <w:t>Тэгээд би түүнд мөргөхөөр хөлд нь унав. Харин тэр надад, «Бүү тэг; би бол чиний болон Есүсийн гэрчлэлийг эзэмшигч ах дүүсийн чинь хамтран үйлчлэгч мөн. Бурханд мөргө. Учир нь Есүсийн гэрчлэл бол эш үзүүллэгийн сүнс мөн» гэж хэлэв. Илчлэлт 19:10.</w:t>
      </w:r>
    </w:p>
    <w:p>
      <w:pPr>
        <w:pStyle w:val="ArticleBody"/>
        <w:jc w:val="left"/>
      </w:pPr>
      <w:r>
        <w:rPr>
          <w:rFonts w:ascii="Times New Roman" w:hAnsi="Times New Roman" w:eastAsia="Times New Roman" w:cs="Times New Roman"/>
        </w:rPr>
        <w:t>Тиймээс эш үзүүллэгийг судлагч хүн, Габриел “үнэний бичвэрт тэмдэглэгдсэн” зүйлийн талаар өөрөөс нь дээгүүр хэн ч байхгүй гэж тодорхойлон хэлж буй шалтгаан нь эш үзүүллэгийн тодорхой зорилготой гэдгийг ойлгох ёстой. Тэрээр зөвхөн Христ л Судруудыг өөрөөс нь илүү сайн ойлгодог гэдгийг онцлон хэлэхдээ, Христийг “Михаил, танай ханхүү” хэмээн тодорхойлж байна. Харин Михаил нь зөвхөн нэгэн ханхүү төдий бус, тэр бол тэргүүн тэнгэрэлч мөн.</w:t>
      </w:r>
    </w:p>
    <w:p>
      <w:pPr>
        <w:pStyle w:val="ArticleScripture"/>
        <w:jc w:val="left"/>
      </w:pPr>
      <w:r>
        <w:rPr>
          <w:rFonts w:ascii="Times New Roman" w:hAnsi="Times New Roman" w:eastAsia="Times New Roman" w:cs="Times New Roman"/>
        </w:rPr>
        <w:t>Гэвч тэргүүн тэнгэрэлч Михаил Мосегийн биеийн тухай диаволтой маргалдан мэтгэлцэхдээ түүний эсрэг доромжлон буруутгахыг зүрхэлсэнгүй, харин: «Эзэн чамайг зэмлэг» гэжээ. Иуда 7.</w:t>
      </w:r>
    </w:p>
    <w:p>
      <w:pPr>
        <w:pStyle w:val="ArticleBody"/>
        <w:jc w:val="left"/>
      </w:pPr>
      <w:r>
        <w:rPr>
          <w:rFonts w:ascii="Times New Roman" w:hAnsi="Times New Roman" w:eastAsia="Times New Roman" w:cs="Times New Roman"/>
        </w:rPr>
        <w:t>Иймээс энэ гурван хүрэлт нь бүгд тэнгэрэлчийн хүрэлт бөгөөд Даниел “mareh,” үзэгдлийг гурвантаа амсах бүрдээ тэр нь тэнгэрэлчийнх байдаг. Даниелд гурав дахь удаагаа хүрэхэд түүнийг хүчирхэгжүүлэхийн тулд байсан; учир нь өмнө нь, хоёр дахь хүрэлтээр тэрээр хүч чадлаа алдсан юм.</w:t>
      </w:r>
    </w:p>
    <w:p>
      <w:pPr>
        <w:pStyle w:val="ArticleScripture"/>
        <w:jc w:val="left"/>
      </w:pPr>
      <w:r>
        <w:rPr>
          <w:rFonts w:ascii="Times New Roman" w:hAnsi="Times New Roman" w:eastAsia="Times New Roman" w:cs="Times New Roman"/>
        </w:rPr>
        <w:t>Тэгээд хүний төрхтэй мэт нэгэн дахин ирж, надад хүрээд намайг хүчирхэгжүүлэв. Тэрээр, “Үнэхээр их хайрлагдсан хүн ээ, бүү ай; амар амгалан чамд байх болтугай; хүчтэй бай, тийм ээ, хүчтэй бай” гэв. Тэр надтай ийнхүү айлдсаны дараа би хүчирхэгжиж, “Эзэнтэн минь айлдагтун; учир нь Та намайг хүчирхэгжүүллээ” гэв. Тэгэхэд тэр, “Би чам уруу юунд ирснийг чи мэдэх үү? Одоо би Персийн ноёнтой тулалдахаар буцна; тэгээд намайг явсны дараа, харагтун, Грекийн ноён ирнэ” гэв. Даниел 10:18–20.</w:t>
      </w:r>
    </w:p>
    <w:p>
      <w:pPr>
        <w:pStyle w:val="ArticleBody"/>
        <w:jc w:val="left"/>
      </w:pPr>
      <w:r>
        <w:rPr>
          <w:rFonts w:ascii="Times New Roman" w:hAnsi="Times New Roman" w:eastAsia="Times New Roman" w:cs="Times New Roman"/>
        </w:rPr>
        <w:t>Габриел, Даниелаас “Би чамд юунд ирснээ чи мэднэ үү?” хэмээн асуухдаа, эцсийн өдрүүдэд “чиний ард түмэнд тохиолдохыг чамд ухааруулахын тулд” ирсэн гэдгээ Даниелд сануулдаг. Эцсийн өдрүүдийн талаар Даниелд заасан зүйлтэйгээ нийцүүлэн, Габриел дараа нь “Би Персийн ноёнтой тулалдахаар буцна; мөн намайг явмагц, харагтун, Грекийн ноён ирнэ” хэмээн өгүүлдэг. Тэгээд тэрээр эцсийн өдрүүдэд нэг зуун дөчин дөрвөн мянгад тохиолдохыг дүрслэн өгүүлдэг арван нэгдүгээр бүлгийн эш үзүүллэгийн өгүүлэмжийг эхлүүлдэг. Тэрхүү эш үзүүллэгийн өгүүлэмж нь “Персийн ноён” болон “Грекийн ноён”-той хийх тэмцлийн хүрээнд байрлуулсан байна.</w:t>
      </w:r>
    </w:p>
    <w:p>
      <w:pPr>
        <w:pStyle w:val="ArticleBody"/>
        <w:jc w:val="left"/>
      </w:pPr>
      <w:r>
        <w:rPr>
          <w:rFonts w:ascii="Times New Roman" w:hAnsi="Times New Roman" w:eastAsia="Times New Roman" w:cs="Times New Roman"/>
        </w:rPr>
        <w:t>Агуу Кирээс Агуу Александрын хоорондын бодит түүх хоёр зуу гаруй жилийг хамарсан юм. Харин Илчлэлт номын арван нэгдүгээр бүлэг дэх агуу газар хөдлөлтийн үед эцсийн хөдөлгөөнүүд хурдан өрнөдөг бөгөөд зургаа дахь хаант улсыг хойд зүгийн хуурамч хаан эзлэн авмагц долоо дахь хаант улс болох Грекээр төлөөлөгдсөн арван хаан тэр даруй өөрсдийн хаанчлалыг араатанд өгөхөөр санал нийлдэг.</w:t>
      </w:r>
    </w:p>
    <w:p>
      <w:pPr>
        <w:pStyle w:val="ArticleBody"/>
        <w:jc w:val="left"/>
      </w:pPr>
      <w:r>
        <w:rPr>
          <w:rFonts w:ascii="Times New Roman" w:hAnsi="Times New Roman" w:eastAsia="Times New Roman" w:cs="Times New Roman"/>
        </w:rPr>
        <w:t>Нэгэн түвшинд “mareh” үзэгдэл Даниелын аравдугаар бүлэгт долоон удаа хэрэглэгдсэн байдаг. Бид тэдгээр долоон тохиолдлын дөрвийг авч үзээд, эхний дурдлагад Кирусын гурав дахь жилийн өмнө Даниел уг үзэгдлийг ойлгож байсан болохыг Даниел өөрөө тэмдэглэж байгааг тогтоосон. Дараагийн гурван дурдлагад, үзэгдэл бүр дээрх гурван хүрэлт нь хорин нэгэн өдрийн гашуудлаас сэрж буй Даниелын туршлагыг илэрхийлдэг. Түүний сэргэн мандалтын сэрэлт нь мөнхийн сайн мэдээний гурван үе шаттай үйл явц дээр бүтээгдсэн бөгөөд тэрхүү гурван үе шатыг тэнгэрэлчүүдээр төлөөлүүлсэн байдаг. Гэвч хоёр дахь үе шат нь тэргүүн тэнгэрэлч Михаил бөгөөд Тэр бол Мосег үхлээс босгон, түүнийг тэнгэрт өргөгдүүлсэн Нэгэн мөн.</w:t>
      </w:r>
    </w:p>
    <w:p>
      <w:pPr>
        <w:pStyle w:val="ArticleBody"/>
        <w:jc w:val="left"/>
      </w:pPr>
      <w:r>
        <w:rPr>
          <w:rFonts w:ascii="Times New Roman" w:hAnsi="Times New Roman" w:eastAsia="Times New Roman" w:cs="Times New Roman"/>
        </w:rPr>
        <w:t>Аравдугаар бүлэгт “үзэгдэл” хэмээх үг орсон бусад гурван тохиолдолд энэ нь “mareh” биш, харин “marah” юм. “Marah” нь “mareh”-ийн эм хүйсийн хэлбэр мөн. Энэ нь үзэгдэл, мөн шалтгаант утгаар “толь” буюу “харах шил” гэсэн утгатай. Түүний тодорхойлолтын түлхүүр нь “шалтгаант” шинжид оршдог. Энэ нь “дүр төрхийн” үзэгдэл мөн боловч хүйсийнхээ хувьд өөр тул эш үзүүллэгийн өөр мэдээг илтгэнэ. “Толь” гэсэн тодорхойлолт нь үзэгдлийг харж буй хүмүүс ямар нэгэн тусгалыг харж байна гэдгийг илэрхийлдэг. Үгийн “шалтгаант” шинж нь энэ л тал дээр оршино. “Marah”-ийн хүрээн дэх шалтгаант үгийн тодорхойлолт нь гүн гүнзгий юм.</w:t>
      </w:r>
    </w:p>
    <w:p>
      <w:pPr>
        <w:pStyle w:val="ArticleBody"/>
        <w:jc w:val="left"/>
      </w:pPr>
      <w:r>
        <w:rPr>
          <w:rFonts w:ascii="Times New Roman" w:hAnsi="Times New Roman" w:eastAsia="Times New Roman" w:cs="Times New Roman"/>
        </w:rPr>
        <w:t>“Шалтгаанжуулах” гэсэн нэр томьёо нь шалтгаан-холбооны ойлголт буюу ямар нэгэн зүйл тохиолдоход хүргэх үйлдэлтэй холбоотой. Хэл шинжлэлд, тухайлбал үйл үгийн хэлбэрзүйд, шалтгаанжуулах хэлбэр нь тухайн үйл үгийн эзэн нь өөр нэг хүн юмуу зүйлийг уг үйл үгээр илэрхийлсэн үйлдлийг гүйцэтгэхэд хүргэж байгааг заадаг хэл зүйн бүтц юм. Жишээлбэл, англи хэлэнд “унших” гэсэн үйл үг “хэн нэгнээр уншуулах” гэж хэлэхэд шалтгаанжуулах утгатай болдог. Энд өгүүлэгдэхүүний эзэн нь өөр нэг хүнийг унших үйлдлийг гүйцэтгэхэд хүргэж байна.</w:t>
      </w:r>
    </w:p>
    <w:p>
      <w:pPr>
        <w:pStyle w:val="ArticleBody"/>
        <w:jc w:val="left"/>
      </w:pPr>
      <w:r>
        <w:rPr>
          <w:rFonts w:ascii="Times New Roman" w:hAnsi="Times New Roman" w:eastAsia="Times New Roman" w:cs="Times New Roman"/>
        </w:rPr>
        <w:t>Үйлдүүлэх хэв нь өгүүлэгдэхүүний хувьд үйл үгээр дүрслэгдсэн үйлдлийг бий болгох хариуцлагыг үүрч байгааг илтгэнэ. “Үйлдүүлэх” гэдэг нь ямар нэг үйлдэл буюу үйл явдлыг хэрхэн бий болгон тохиолдуулж буй хэлбэрийг заана. Даниел еврей “marah” гэдэг үгийг хэрэглэсэн гурван тохиолдол бүрд, харж буй үзэгдэл нь түүнийг харагчийг өөрийн харж буй дүр төрхөд өөрчлөгдөхөд хүргэдэг.</w:t>
      </w:r>
    </w:p>
    <w:p>
      <w:pPr>
        <w:pStyle w:val="ArticleScripture"/>
        <w:jc w:val="left"/>
      </w:pPr>
      <w:r>
        <w:rPr>
          <w:rFonts w:ascii="Times New Roman" w:hAnsi="Times New Roman" w:eastAsia="Times New Roman" w:cs="Times New Roman"/>
        </w:rPr>
        <w:t>Тэгээд нэгдүгээр сарын хорин дөрөв дэх өдөр, би Хиддекел хэмээх агуу мөрний эрэг дээр байж байхдаа, нүдээ өргөн харвал, болгоогтун, маалинган хувцас өмссөн, бүсэлхийгээрээ Уфазын цэвэр алтаар бүсэлсэн нэгэн хүн байв. Түүний бие биндэрьяа чулуутай адил, нүүр царай нь аянгын дүр төрх (mareh) мэт, нүд нь галт дэнлүү мэт, гар хөл нь өнгөлсөн гуультай адил өнгөтэй, үгсийнх нь дуу олон хүний дуу мэт байв. Энэ үзэгдлийг (marah) зөвхөн би, Даниел, харсан билээ. Учир нь надтай хамт байсан хүмүүс үзэгдлийг (marah) хараагүй боловч, тэднийг агуу чичрэлт нөмөрсөн тул өөрсдийгөө нуухаар зугтав. Иймээс би ганцаараа үлдэж, энэ агуу үзэгдлийг (marah) харсан бөгөөд надад ямар ч хүч үлдсэнгүй. Учир нь миний өнгө зүс дотор минь ялзрал болон хувирч, би ямар ч хүч тэнхээгүй болов. Гэвч би түүний үгсийн дууг сонсов. Түүний үгсийн дууг сонсоод, би нүүрээрээ газар харан гүн нойронд автсан байв. Даниел 10:4–9.</w:t>
      </w:r>
    </w:p>
    <w:p>
      <w:pPr>
        <w:pStyle w:val="ArticleBody"/>
        <w:jc w:val="left"/>
      </w:pPr>
      <w:r>
        <w:rPr>
          <w:rFonts w:ascii="Times New Roman" w:hAnsi="Times New Roman" w:eastAsia="Times New Roman" w:cs="Times New Roman"/>
        </w:rPr>
        <w:t>Гашуудлын хорин нэгэн өдрийн төгсгөлд—энэ нь эцсийн өдрүүдэд гудамжинд хоёр гэрч үхсэнээр өнгөрүүлэх гурван өдөр хагасын хугацаатай нийцдэг—Даниелд Христийн дүр төрхийг гэнэт үзүүлэхэд хүргэсэн бөгөөд Түүний дүр төрх нь “аянга цахилгааны дүр төрх (mareh) мэт” ажээ. Илчлэл номын арван нэгдүгээр бүлгийн тэрхүү гурван өдөр хагасын төгсгөл дэх энэ үйл явдал нь салангид байдлыг бий болгодог. Учир нь Даниелтай “хамт байсан хүмүүс”-ийг “үзэгдлийг (marah) [харахгүй]” байхаар хүргэсэн; харин “их чичирхийлэл тэднийг нөмөрсөн тул тэд өөрсдийгөө нуухаар зугтав. Тиймээс” Даниел “ганцаараа үлдсэн”, харин “надтай хамт байсан хүмүүс [үзэгдлийг (marah)] хараагүй; харин их чичирхийлэл тэднийг нөмөрсөн тул тэд өөрсдийгөө нуухаар зугтав.”</w:t>
      </w:r>
    </w:p>
    <w:p>
      <w:pPr>
        <w:pStyle w:val="ArticleBody"/>
        <w:jc w:val="left"/>
      </w:pPr>
      <w:r>
        <w:rPr>
          <w:rFonts w:ascii="Times New Roman" w:hAnsi="Times New Roman" w:eastAsia="Times New Roman" w:cs="Times New Roman"/>
        </w:rPr>
        <w:t>Даниелын ганцаараа байхдаа үзсэн үзэгдэл нь Даниелыг тэрхүү үзэгдлийн дүр төрхөд хувиргасан эмэгтэйлэг, шалтгаан үйлдэгч үзэгдэл байв. Энэхүү хувирал нь Даниелын хүний хүчийг зайлуулж, түүний гоо жавхланг ялзрал болгон хувиргаснаар гүйцэлдсэн юм.</w:t>
      </w:r>
    </w:p>
    <w:p>
      <w:pPr>
        <w:pStyle w:val="ArticleScripture"/>
        <w:jc w:val="left"/>
      </w:pPr>
      <w:r>
        <w:rPr>
          <w:rFonts w:ascii="Times New Roman" w:hAnsi="Times New Roman" w:eastAsia="Times New Roman" w:cs="Times New Roman"/>
        </w:rPr>
        <w:t>Сэтгэл оршдог бөгөөд түүгээрээ үйлчилдэг энэ махан бие өөрөө Эзэнийх мөн. Амьд механизмын аль ч хэсгийг үл хайхрах эрх бидэнд үгүй. Амьд бие махбодын бүх хэсэг бүр Эзэнийх юм. Өөрсдийн бие махбодын бүтцийн талаарх мэдлэг маань эрхтэн бүр зөвт байдлын зэвсэг болон Бурханд үйлчлэх ёстойг бидэнд заах учиртай.</w:t>
      </w:r>
    </w:p>
    <w:p>
      <w:pPr>
        <w:pStyle w:val="ArticleScripture"/>
        <w:jc w:val="left"/>
      </w:pPr>
      <w:r>
        <w:rPr>
          <w:rFonts w:ascii="Times New Roman" w:hAnsi="Times New Roman" w:eastAsia="Times New Roman" w:cs="Times New Roman"/>
        </w:rPr>
        <w:t>“Хүний зүрхний бардамналыг Бурханаас өөр хэн ч номхруулж чаддаггүй. Бид өөрсдийгөө аварч чаддаггүй. Бид өөрсдийгөө дахин шинэчилж чаддаггүй. Тэнгэрийн орднуудад: Өөрийгөө хайрласан надад, өөрийгөө угаасан надад, өөрийгөө золин аварсан надад алдар, хүндэтгэл, ерөөл ба магтаал байг хэмээх дуу дуулагдахгүй. Харин энэ бол энд, энэ дэлхийд, олон хүний дуулж буй дууны гол өнгө мөн. Тэд зүрх сэтгэлдээ дөлгөөн, даруу байх нь юу гэсэн утгатайг мэддэггүй; мөн хэрэв түүнээс зайлсхийж чадвал, үүнийг мэдэхийг ч хүсдэггүй. Бүх сайн мэдээ нь Христээс, Түүний дөлгөөн ба даруу байдлаас суралцахад бүхэлдээ оршдог.”</w:t>
      </w:r>
    </w:p>
    <w:p>
      <w:pPr>
        <w:pStyle w:val="ArticleScripture"/>
        <w:jc w:val="left"/>
      </w:pPr>
      <w:r>
        <w:rPr>
          <w:rFonts w:ascii="Times New Roman" w:hAnsi="Times New Roman" w:eastAsia="Times New Roman" w:cs="Times New Roman"/>
        </w:rPr>
        <w:t>“Итгэлээр зөвтгөгдөнө гэж юу вэ? Энэ нь хүний алдрыг тоосонд дарж, хүн өөрийнхөө төлөө өөрийн хүчээр хийж үл чадахыг түүний төлөө хийдэг Бурханы үйлс мөн.” Testimonies to Ministers, 456.</w:t>
      </w:r>
    </w:p>
    <w:p>
      <w:pPr>
        <w:pStyle w:val="ArticleBody"/>
        <w:jc w:val="left"/>
      </w:pPr>
      <w:r>
        <w:rPr>
          <w:rFonts w:ascii="Times New Roman" w:hAnsi="Times New Roman" w:eastAsia="Times New Roman" w:cs="Times New Roman"/>
        </w:rPr>
        <w:t>Итгэлээр зөвтгөгдөхийн туршлага нь хүний алдар сууг тоосонд унагах Бурханы ажил мөн. Даниелтай хамт байсан хүмүүсийг зугтаалгасан үзэгдэл нь Христийн илрэлтийн “учруулах” эм хүйстэй үзэгдэл байсан бөгөөд Даниелын өөрийн зөвт байдал нэн даруй тоосонд унасны дараа эцэст нь Даниелд мэдээг дамжуулах чадал өгсөн тэнгэрэлчийн гурван хүрэлт хэрэглэгдсэн юм.</w:t>
      </w:r>
    </w:p>
    <w:p>
      <w:pPr>
        <w:pStyle w:val="ArticleBody"/>
        <w:jc w:val="left"/>
      </w:pPr>
      <w:r>
        <w:rPr>
          <w:rFonts w:ascii="Times New Roman" w:hAnsi="Times New Roman" w:eastAsia="Times New Roman" w:cs="Times New Roman"/>
        </w:rPr>
        <w:t>1888 онд хүчирхэг тэнгэрэлч ахлагч Жоунс болон Ваггонер нарын тунхагласан итгэлээр зөвтгөгдөх тухай мэдээтэйгээр бууж ирсэн. Яг тэрхүү мөн тэнгэрэлч 2001 оны 9 дүгээр сарын 11-нд яг тэрхүү мөн итгэлээр зөвтгөгдөх тухай мэдээтэйгээр дахин бууж ирсэн. Энэ нь нэг зуун дөчин дөрвөн мянгын тамгалагдах үйл явцын эхлэлийг тэмдэглэсэн юм. Нэг зуун дөчин дөрвөн мянгын тамгалагдах явцын төгсгөлд, эхэнд байсан мэдээ дахин давтагддаг; учир нь Есүс аливаа зүйлийн төгсгөлийг тухайн зүйлийн эхлэлээр үргэлж дүрслэн үзүүлдэг.</w:t>
      </w:r>
    </w:p>
    <w:p>
      <w:pPr>
        <w:pStyle w:val="ArticleBody"/>
        <w:jc w:val="left"/>
      </w:pPr>
      <w:r>
        <w:rPr>
          <w:rFonts w:ascii="Times New Roman" w:hAnsi="Times New Roman" w:eastAsia="Times New Roman" w:cs="Times New Roman"/>
        </w:rPr>
        <w:t>1840 оны 8 дугаар сарын 11-нд яг тэр л тэнгэрэлч бууж ирэн, 1840-өөс 1844 он хүртэл хэрэгжсэн гурван алхмыг эхлүүлсэн юм. Тэрхүү гурван алхам нь 1840 оны 8 дугаар сарын 11-нд анхны тэнгэрэлч хүч чадал хүртсэнээр эхэлж, 1844 оны 4 дүгээр сарын 19-нд хоёр дахь тэнгэрэлч ирснээр үргэлжилж, 1844 оны 10 дугаар сарын 22-нд гурав дахь тэнгэрэлч ирснээр биелсэн юм. Тэрхүү түүх нь 2001 оны 9 дүгээр сарын 11-нд гурван тэнгэрэлчийн эхнийх нь бууж ирснийг урьдчилан дүрсэлсэн бөгөөд үүний дараа 2020 оны 7 дугаар сарын 18-ны урам хугарал дээр хоёр дахь тэнгэрэлч дагалдан ирсэн ба энэ нь удалгүй ирэх Ням гаргийн хуулийн үед гурав дахь тэнгэрэлч ирснээр төгсөнө.</w:t>
      </w:r>
    </w:p>
    <w:p>
      <w:pPr>
        <w:pStyle w:val="ArticleBody"/>
        <w:jc w:val="left"/>
      </w:pPr>
      <w:r>
        <w:rPr>
          <w:rFonts w:ascii="Times New Roman" w:hAnsi="Times New Roman" w:eastAsia="Times New Roman" w:cs="Times New Roman"/>
        </w:rPr>
        <w:t>Тэр түүхийн эцэст, Илчлэлт арван нэгдүгээр бүлэгт дүрслэгдсэнчлэн, мөн Даниелын хорин нэгэн өдрийн гашуудлаар ч бас төлөөлөгдсөнчлөн, гурван өдөр хагасын турш гудамжинд үхсэн байсны дараа Михаил Мосе ба Елиаг амилуулахаар бууж ирэх үед Христ дахин бууж ирдэг. Тэрээр эхлээд Өөрийн алдрын үзэгдлийг, хүний алдрыг тоосонд унаган, ялгарал үүсгэдэг тэрхүү үзэгдлийг үзүүлдэг. Даниел тоосонд унасны дараа, мөн “учруулагч” эмэгтэйлэг үзэгдлийг харан өөрчлөгдсөнийх нь дараа, Габриел түүнд анх удаа хүрч, чичирсэн хөл дээр нь босгодог.</w:t>
      </w:r>
    </w:p>
    <w:p>
      <w:pPr>
        <w:pStyle w:val="ArticleBody"/>
        <w:jc w:val="left"/>
      </w:pPr>
      <w:r>
        <w:rPr>
          <w:rFonts w:ascii="Times New Roman" w:hAnsi="Times New Roman" w:eastAsia="Times New Roman" w:cs="Times New Roman"/>
        </w:rPr>
        <w:t>Тэгээд тэргүүн тэнгэрэлч Михаил “Мосег амилуулах”-аар бууж ирээд, Даниелд хоёр дахь удаагаа хүрч, өөрийн Эзэнтэй үнэхээр ярьж байгаагийн бодит байдалд автсаных нь улмаас түүнийг хүчгүй болгож орхино. Дараа нь Габриел ирж, түүнд гурав дахь удаагаа хүрэн, удахгүй ирэх Ням гаргийн хуулийн үед туг тэмдэг болох ажлын төлөө түүнийг хүчирхэгжүүлнэ. Эдгээр гурван хүрэлт нь Илчлэлт арван дөрвийн гурван тэнгэрэлчийн бэлгэдэл мөн боловч, тэд нэг өдөрт тохиолддог.</w:t>
      </w:r>
    </w:p>
    <w:p>
      <w:pPr>
        <w:pStyle w:val="ArticleBody"/>
        <w:jc w:val="left"/>
      </w:pPr>
      <w:r>
        <w:rPr>
          <w:rFonts w:ascii="Times New Roman" w:hAnsi="Times New Roman" w:eastAsia="Times New Roman" w:cs="Times New Roman"/>
        </w:rPr>
        <w:t>Эхний тэнгэрэлчийн туршлагад Христийн аянга мэт илрэлт, тусгаарлан ялгадаг “учир шалтгааны” үзэгдэл, мөн Даниелыг өөрийн хүний алдар суугийн тоосноос өндийлгөдөг анхны хүрэлт багтдаг. Эхний тэнгэрэлч нь эхнийхэд багтсан бүх гурван алхмыг эзэмшдэг, учир нь энэ нь анхны мэдээг төлөөлдөг. Анхны хүрэлт ЕСӨӨС АРВАН НЭГДҮГЭЭР эшлэлүүдэд тэмдэглэгдэн үлдсэн нь санамсаргүй хэрэг биш юм.</w:t>
      </w:r>
    </w:p>
    <w:p>
      <w:pPr>
        <w:pStyle w:val="ArticleScripture"/>
        <w:jc w:val="left"/>
      </w:pPr>
      <w:r>
        <w:rPr>
          <w:rFonts w:ascii="Times New Roman" w:hAnsi="Times New Roman" w:eastAsia="Times New Roman" w:cs="Times New Roman"/>
        </w:rPr>
        <w:t>Гэвч би түүний үгсийн дуу хоолойг сонсов; түүний үгсийн дуу хоолойг сонсмогцоо би нүүрээрээ газар унан, гүн нойронд автсан байлаа. Тэгтэл, болгоогтун, нэгэн гар надад хүрч, намайг өвдөг дээр минь болон гарын алга дээр минь тулан босгов. Тэр надад: Ай Даниел аа, үлэмж хайрлагдсан хүн минь, чамд хэлж буй миний үгсийг ойлгоод, эгц бос; учир нь би одоо чам уруу илгээгдсэн юм гэв. Тэр энэ үгийг надад айлдмагц би чичрэн босов. Даниел 10:9–11.</w:t>
      </w:r>
    </w:p>
    <w:p>
      <w:pPr>
        <w:pStyle w:val="ArticleBody"/>
        <w:jc w:val="left"/>
      </w:pPr>
      <w:r>
        <w:rPr>
          <w:rFonts w:ascii="Times New Roman" w:hAnsi="Times New Roman" w:eastAsia="Times New Roman" w:cs="Times New Roman"/>
        </w:rPr>
        <w:t>Христ Өөрөө үйлдсэн хоёр дахь хүрэлтийн туршлага нь Даниелыг ярьж чадахгүй байснаас Эзэнтэйгээ ярилцаж чаддаг болгон өөрчилдөг. Хоёр дахь хүрэлтэд Даниел амьсгалгүй байдаг тул энд тэрээр Езекиелийн гучин долоодугаар бүлэг дэх эхний мэдээний цэг дээр дүрслэгдэж байна.</w:t>
      </w:r>
    </w:p>
    <w:p>
      <w:pPr>
        <w:pStyle w:val="ArticleScripture"/>
        <w:jc w:val="left"/>
      </w:pPr>
      <w:r>
        <w:rPr>
          <w:rFonts w:ascii="Times New Roman" w:hAnsi="Times New Roman" w:eastAsia="Times New Roman" w:cs="Times New Roman"/>
        </w:rPr>
        <w:t>Тэр надад тийнхүү айлдсаны дараа би нүүрээ газарт хандуулж, хэлгүй мэт болов. Тэгтэл, харагтун, хүний хөвгүүдийн дүртэй нэгэн миний уруулд хүрэв. Тэгэхэд би амаа нээж, ярин, миний өмнө зогсож байсан түүнд өгүүлрүүн: Өө, эзэн минь, энэ үзэгдлээс болж миний шаналал над дээр эргэн ирж, надад огт хүч үлдсэнгүй. Учир нь энэ миний эзний зарц хэрхэн энэ миний эзэнтэй ярьж чадах билээ? Миний хувьд гэвэл, тэр даруй надад ямар ч хүч үлдээгүй бөгөөд надад амьсгаа ч үлдсэнгүй. Даниел 10:15–17.</w:t>
      </w:r>
    </w:p>
    <w:p>
      <w:pPr>
        <w:pStyle w:val="ArticleBody"/>
        <w:jc w:val="left"/>
      </w:pPr>
      <w:r>
        <w:rPr>
          <w:rFonts w:ascii="Times New Roman" w:hAnsi="Times New Roman" w:eastAsia="Times New Roman" w:cs="Times New Roman"/>
        </w:rPr>
        <w:t>Езекиелийн хоёр дахь мэдээнд, яснууд амь орж, босон зогсоод үлэмж их цэрэг болохын тулд дөрвөн салхинаас ирэх нэгэн мэдээ тэдний дээр үлээгдэх ёстой. Тэрхүү цэргийн хүчирхэгжүүлэлт нь гурав дахь хүрэлтээр бэлгэдэгддэг.</w:t>
      </w:r>
    </w:p>
    <w:p>
      <w:pPr>
        <w:pStyle w:val="ArticleScripture"/>
        <w:jc w:val="left"/>
      </w:pPr>
      <w:r>
        <w:rPr>
          <w:rFonts w:ascii="Times New Roman" w:hAnsi="Times New Roman" w:eastAsia="Times New Roman" w:cs="Times New Roman"/>
        </w:rPr>
        <w:t>Тэгэхэд хүний дүрстэй адил нэгэн дахин ирж, надад хүрээд, намайг хүчирхэгжүүлэв. Тэрээр, «Ихэд хайрлагдсан хүн ээ, бүү ай; амар тайван чамд байх болтугай; хүчтэй бай, тийм ээ, хүчтэй бай» гэж айлдав. Тэр надтай ийнхүү айлдсаны дараа би хүчирхэгжин, «Эзэн минь айлдагтун; учир нь Та намайг хүчирхэгжүүллээ» гэв. Тэгэхэд тэрээр, «Би чам уруу юунд ирснийг чи мэдэж байна уу? Одоо би Персийн ханхүүтэй тулалдахаар буцна; харин намайг явсны дараа, болгоогтун, Грекийн ханхүү ирнэ. Гэвч би чамд үнэний бичээсэд тэмдэглэгдсэн зүйлийг үзүүлье. Эдгээр зүйлсэд надтай хамт зогсдог нь та нарын ханхүү Михаилаас өөр хэн ч үгүй. Мөн би Мид хүн Дариусын эхний жилд, үнэхээр би өөрөө, түүнийг бататгаж, хүчирхэгжүүлэхээр зогссон юм. Одоо би чамд үнэнийг үзүүлье. Болгоогтун, Персэд бас гурван хаан босно; харин дөрөв дэх нь тэд бүгдээс хавьгүй баян байх болно; тэрээр эд баялгаараа хүчирхэгжин, бүгдийг Грекийн хаант улсын эсрэг хөдөлгөнө» гэв. Даниел 10:18–11:2.</w:t>
      </w:r>
    </w:p>
    <w:p>
      <w:pPr>
        <w:pStyle w:val="ArticleBody"/>
        <w:jc w:val="left"/>
      </w:pPr>
      <w:r>
        <w:rPr>
          <w:rFonts w:ascii="Times New Roman" w:hAnsi="Times New Roman" w:eastAsia="Times New Roman" w:cs="Times New Roman"/>
        </w:rPr>
        <w:t>Езекиелийн гучин долоодугаар бүлэгт хоёр гэрчид амь оруулдаг мэдээ нь гурав дахь гайгийн Исламын мэдээ мөн. Харин мөр мөрөөр нь авч үзвэл, Михаел Мосег амилуулан түүнийг туг тэмдэг болгон тэнгэр өөд аваачиж буй дүрслэлд Габриелын тодорхойлдог мэдээ нь Америкийн Нэгдсэн Улсын эцсийн ерөнхийлөгчийн мэдээ юм. Энэ нь 2020 онд алуулсан зургаа дахь ерөнхийлөгчийн (Бүгд Найрамдах намын эвэр) мэдээ бөгөөд яг л жинхэнэ Протестантын эвэр тийнхүү алагдсан шиг юм. Даниелын өгүүлэмжид жинхэнэ Протестантын эвэрт зориулсан гашуудлын өдрүүдээс гарсан амилалтын тухай өгүүлэмж нь Бүгд Найрамдах намын эвэрийн амилалтыг тодорхойлоход хүргэдэг.</w:t>
      </w:r>
    </w:p>
    <w:p>
      <w:pPr>
        <w:pStyle w:val="ArticleBody"/>
        <w:jc w:val="left"/>
      </w:pPr>
      <w:r>
        <w:rPr>
          <w:rFonts w:ascii="Times New Roman" w:hAnsi="Times New Roman" w:eastAsia="Times New Roman" w:cs="Times New Roman"/>
        </w:rPr>
        <w:t>Даниелын аравдугаар бүлэгт “үзэгдэл” эсвэл “дүр төрх” гэсэн үг долоон удаа хэрэглэгдсэн байдаг. Тэдгээр долоон тохиолдол нь ижил еврей үгээр тэмдэглэгдсэн бөгөөд зөвхөн гурван удаад нь тэр үг эм хүйсийн хэлбэрээр, харин үлдсэн дөрвөн удаад нь эр хүйсийн хэлбэрээр хэрэглэгдсэн байдаг. Долоо нь төгс төгөлдөрийн тоо бөгөөд долоотой тэнцэх гурав-дөрвийн хослол нь Илчлэлт номын үндсэн шинжүүдийн нэг мөн; тэнд долоон чуулганы сүүлийн гурав, долоон лацын сүүлийн гурав, мөн долоон бүрээний сүүлийн гурав нь эхний дөрвөөсөө онцгойлон ялгагдан тэмдэглэгдсэн байдаг.</w:t>
      </w:r>
    </w:p>
    <w:p>
      <w:pPr>
        <w:pStyle w:val="ArticleBody"/>
        <w:jc w:val="left"/>
      </w:pPr>
      <w:r>
        <w:rPr>
          <w:rFonts w:ascii="Times New Roman" w:hAnsi="Times New Roman" w:eastAsia="Times New Roman" w:cs="Times New Roman"/>
        </w:rPr>
        <w:t>Даниел ба Илчлэлтийн номууд нь нэгэн ижил ном мөн бөгөөд энэ утгаараа Даниел ба Иохан хоёр эцсийн өдрүүдийн нэгэн ижил бэлгэдэл мөн. Аравдугаар бүлэг дэх Христийн үзэгдэл нь Илчлэлт номын нэгдүгээр бүлэг дэх Христийн үзэгдэл мөн.</w:t>
      </w:r>
    </w:p>
    <w:p>
      <w:pPr>
        <w:pStyle w:val="ArticleBody"/>
        <w:jc w:val="left"/>
      </w:pPr>
      <w:r>
        <w:rPr>
          <w:rFonts w:ascii="Times New Roman" w:hAnsi="Times New Roman" w:eastAsia="Times New Roman" w:cs="Times New Roman"/>
        </w:rPr>
        <w:t>Илчлэл номын нэгдүгээр бүлэгт Иохан ар талаасаа нэгэн дуу хоолойг сонсоод, ярьж буй Нэгэнийг харахаар эргэв.</w:t>
      </w:r>
    </w:p>
    <w:p>
      <w:pPr>
        <w:pStyle w:val="ArticleScripture"/>
        <w:jc w:val="left"/>
      </w:pPr>
      <w:r>
        <w:rPr>
          <w:rFonts w:ascii="Times New Roman" w:hAnsi="Times New Roman" w:eastAsia="Times New Roman" w:cs="Times New Roman"/>
        </w:rPr>
        <w:t>Эзэний өдөр би Сүнсэнд байхад, ард минь бүрээ мэт агуу дуу хоолойг сонсов. Тэр нь: Би бол Альфа ба Омега, эхний бөгөөд сүүлчийн Нэгэн мөн. Чи юу үзнэ, түүнийгээ номд бичээд Азид буй долоон чуулганд—Ефест, Смирнад, Пергамд, Тиатирад, Сардист, Филаделфид, Лаодикейд—илгээ хэмээн айлдав. Илчлэлт 1:10, 11.</w:t>
      </w:r>
    </w:p>
    <w:p>
      <w:pPr>
        <w:pStyle w:val="ArticleBody"/>
        <w:jc w:val="left"/>
      </w:pPr>
      <w:r>
        <w:rPr>
          <w:rFonts w:ascii="Times New Roman" w:hAnsi="Times New Roman" w:eastAsia="Times New Roman" w:cs="Times New Roman"/>
        </w:rPr>
        <w:t>Даниелын аравдугаар бүлэг дэх гурван хүрэлт ч бай, Эшлэл номын нэгдүгээр бүлэг дэх тэрхүү адил үзэгдэл ч бай, эсвэл Езекиелын гучин долдугаар бүлэг дэх хоёр захиас ч бай, мөн Исаиа тахилын ширээнээс авсан амьд нүүрсээр хүргүүлсэн явдал ч бай, энэ туршлага нь эцсийн сэрэмжлүүлгийн мэдээг хүчинжүүлэн батжуулахыг илтгэдэг бөгөөд тэрхүү мэдээ 2023 оны долдугаар сард хоёр гэрчийн амилалтаар эхэлдэг. Даниел, Иохан, Езекиел, Исаиа нар бүгд араасаа “хуучин замууд”-аас ирэх “дуу хоолой”-г сонсдог, “Би хэнийг илгээх вэ?” хэмээн асуудаг нэгэн элчийг төлөөлдөг. Тэр элч “Би энд байна, намайг илгээгээч” хэмээн хариулахад, тэрээр хүчирхэгжиж, цөлд хашхирагч нэгэн адил дуу хоолойгоо өргөдөг. “Чуулгануудад Сүнс юу айлдаж буйг чихтэй нь сонсогтун.”</w:t>
      </w:r>
    </w:p>
    <w:p>
      <w:pPr>
        <w:pStyle w:val="ArticleBody"/>
        <w:jc w:val="left"/>
      </w:pPr>
      <w:r>
        <w:rPr>
          <w:rFonts w:ascii="Times New Roman" w:hAnsi="Times New Roman" w:eastAsia="Times New Roman" w:cs="Times New Roman"/>
        </w:rPr>
        <w:t>Бид энэхүү судалгааг дараагийн өгүүлэлдээ үргэлжлүүлэх болно.</w:t>
      </w:r>
    </w:p>
    <w:p>
      <w:pPr>
        <w:pStyle w:val="ArticleScripture"/>
        <w:jc w:val="left"/>
      </w:pPr>
      <w:r>
        <w:rPr>
          <w:rFonts w:ascii="Times New Roman" w:hAnsi="Times New Roman" w:eastAsia="Times New Roman" w:cs="Times New Roman"/>
        </w:rPr>
        <w:t>“Дөнгөж сая дүрслэн өгүүлсэн тэрхүү явдлын үед тэнгэрэлч Габриел Даниелд тухайн үедээ хүлээн авч чадах бүх заавар сургамжийг дамжуулсан юм. Гэвч хэдэн жилийн дараа эш үзүүлэгч бүрэн тайлбарлагдаагүй үлдсэн асуудлуудын талаар илүү ихийг мэдэхийг хүсэж, дахин Бурханаас гэрэл ба мэргэн ухааныг эрэн хайхаар өөрийгөө зориулав. ‘Тэр өдрүүдэд би, Даниел, бүтэн гурван долоо хоног гашуудан байлаа. Би амтат талх идээгүй, мөн мах ч, дарс ч аманд минь орсонгүй, бас би өөрийгөө огт тослоогүй билээ…. Тэгээд би нүдээ өргөн харвал, маалинган хувцас өмссөн, бүсэлхийгээрээ Уфазын нарийн алтаар бүсэлсэн нэгэн хүнийг харав. Түүний бие бадмаараг мэт, царай нь аянгын үзэгдэл адил, нүд нь галын дэнлүү мэт, гар хөл нь өнгөлсөн гууль мэт өнгөтэй, үгийнх нь дуу олон хүний дуу мэт байв’ (Даниел 10:2–6).”</w:t>
      </w:r>
    </w:p>
    <w:p>
      <w:pPr>
        <w:pStyle w:val="ArticleScripture"/>
        <w:jc w:val="left"/>
      </w:pPr>
      <w:r>
        <w:rPr>
          <w:rFonts w:ascii="Times New Roman" w:hAnsi="Times New Roman" w:eastAsia="Times New Roman" w:cs="Times New Roman"/>
        </w:rPr>
        <w:t>“Энэ дүрслэл нь Христ Патмос арал дээр Иоханд илчлэгдэн үзэгдэхэд түүнд өгөгдсөн дүрслэлтэй төстэй юм. Бурханы Хүүгээс өөр хэн ч биш Нэгэн Даниелд үзэгдэв. Манай Эзэн тэнгэрлэг өөр нэг элчийн хамт эцсийн өдрүүдэд юу болохыг Даниелд заахаар ирдэг.</w:t>
      </w:r>
    </w:p>
    <w:p>
      <w:pPr>
        <w:pStyle w:val="ArticleScripture"/>
        <w:jc w:val="left"/>
      </w:pPr>
      <w:r>
        <w:rPr>
          <w:rFonts w:ascii="Times New Roman" w:hAnsi="Times New Roman" w:eastAsia="Times New Roman" w:cs="Times New Roman"/>
        </w:rPr>
        <w:t>“Ертөнцийн Аврагчийн илчилсэн агуу үнэнүүд нь үнэнийг нуугдсан эрдэнэс мэт эрэн хайгчдад зориулагдсан байдаг. Даниел өтөлсөн хүн байв. Түүний амьдрал харь үндэстний хааны ордны сэтгэл татам байдлын дунд өнгөрч, оюун санаа нь агуу эзэнт гүрний хэргүүдэд дарагдан байлаа. Гэвч тэр энэ бүхнээс хөндийрөн, Бурханы өмнө сэтгэлээ дарлаж, Хамгийн Дээдийн зорилгуудын мэдлэгийг эрэн хайсан юм. Түүний гуйлт залбиралд хариу болгон, тэнгэрийн ордноос гэрэл нь хожмын өдрүүдэд амьдрах хүмүүст дамжуулагдсан билээ. Тэгвэл бидэнд тэнгэрээс авчирсан үнэнүүдийг ухааран ойлгохын тулд Тэр бидний ойлголтыг нээж өгөхийг гуйн, Бурханыг ямар их чин сэтгэлээр эрэх учиртай вэ.”</w:t>
      </w:r>
    </w:p>
    <w:p>
      <w:pPr>
        <w:pStyle w:val="ArticleScripture"/>
        <w:jc w:val="left"/>
      </w:pPr>
      <w:r>
        <w:rPr>
          <w:rFonts w:ascii="Times New Roman" w:hAnsi="Times New Roman" w:eastAsia="Times New Roman" w:cs="Times New Roman"/>
        </w:rPr>
        <w:t>“‘Зөн үзэгдлийг би, Даниел, ганцаараа харсан юм; надтай хамт байсан хүмүүс тэр зөн үзэгдлийг хараагүй боловч тэдэнд асар их чичирхийлэл нөмөрч, тэд өөрсдийгөө нуухаар зугтав…. Надад ямар ч хүч үлдсэнгүй; учир нь миний өнгө зүс дотор минь ялзрал болон хувирч, би ямар ч хүч тэнхээ хадгалж чадсангүй’ (7, 8-р эшлэлүүд). Үнэхээр ариусгагдсан бүх хүн үүнтэй төстэй туршлагатай байна. Тэд Христийн агуу байдал, алдар суу, төгс төгөлдөр байдлыг хэдий чинээ тодорхой харна, төдий чинээ өөрсдийнхөө сул дорой байдал, төгс бус чанарыг улам тодорхой үзнэ. Тэд өөрсдийгөө нүгэлгүй зан чанартай хэмээн тунхаглах ямар ч хандлагагүй байна; өөрсдөдөө зөв бөгөөд сайхан мэт харагдаж байсан бүхэн нь Христийн ариун байдал, алдар сууны эсрэгцэлд зөвхөн зохисгүй бөгөөд ялзрахуйц мэт харагдана. Хүмүүс Бурханаас тусгаарлагдаж, Христийн тухай маш бүдэг бадаг ойлголттой байх үедээ л, ‘Би нүгэлгүй; би ариусгагдсан’ гэж хэлдэг.”</w:t>
      </w:r>
    </w:p>
    <w:p>
      <w:pPr>
        <w:pStyle w:val="ArticleScripture"/>
        <w:jc w:val="left"/>
      </w:pPr>
      <w:r>
        <w:rPr>
          <w:rFonts w:ascii="Times New Roman" w:hAnsi="Times New Roman" w:eastAsia="Times New Roman" w:cs="Times New Roman"/>
        </w:rPr>
        <w:t>“Габриел эш үзүүлэгчид одоо үзэгдэн, түүнд ийнхүү айлдав: ‘Өө Даниел аа, үлэмж хайрлагдсан хүн минь, миний чамд айлдаж буй үгсийг ойлгогтун, мөн босоогоороо зогсогтун. Учир нь би эдүгээ чам уруу илгээгдсэн юм.’ Тэр надад энэ үгийг айлдсаны дараа би чичирч зогсов. Тэгээд тэр надад: ‘Бүү ай, Даниел аа. Учир нь чи ойлгохын тулд зүрх сэтгэлээ чиглүүлж, өөрийн Бурханы өмнө өөрийгөө даруусгахыг анхнаасаа зорьсон тэр өдрөөс хойш чиний үгс сонсогдсон бөгөөд би чиний үгсийн улмаас ирсэн юм’ гэж айлдав” (11, 12-р эшлэлүүд).</w:t>
      </w:r>
    </w:p>
    <w:p>
      <w:pPr>
        <w:pStyle w:val="ArticleScripture"/>
        <w:jc w:val="left"/>
      </w:pPr>
      <w:r>
        <w:rPr>
          <w:rFonts w:ascii="Times New Roman" w:hAnsi="Times New Roman" w:eastAsia="Times New Roman" w:cs="Times New Roman"/>
        </w:rPr>
        <w:t>“Тэнгэрийн Сүр Жавхлан Даниелд ямар агуу хүндэтгэл үзүүлж байна вэ! Тэрээр чичирч буй Өөрийн зарцаа тайвшруулж, түүний залбирал тэнгэрт сонсогдсоныг түүнд батлан мэдүүлдэг. Тэр халуун сэтгэлийн гуйлтад хариу болгон Персийн хааны зүрхэнд нөлөөлөхөөр тэнгэрэлч Габриел илгээгдсэн юм. Даниел мацаг барин, залбирч байсан тэр гурван долоо хоногийн турш хаан Бурханы Сүнсний сэтгэгдлүүдийг эсэргүүцсээр байсан боловч тэнгэрийн Ханхүү, тэргүүн тэнгэрэлч Михаил, Даниелын залбиралд хариу өгөхийн тулд зөрүүд хааны зүрхийг эргүүлж, тодорхой шийдвэртэй үйлдэл хийхэд хүргэхээр илгээгдсэн байв.</w:t>
      </w:r>
    </w:p>
    <w:p>
      <w:pPr>
        <w:pStyle w:val="ArticleScripture"/>
        <w:jc w:val="left"/>
      </w:pPr>
      <w:r>
        <w:rPr>
          <w:rFonts w:ascii="Times New Roman" w:hAnsi="Times New Roman" w:eastAsia="Times New Roman" w:cs="Times New Roman"/>
        </w:rPr>
        <w:t>“‘Тэгээд тэр надтай тийм үгсийг хэлмэгц, би нүүрээ газар луу хандуулж, хэлгүй болов. Мөн болгоогтун, хүний хөвгүүдийн дүрстэй адил нэгэн миний уруулд хүрэв…. Тэгээд, Өчнөөн хайрлагдсан хүн ээ, бүү ай; амар амгалан чамд байх болтугай; хүчтэй бай, тийм ээ, хүчтэй бай, гэж хэлэв. Тэр надтай ярьсны дараа би хүчирхэгжиж, Миний Эзэн айлдаг; учир нь Та намайг хүчирхэгжүүллээ, гэж хэлэв’ (15–19-р эшлэлүүд). Даниелд илчлэгдсэн тэнгэрлэг сүр жавхлан нь тийм агуу байсан тул тэр түүнийг харахыг тэсвэрлэж чадсангүй. Тэгэхэд тэнгэрийн элч Өөрийн оршихуйн гялбааг халхалж, эш үзүүлэгчид ‘хүний хөвгүүдийн дүрстэй адил нэгэн’ (16-р эшлэл) болон үзэгдэв. Өөрийн тэнгэрлэг хүчээр Тэр үнэнч шударга, итгэлтэй энэ хүнийг Бурханаас түүнд илгээгдсэн мэдээг сонсож чадахаар бэхжүүлэв.</w:t>
      </w:r>
    </w:p>
    <w:p>
      <w:pPr>
        <w:pStyle w:val="ArticleScripture"/>
        <w:jc w:val="left"/>
      </w:pPr>
      <w:r>
        <w:rPr>
          <w:rFonts w:ascii="Times New Roman" w:hAnsi="Times New Roman" w:eastAsia="Times New Roman" w:cs="Times New Roman"/>
        </w:rPr>
        <w:t>“Даниел Хамгийн Дээд Нэгэний үнэнч зарц байсан. Түүний урт удаан амьдрал Эзэндээ өргөсөн эрхэмсэг үйлчлэлийн үйлсээр дүүрэн байв. Түүний зан чанарын ариун байдал, ганхашгүй үнэнч байдал нь зөвхөн түүний зүрх сэтгэлийн даруу байдал болон Бурханы өмнөх гэмшлээр л эн тэнцэнэ. Бид дахин давтан хэлье: Даниелын амьдрал бол жинхэнэ ариуслын талаар өгөгдсөн онгодоор бичигдсэн жишээ мөн.” Ариуссан амьдрал,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тавин есдүгээр хэсэг</dc:title>
  <dc:subject>Даниелын үзэгдэл дэх гурван тэнгэрэлчийн хүрэлтийг илчлэх нь: эш үзүүллэгийн илчлэл</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