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тавдугаар хэсэг</w:t>
      </w:r>
    </w:p>
    <w:p>
      <w:pPr>
        <w:pStyle w:val="ArticleSubtitle"/>
        <w:jc w:val="left"/>
      </w:pPr>
      <w:r>
        <w:rPr>
          <w:rFonts w:ascii="Arial" w:hAnsi="Arial" w:eastAsia="Arial" w:cs="Arial"/>
        </w:rPr>
        <w:t>Даниелын хоёрдугаар бүлэг – Хураангуй ба дүгнэлт, хоёрдугаар хэсэг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2023 оны долоодугаар сарын сүүлчээр, Даниел Ариох уруу очиж, “нууц”-ыг ойлгосноо түүнд мэдэгдсэнээр дүрслэгдсэнчлэн, цөл дэх дуу хоолой үхсэн хуурай яснуудад хандан хашхирч эхэлсэн. Хананиа, Мишаел, Азариа нартай холбоотой Даниел нь Елиагийн элчийг төлөөлдөг бөгөөд Елиагийн мэдээ нь Бурханы ард түмэн үүнийг ойлгож эсвэл хүлээн зөвшөөрч байгаа эсэхээс үл хамааран, тэд аль хэдийн хараалын дор байгааг илтгэнэ.</w:t>
      </w:r>
    </w:p>
    <w:p>
      <w:pPr>
        <w:pStyle w:val="ArticleScripture"/>
        <w:jc w:val="left"/>
      </w:pPr>
      <w:r>
        <w:rPr>
          <w:rFonts w:ascii="Times New Roman" w:hAnsi="Times New Roman" w:eastAsia="Times New Roman" w:cs="Times New Roman"/>
        </w:rPr>
        <w:t>Эдүгээ, ай тахилч нар аа, энэ тушаал та нарт зориулагдсан юм. Хэрэв та нар сонсохгүй, хэрэв Миний нэрд алдрыг өргөхөөр үүнийг зүрхэндээ авахгүй бол, түмэн цэргийн ЭЗЭН айлдаж байна: Би та нар дээр хараалыг илгээж, та нарын ерөөлийг хараах болно; тийм ээ, та нар үүнийг зүрхэндээ авахгүй байгаа учраас Би тэдгээрийг аль хэдийн хараасан билээ. Малахи 2:1, 2.</w:t>
      </w:r>
    </w:p>
    <w:p>
      <w:pPr>
        <w:pStyle w:val="ArticleBody"/>
        <w:jc w:val="left"/>
      </w:pPr>
      <w:r>
        <w:rPr>
          <w:rFonts w:ascii="Times New Roman" w:hAnsi="Times New Roman" w:eastAsia="Times New Roman" w:cs="Times New Roman"/>
        </w:rPr>
        <w:t>Петрийн хэлснээр, эцсийн өдрүүдийн “тахилч нар” гэдэг нь урьд нь Бурханы гэрээний ард түмэн байгаагүй атлаа одоо Бурханы гэрээний ард түмэн болсон хүмүүс юм. Тэд бол Илчлэл номын арван наймдугаар бүлгийн хүчит тэнгэрэлч 2001 оны 9 дүгээр сарын 11-нд бууж ирэхэд “далд ном”-оос идсэн хүмүүс мөн. Гэвч Малахын хэлснээр, тэд хараагдсан байдаг.</w:t>
      </w:r>
    </w:p>
    <w:p>
      <w:pPr>
        <w:pStyle w:val="ArticleScripture"/>
        <w:jc w:val="left"/>
      </w:pPr>
      <w:r>
        <w:rPr>
          <w:rFonts w:ascii="Times New Roman" w:hAnsi="Times New Roman" w:eastAsia="Times New Roman" w:cs="Times New Roman"/>
        </w:rPr>
        <w:t>Хэрэв та нар Эзэн энэрэнгүй болохыг амссан аваас, хүмүүнд няцаагдсан боловч Бурханаар сонгогдсон бөгөөд эрхэмлэгдсэн амьд чулуунд ирэгтүн. Та нар ч мөн адил амьд чулуунуудын адил сүнслэг өргөө болон босгогдож, Есүс Христээр дамжуулан Бурханд тааламжтай сүнслэг тахилуудыг өргөх ариун санваартан болж байна. Учир нь Сударт мөн ийн агуулагдсан байдаг: “Харагтун, Би Сионд сонгогдсон, эрхэм нэгэн булангийн тулгын чулууг тавьж байна. Түүнд итгэгч нь ичгүүрт үл үлдэнэ.” Иймээс итгэгч та нарт Тэр эрхэм билээ. Харин дуулгаваргүй хүмүүст, “барилгачдын голсон тэр чулуу нь булангийн тэргүүн болсон”; мөн “бүдрэх чулуу, тээглэх хад” болсон юм. Тэд үгэнд бүдэрч, дуулгаваргүй байдаг бөгөөд үүнд ч бас томилогдсон билээ. Харин та нар бол сонгогдсон угсаа, хааны санваартан, ариун үндэстэн, Бурханы онцгой ард түмэн мөн. Энэ нь та нарыг харанхуйгаас Өөрийн гайхамшигт гэрэл уруу дуудсан Нэгэний алдарыг тунхаглуулахын тулд юм. Урьд цагт та нар ард түмэн биш байсан, харин эдүгээ Бурханы ард түмэн болсон; өршөөл хүртээгүй байсан, харин эдүгээ өршөөл хүртсэн билээ. 1 Петр 2:3–10.</w:t>
      </w:r>
    </w:p>
    <w:p>
      <w:pPr>
        <w:pStyle w:val="ArticleBody"/>
        <w:jc w:val="left"/>
      </w:pPr>
      <w:r>
        <w:rPr>
          <w:rFonts w:ascii="Times New Roman" w:hAnsi="Times New Roman" w:eastAsia="Times New Roman" w:cs="Times New Roman"/>
        </w:rPr>
        <w:t>Эцсийн өдрүүдийн “тахилч нар” бол “Эзэн энэрэнгүй болохыг амссан” хүмүүс мөн. “Урьд цагт” тэд “ард түмэн биш байсан, харин одоо Бурханы ард түмэн” болсон юм. Тэд бол “хүмүүс үнэхээр голсон боловч Бурханаар сонгогдсон, эрхэм нандин” байсан “амьд чулуу”-г олсон хүмүүс мөн. Тэр чулуу нь Левит хорин зургаадын “долоон цаг” бөгөөд Миллерит хөдөлгөөний “барилгачид” 1863 онд түүнийг “голсон” юм. Миллеритын “барилгачид” 1798 оноос 1844 он хүртэлх дөчин зургаан жилийн хугацаанд нэгэн сүмийг байгуулсан боловч үүний дараа 1856 онд ирсэн “долоон цаг”-ийн талаарх “мэдлэгийн өсөлт”-ийг няцаахаар сонгосон билээ.</w:t>
      </w:r>
    </w:p>
    <w:p>
      <w:pPr>
        <w:pStyle w:val="ArticleScripture"/>
        <w:jc w:val="left"/>
      </w:pPr>
      <w:r>
        <w:rPr>
          <w:rFonts w:ascii="Times New Roman" w:hAnsi="Times New Roman" w:eastAsia="Times New Roman" w:cs="Times New Roman"/>
        </w:rPr>
        <w:t>Миний ард түмэн мэдлэггүйн улмаас сүйрч байна. Чи мэдлэгийг няцаасан учраас Би ч мөн чамайг няцааж, чи Надад тахилч байхаа болино. Чи өөрийн Бурханы хуулийг мартсан тул Би ч бас чиний үр хүүхдүүдийг мартах болно. Тэд олширсон хэрээрээ Миний эсрэг нүгэл үйлдсэн. Тиймээс Би тэдний алдрыг ичгүүр болгон хувиргана. Хосеа 4:6, 7.</w:t>
      </w:r>
    </w:p>
    <w:p>
      <w:pPr>
        <w:pStyle w:val="ArticleBody"/>
        <w:jc w:val="left"/>
      </w:pPr>
      <w:r>
        <w:rPr>
          <w:rFonts w:ascii="Times New Roman" w:hAnsi="Times New Roman" w:eastAsia="Times New Roman" w:cs="Times New Roman"/>
        </w:rPr>
        <w:t>Сүүлчийн өдрүүдийн “тахилч нар” 2001 оны 9 дүгээр сарын 11-ний дараа Адвентизмийн хуучин жимүүд рүү буцаан хөтлөгдөхөд “долоон цаг”-ийн мэдээг хүлээн авсан юм. Тэд нуугдмал номын мэдээг амсаж үзсэн бөгөөд энэ нь “үнэтэй” байв. Гэвч Малахи сүүлчийн өдрүүдийн тахилч нар “хараагдсан” гэж хэлдэг бөгөөд мэдээж “долоон цаг” нь хараал мөн. Тэд эцгүүдийнхээ нүглийг давтан үйлдсэн тул “долоон цаг”-ийн хараал дор байна. Малахи тахилч нар “бузар өргөл” өргөснөөр Бурханы нэрийг бузарласан гэж хэлдэг. Тэрхүү өргөл нь 2020 оны 7 дугаар сарын 18-ны талаарх зөгнөл байсан юм.</w:t>
      </w:r>
    </w:p>
    <w:p>
      <w:pPr>
        <w:pStyle w:val="ArticleScripture"/>
        <w:jc w:val="left"/>
      </w:pPr>
      <w:r>
        <w:rPr>
          <w:rFonts w:ascii="Times New Roman" w:hAnsi="Times New Roman" w:eastAsia="Times New Roman" w:cs="Times New Roman"/>
        </w:rPr>
        <w:t>“Учир нь нар мандахаас эхлээд жаргах хүртэл Миний нэр харь үндэстнүүдийн дунд агуу байх болно; газар бүрд Миний нэрэнд хүж өргөх бөгөөд цэвэр өргөл өргөнө. Учир нь Миний нэр харь үндэстнүүдийн дунд агуу байх болно гэж түмэн цэргийн ЭЗЭН айлдаж байна. Харин та нар ‘ЭЗЭНий ширээ бузарлагдсан; түүний үр жимс, өөрөөр хэлбэл түүний хоол, басамжлагдахуйц’ хэмээн хэлснээрээ түүнийг бузарлав. Та нар мөн ‘Харагтун, энэ нь ямар их залхаамж вэ!’ хэмээн хэлж, түүнийг үл тоомсорлон хамраа сөхөв гэж түмэн цэргийн ЭЗЭН айлдаж байна. Та нар урагдсан, доголон, өвчтэй юмыг авчирч, ийнхүү өргөл өргөсөн; Би үүнийг та нарын гараас хүлээн авах ёстой гэж үү? гэж ЭЗЭН айлдаж байна. Харин сүрэг дотроо эр малаа байлгачхаад тангараглан, Эзэнд гэмт зүйлээр тахил өргөдөг мэхлэгч хараагдаг. Учир нь Би агуу Хаан мөн гэж түмэн цэргийн ЭЗЭН айлдаж байна, Миний нэр харь үндэстнүүдийн дунд сүрдмээр юм. Одоо, өө тахилч нар аа, энэ тушаал та нарт зориулагдсан. Хэрэв та нар сонсохгүй, Миний нэрд алдар өгөхөөр зүрхэндээ авахгүй бол гэж түмэн цэргийн ЭЗЭН айлдаж байна, Би та нар уруу хараал илгээж, та нарын ерөөлүүдийг хараах болно. Тийм ээ, та нар үүнийг зүрхэндээ авдаггүй тул Би тэдгээрийг аль хэдийн хараачихсан. Харагтун, Би та нарын үр удмыг ялзруулж, та нарын баярын тахилуудын баасыг, өөрөөр хэлбэл та нарын баяр ёслолын баасыг, та нарын нүүрэн дээр түрхэнэ; та нарыг түүнтэй хамт авч одно. Тэгээд Миний гэрээ Левитэй байхын тулд Би энэ тушаалыг та нарт илгээснийг та нар мэдэх болно гэж түмэн цэргийн ЭЗЭН айлдаж байна. Малахи 1:11–2:4.”</w:t>
      </w:r>
    </w:p>
    <w:p>
      <w:pPr>
        <w:pStyle w:val="ArticleBody"/>
        <w:jc w:val="left"/>
      </w:pPr>
      <w:r>
        <w:rPr>
          <w:rFonts w:ascii="Times New Roman" w:hAnsi="Times New Roman" w:eastAsia="Times New Roman" w:cs="Times New Roman"/>
        </w:rPr>
        <w:t>Левитэй байгуулсан гэрээ нь Аароны алтан тугалын бослогын үеийн араатны дүрийн сорилтод Левичүүдийн үнэнч байдлын бэлгэдэл юм. Гэрээний элчээр ариусгагддаг Малахи ном дахь Левичүүд “өргөлийг” зөвт байдал дотор өргөхийн тулд ариусгагддаг. Тэр өргөл нь Христийн нэрийн тухай мэдээ бөгөөд тэр нэр нь Түүний зан чанар мөн.</w:t>
      </w:r>
    </w:p>
    <w:p>
      <w:pPr>
        <w:pStyle w:val="ArticleScripture"/>
        <w:jc w:val="left"/>
      </w:pPr>
      <w:r>
        <w:rPr>
          <w:rFonts w:ascii="Times New Roman" w:hAnsi="Times New Roman" w:eastAsia="Times New Roman" w:cs="Times New Roman"/>
        </w:rPr>
        <w:t>“Бурханыг буруугаар ойлгосноос үүдсэн харанхуй л ертөнцийг нөмөрч байна. Хүмүүс Түүний зан чанарын талаарх мэдлэгээ алдаж байна. Энэ нь буруугаар ойлгогдож, буруугаар тайлбарлагдсан билээ. Энэ цаг үед Бурханаас ирэх нэгэн мэдээ тунхаглагдах ёстой бөгөөд тэр нь нөлөөгөөрөө гийгүүлэгч, хүчээрээ аврагч мэдээ юм. Түүний зан чанар илчлэгдэн мэдэгдэх ёстой. Ертөнцийн харанхуй дунд Түүний алдрын гэрэл, Түүний сайн сайхан, өршөөл, үнэнгийн гэрэл тусах ёстой.”</w:t>
      </w:r>
    </w:p>
    <w:p>
      <w:pPr>
        <w:pStyle w:val="ArticleScripture"/>
        <w:jc w:val="left"/>
      </w:pPr>
      <w:r>
        <w:rPr>
          <w:rFonts w:ascii="Times New Roman" w:hAnsi="Times New Roman" w:eastAsia="Times New Roman" w:cs="Times New Roman"/>
        </w:rPr>
        <w:t>“Энэ бол эш үзүүлэгч Исаиагийн дараах үгсэд дүрслэгдсэн ажил мөн: ‘Сайн мэдээг тунхаглагч Иерусалим аа, дуу хоолойгоо хүчтэй өргө; түүнийг өргө, бүү ай; Иудагийн хотуудад, Харагтун, та нарын Бурхан! Харагтун, Эзэн Бурхан хүчирхэг мутраар ирнэ, Түүний мутар Өөрийнх нь төлөө захирна; харагтун, Түүний шагнал Түүнтэй хамт, Түүний ажил Түүний өмнө байна.’ Исаиа 40:9, 10.”</w:t>
      </w:r>
    </w:p>
    <w:p>
      <w:pPr>
        <w:pStyle w:val="ArticleScripture"/>
        <w:jc w:val="left"/>
      </w:pPr>
      <w:r>
        <w:rPr>
          <w:rFonts w:ascii="Times New Roman" w:hAnsi="Times New Roman" w:eastAsia="Times New Roman" w:cs="Times New Roman"/>
        </w:rPr>
        <w:t>“Хүргэний ирэхийг хүлээн буй хүмүүс ард түмэнд, ‘Өөрсдийн Бурханаа болгоогтун’ гэж хэлэх ёстой. Өршөөлийн гэрлийн сүүлчийн туяанууд, ертөнцөд өгөх ёстой өршөөлийн сүүлчийн мэдээ нь Түүний хайрын зан чанарын илчлэл мөн. Бурханы хүүхдүүд Түүний алдрыг илэрхийлэх ёстой. Тэд өөрсдийн амьдрал ба зан чанартаа Бурханы нигүүлсэл тэдний төлөө юу үйлдсэнийг илчлэх ёстой.” Христийн сургамжит үлгэрүүд, 415.</w:t>
      </w:r>
    </w:p>
    <w:p>
      <w:pPr>
        <w:pStyle w:val="ArticleBody"/>
        <w:jc w:val="left"/>
      </w:pPr>
      <w:r>
        <w:rPr>
          <w:rFonts w:ascii="Times New Roman" w:hAnsi="Times New Roman" w:eastAsia="Times New Roman" w:cs="Times New Roman"/>
        </w:rPr>
        <w:t>Малахи дахь тахилч нар Бурханы нэрийг бузарласан өргөлийг өргөсөн. Тэрхүү өргөл нь нэгэн мэдээг төлөөлдөг бөгөөд 2020 оны 7 дугаар сарын 18-нд Нэшвиллд тунхаглагдсан мэдээ нь завхарсан өргөл байсан. Тэр нь Илчлэл арван бүлэгт Христ Өөрөө өгсөн “цаашид хугацаа байх ёсгүй” хэмээх эш үзүүллэгийн тушаалыг үл хайхрах бослогоор завхарсан юм.</w:t>
      </w:r>
    </w:p>
    <w:p>
      <w:pPr>
        <w:pStyle w:val="ArticleScripture"/>
        <w:jc w:val="left"/>
      </w:pPr>
      <w:r>
        <w:rPr>
          <w:rFonts w:ascii="Times New Roman" w:hAnsi="Times New Roman" w:eastAsia="Times New Roman" w:cs="Times New Roman"/>
        </w:rPr>
        <w:t>Тэгээд миний далай дээр болон газар дээр зогсож байхыг харсан тэр тэнгэрэлч тэнгэр өөд гараа өргөж, мөнхөд мөнхөд амьдрагч, тэнгэрийг ба түүнд буй бүхнийг, газрыг ба түүнд буй бүхнийг, далайг ба түүнд буй бүхнийг Бүтээгчээр тангараглан, цаг хугацаа цаашид байхгүй болно гэв. Илчлэл 10:5, 6.</w:t>
      </w:r>
    </w:p>
    <w:p>
      <w:pPr>
        <w:pStyle w:val="ArticleBody"/>
        <w:jc w:val="left"/>
      </w:pPr>
      <w:r>
        <w:rPr>
          <w:rFonts w:ascii="Times New Roman" w:hAnsi="Times New Roman" w:eastAsia="Times New Roman" w:cs="Times New Roman"/>
        </w:rPr>
        <w:t>Малахи номын гуравдугаар бүлэгт левичүүдээр бэлгэдэгдсэн “зөвт байдлын өргөл” нь эртний өдрүүдийнхтэй адил өргөл бөгөөд, нэгэн мэдээг төлөөлдөг. “Эртний он жилүүд” нь Миллерчүүдийн түүхэн дэх анхны урам хугарлыг төрүүлсэн мэдээний ариун цэвэр байдлыг төлөөлдөг. Завхарсан өргөл нь 2020 оны 7 дугаар сарын 18-ны завхарсан мэдээг төлөөлдөг, гэвч энэ нь мөн л зэрэгцээ үйл явдал хэвээр байна.</w:t>
      </w:r>
    </w:p>
    <w:p>
      <w:pPr>
        <w:pStyle w:val="ArticleScripture"/>
        <w:jc w:val="left"/>
      </w:pPr>
      <w:r>
        <w:rPr>
          <w:rFonts w:ascii="Times New Roman" w:hAnsi="Times New Roman" w:eastAsia="Times New Roman" w:cs="Times New Roman"/>
        </w:rPr>
        <w:t>Тэр мөнгө хайлуулж, цэвэршүүлэгч адил сууж, Левийн хөвгүүдийг цэвэршүүлэн, тэднийг алт ба мөнгө мэт ариусгах болно; тэгснээр тэд ЭЗЭНд зөвт байдлын өргөлийг өргөх болно. Тэгээд Иуда ба Иерусалимын өргөл нь эртний өдрүүдэд байсных шиг, урьдын жилүүдэд байсанчлан ЭЗЭНд тааламжтай байх болно. Малахи 3:3, 4.</w:t>
      </w:r>
    </w:p>
    <w:p>
      <w:pPr>
        <w:pStyle w:val="ArticleBody"/>
        <w:jc w:val="left"/>
      </w:pPr>
      <w:r>
        <w:rPr>
          <w:rFonts w:ascii="Times New Roman" w:hAnsi="Times New Roman" w:eastAsia="Times New Roman" w:cs="Times New Roman"/>
        </w:rPr>
        <w:t>Малахид тодорхойлогдсон тэрхүү “хараал” нь Елиа юуг төлөөлдгийг хүлээн зөвшөөрөх тухай нэгэн сорилтыг заадаг. Одоо сэрж буй бид 2020 оны 7-р сарын 18-ны нүгэлт зөгнөлийг гаргасан илэрхийлсэн тэрсэлдлээрээ “долоон үе”-ийн хараалын бодит байдал бидний дээр биелснийг ойлгох ёстой. Бид мөн дахин нэгэнтээ аль эш үзүүллэгийн аргачлалыг идэж хэрэглэхээ шийдэх ёстой. Энэ баримтын хоёр гэрч, бас бусад ч бий, Малахийн танилцуулсан ирэх Елиагийн дүрслэлээс, мөн Елиагийн өөрийнх нь түүхээс олдож болно. Елиа зөвхөн нэг л зөв мэдээ болон аргачлал байх болно гэдгийг тодорхой илэрхийлсэн.</w:t>
      </w:r>
    </w:p>
    <w:p>
      <w:pPr>
        <w:pStyle w:val="ArticleScripture"/>
        <w:jc w:val="left"/>
      </w:pPr>
      <w:r>
        <w:rPr>
          <w:rFonts w:ascii="Times New Roman" w:hAnsi="Times New Roman" w:eastAsia="Times New Roman" w:cs="Times New Roman"/>
        </w:rPr>
        <w:t>Гилеадын оршин суугчдын нэг болох тишбич Елиа Ахабт хандан: Миний өмнө зогсдог Израилийн Бурхан ЭЗЭН амьд буйгаар тангараглая, миний үгээр л биш аваас энэ жилүүдэд шүүдэр ч, бороо ч орохгүй хэмээн хэлэв. Хаадын дээд 17:1.</w:t>
      </w:r>
    </w:p>
    <w:p>
      <w:pPr>
        <w:pStyle w:val="ArticleBody"/>
        <w:jc w:val="left"/>
      </w:pPr>
      <w:r>
        <w:rPr>
          <w:rFonts w:ascii="Times New Roman" w:hAnsi="Times New Roman" w:eastAsia="Times New Roman" w:cs="Times New Roman"/>
        </w:rPr>
        <w:t>Малахи Бурханы аравны нэгтэй холбоотой хараалтай уялдуулан, эцсийн Елиа үзэгдэх үед Бурханы тахилч нарын дор оршиж буй нэгэн “хараал”-ыг тодорхойлсон. Малахид гардаг аравны нэгийн “хараал” нь Бурханы ард түмний зүгээс гарах ёстой нэгэн шийдвэрийг илэрхийлдэг. Учир нь тэд өөрсдийн аль хэдийн дор нь байгаа хараалыг зайлуулахын тулд “агуулах” нь хаана, юу болохыг шийдэх ёстой.</w:t>
      </w:r>
    </w:p>
    <w:p>
      <w:pPr>
        <w:pStyle w:val="ArticleScripture"/>
        <w:jc w:val="left"/>
      </w:pPr>
      <w:r>
        <w:rPr>
          <w:rFonts w:ascii="Times New Roman" w:hAnsi="Times New Roman" w:eastAsia="Times New Roman" w:cs="Times New Roman"/>
        </w:rPr>
        <w:t>Харагтун, Би Өөрийн элчийг илгээх бөгөөд тэр Миний өмнө замыг бэлтгэнэ. Та нарын хайж буй Эзэн Өөрийн сүмд гэнэт ирнэ; та нарын таашаан баясдаг гэрээний элч ч мөн адил ирнэ. Харагтун, тэр ирнэ гэж түмэн цэргийн ЭЗЭН айлдаж байна. Гэвч Түүний ирэх өдрийг хэн тэсвэрлэж чадах вэ? Тэр илрэн үзэгдэхэд хэн зогсож чадах вэ? Учир нь Тэр хайлуулагчийн гал мэт, бөс цайруулагчийн шүлт мэт билээ. Тэр мөнгө хайлуулагч, цэвэршүүлэгч адил сууж, Левийн хөвгүүдийг цэвэршүүлж, алт мөнгө шиг ариусгана. Ингэснээр тэд ЭЗЭНд зөвт байдлаар өргөл өргөх болно. Тэгвэл Иуда ба Иерусалимын өргөл эртний өдрүүдэд байсанчлан, урьдын жилүүдэд байсанчлан ЭЗЭНд тааламжтай байх болно. Би шүүлт хийхээр та нарт ойртон ирж, ид шидтэнгүүдийн эсрэг, завхайрагчдын эсрэг, худал тангараглагчдын эсрэг, хөлсний ажилчны цалинд дарлал үзүүлэгчдийн эсрэг, бэлэвсэн эмэгтэй болон өнчдийн эсрэг, мөн харийн хүнийг эрхээс нь зайлуулдаг, Надаас эмээдэггүй хүмүүсийн эсрэг түргэн гэрч болно гэж түмэн цэргийн ЭЗЭН айлдаж байна. Учир нь Би бол ЭЗЭН, Би өөрчлөгддөггүй. Тиймийн тул Иаковын хөвгүүд та нар бүрмөсөн устгагдаагүй. Та нар эцэг өвгөдийнхөө өдрүүдээс эхлэн Миний тогтоолуудаас хазайж, тэдгээрийг сахиагүй. Над уруу эргэж ир, тэгвэл Би та нар уруу эргэж ирнэ гэж түмэн цэргийн ЭЗЭН айлдаж байна. Гэтэл та нар, “Бид юугаараа эргэж ирэх вэ?” гэдэг. Хүн Бурханаас дээрэмдэх үү? Гэтэл та нар Надаас дээрэмдсэн. Харин та нар, “Бид Танаас юугаар дээрэмдсэн бэ?” гэдэг. Аравны нэгүүд болон өргөлүүдээр. Та нар хараалаар хараагдсан. Учир нь энэ бүхэл үндэстэн Надаас дээрэмдсэн. Миний өргөөнд хүнс байлгахын тулд бүх аравны нэгийг агуулахад авчир. Тэгээд үүгээрээ Намайг одоо сорь гэж түмэн цэргийн ЭЗЭН айлдаж байна. Би та нарт тэнгэрийн цонхнуудыг нээж, багтааж үл хүрэлцэхүйц ерөөлийг асган өгөхгүй эсэхийг үзэгтүн. Би та нарын төлөө цөлмөгчийг зэмлэнэ, тэгэхэд тэр газрын чинь ургацыг сүйтгэхгүй. Түүнчлэн талбай дахь усан үзэмний мод чинь цагаасаа өмнө жимсээ унагахгүй гэж түмэн цэргийн ЭЗЭН айлдаж байна. Малахи 3:1–11.</w:t>
      </w:r>
    </w:p>
    <w:p>
      <w:pPr>
        <w:pStyle w:val="ArticleBody"/>
        <w:jc w:val="left"/>
      </w:pPr>
      <w:r>
        <w:rPr>
          <w:rFonts w:ascii="Times New Roman" w:hAnsi="Times New Roman" w:eastAsia="Times New Roman" w:cs="Times New Roman"/>
        </w:rPr>
        <w:t>Эзэн өөрчлөгддөггүй, мөн Тэр аргачлалаа ч өөрчилдөггүй. “Хараал” нь юу байж болох, эсвэл юу биш байж болохоос үл хамааран, тэр нь Малахи дахь “аравны нэг”-ийн хараалаар илэрхийлэгддэг бөгөөд, Бурханы өргөөнд “идэш” байлгахын тулд аравны нэгийг агуулахад авчрах ёстой. Энэ баримт нь “агуулах” юу болох, мөн эхний тэнгэрэлчийн хөдөлгөөн дотор Виллиам Миллерээр төлөөлөгдсөн хоол нь, гурав дахь тэнгэрэлчийн хөдөлгөөнд идэгдэх ёстой хоолны хэв шинж болсон тэр хоол юу байсан талаар шийдвэр гаргахыг шаарддаг. Тэр хоолны бэлгэдлүүдийн нэг нь “бороо” ба “шүүдэр” юм.</w:t>
      </w:r>
    </w:p>
    <w:p>
      <w:pPr>
        <w:pStyle w:val="ArticleScripture"/>
        <w:jc w:val="left"/>
      </w:pPr>
      <w:r>
        <w:rPr>
          <w:rFonts w:ascii="Times New Roman" w:hAnsi="Times New Roman" w:eastAsia="Times New Roman" w:cs="Times New Roman"/>
        </w:rPr>
        <w:t>Тэнгэрс ээ, чих тавь, би айлдана; газар аа, амны минь үгсийг сонсогтун. Миний сургаал бороо мэт асгарч, миний үгс шүүдэр мэт дуслаг; зөөлөн өвсөн дээрх шиврээ бороо мэт, өвсөн дээрх аадар мэт байх болно. Учир нь би ЭЗЭНий нэрийг тунхаглах болно; та нар манай Бурханд агуу байдлыг нь өргөгтүн. Тэр бол Хад; Түүний ажил төгс төгөлдөр. Учир нь Түүний бүх зам шүүлт мөн; Тэр бол үнэнч Бурхан бөгөөд гэм буруугүй; Тэр зөвт бөгөөд шударга юм. Дэд хууль 32:1–4.</w:t>
      </w:r>
    </w:p>
    <w:p>
      <w:pPr>
        <w:pStyle w:val="ArticleBody"/>
        <w:jc w:val="left"/>
      </w:pPr>
      <w:r>
        <w:rPr>
          <w:rFonts w:ascii="Times New Roman" w:hAnsi="Times New Roman" w:eastAsia="Times New Roman" w:cs="Times New Roman"/>
        </w:rPr>
        <w:t>Елиа Ахабт хэлсэн үгээ үнэхээр тийм утгаар хэлсэн үү? Тэрээр үнэхээр сүүлчийн өдрүүдэд, Елиагийн хөдөлгөөн ба мэдээний төгс биелэл болох үед, “энэ он жилүүдэд шүүдэр ч, бороо ч орохгүй, зөвхөн миний үгийн дагуу л болно” гэж хэлэхийг зорьсон гэж үү? Елиагийн өөрийн үггүйгээр буухгүй хэмээн хэлсэн тэр “бороо” нь Малахийн амласан ерөөлийн “бороо”-той нийцэж байна уу?</w:t>
      </w:r>
    </w:p>
    <w:p>
      <w:pPr>
        <w:pStyle w:val="ArticleScripture"/>
        <w:jc w:val="left"/>
      </w:pPr>
      <w:r>
        <w:rPr>
          <w:rFonts w:ascii="Times New Roman" w:hAnsi="Times New Roman" w:eastAsia="Times New Roman" w:cs="Times New Roman"/>
        </w:rPr>
        <w:t>Бүх аравны нэгээ агуулахад авчир, тэгвэл Миний гэрт хоол хүнс байх болно; тэгээд үүгээр Намайг одоо соригтун гэж түмэн цэргийн ЭЗЭН айлдаж байна, Би та нарт тэнгэрийн цонхуудыг нээж, багтаан хүлээн авах зай үлдэхгүй болтол та нарын дээр ерөөлийг асгахгүй гэж үү. Малахи 3:10.</w:t>
      </w:r>
    </w:p>
    <w:p>
      <w:pPr>
        <w:pStyle w:val="ArticleBody"/>
        <w:jc w:val="left"/>
      </w:pPr>
      <w:r>
        <w:rPr>
          <w:rFonts w:ascii="Times New Roman" w:hAnsi="Times New Roman" w:eastAsia="Times New Roman" w:cs="Times New Roman"/>
        </w:rPr>
        <w:t>Мөн ариусгагдаагүй “тахилч нарын” “өргөл”-ийн “хараал”, түүнчлэн аль хэдийн бий болсон “аравны нэг”-ийг буруу хэрэглэсэн явдал нь бас “долоон удаагийн” “хараал”-ыг төлөөлдөг үү?</w:t>
      </w:r>
    </w:p>
    <w:p>
      <w:pPr>
        <w:pStyle w:val="ArticleBody"/>
        <w:jc w:val="left"/>
      </w:pPr>
      <w:r>
        <w:rPr>
          <w:rFonts w:ascii="Times New Roman" w:hAnsi="Times New Roman" w:eastAsia="Times New Roman" w:cs="Times New Roman"/>
        </w:rPr>
        <w:t>2023 оны 7 дугаар сарын сүүлээр бид Хабаккукийн Хүснэгтүүд хэмээх судалгааны цувралд буй мэдээг үндсэндээ давтан илэрхийлсэн өгүүллүүдийг нийтэлж эхэлсэн. Одоогийн танилцуулгын ялгаа нь 2020 оны 7 дугаар сарын 18-наас хойш Эзэн хуучин сургаалуудын заримыг шинэ гэрэлд харуулж эхэлсэнд оршино.</w:t>
      </w:r>
    </w:p>
    <w:p>
      <w:pPr>
        <w:pStyle w:val="ArticleBody"/>
        <w:jc w:val="left"/>
      </w:pPr>
      <w:r>
        <w:rPr>
          <w:rFonts w:ascii="Times New Roman" w:hAnsi="Times New Roman" w:eastAsia="Times New Roman" w:cs="Times New Roman"/>
        </w:rPr>
        <w:t>Тэр надад гүн утгатай мэт санагдсан зүйлсийг тайлж эхэлсэн боловч би өөрийн биеэр урьд нь гүйцэлдүүлэхээр надад өгөгдсөн ажлаас хөндийрсөн төдийгүй, түүнтэй холбоотой байхыг ч хүсээгүй байлаа. 2020 оны 7-р сарын 19-ний өдрөөс би өмнөх өдрийн зөгнөл буруу байсныг, мөн тэрхүү нүгэлт зөгнөл болон түүний аймшигт үр дагаварт бусад ямар ч хүнээс илүүтэйгээр би өөрөө хариуцлага хүлээх ёстойг ойлгосон.</w:t>
      </w:r>
    </w:p>
    <w:p>
      <w:pPr>
        <w:pStyle w:val="ArticleBody"/>
        <w:jc w:val="left"/>
      </w:pPr>
      <w:r>
        <w:rPr>
          <w:rFonts w:ascii="Times New Roman" w:hAnsi="Times New Roman" w:eastAsia="Times New Roman" w:cs="Times New Roman"/>
        </w:rPr>
        <w:t>Дараа нь 2023 оны 7-р сард, Бурханы гурав дахь тэнгэрэлчийн хөдөлгөөний удирдагчийн хувьд би бүрэн бүтэлгүйтсэн хэдий ч, ядаж 2020 оны 7-р сараас хойш өөрийн ойлгож ирсэн зүйлсээ бичиж эхлэх ёстой гэсэн гүн итгэл үнэмшилд би автсан юм. Би 2020 оны 7-р сарын 18-ны нүглээс хойш надад нээгдсэн зүйлсийг бичгээр буулган, дараа нь намайг эцсийн амралтад тавихаас өмнө түүнийг олон нийтийн бүртгэлд оруулахаар шийдсэн.</w:t>
      </w:r>
    </w:p>
    <w:p>
      <w:pPr>
        <w:pStyle w:val="ArticleBody"/>
        <w:jc w:val="left"/>
      </w:pPr>
      <w:r>
        <w:rPr>
          <w:rFonts w:ascii="Times New Roman" w:hAnsi="Times New Roman" w:eastAsia="Times New Roman" w:cs="Times New Roman"/>
        </w:rPr>
        <w:t>Долоодугаар сараас хойших энэ гурван сарын хугацаанд дэлхий даяарх дал гаруй улс орон эдгээр өгүүллүүдийг одоо даган мөрдөж байна. Тийм ээ, зарим нь эргэлзээгүй ариун бус зорилго, санаа өвөрлөсөндөө дагаж байгаа, гэвч бүгд тийм биш. Бид эдгээр өгүүллүүдийг дэлхий дээрх бүх гол хэлэнд хүргэх нэгэн хөтөлбөрийг хэрэгжүүлж эхлэхийн даваан дээр байна. Учир нь энэ үед тэрхүү дал гаруй улс орон эдгээр үнэнийг зөвхөн англи хэлээр л авч үзэхээс өөр аргагүй байгаа юм.</w:t>
      </w:r>
    </w:p>
    <w:p>
      <w:pPr>
        <w:pStyle w:val="ArticleBody"/>
        <w:jc w:val="left"/>
      </w:pPr>
      <w:r>
        <w:rPr>
          <w:rFonts w:ascii="Times New Roman" w:hAnsi="Times New Roman" w:eastAsia="Times New Roman" w:cs="Times New Roman"/>
        </w:rPr>
        <w:t>Бид эдгээр үнэнийг ашиглан ихийг хийж чадах арга боломжгүй дэлхийн зарим хүмүүст туслахаар аль хэдийн ажиллаж байгаа бөгөөд Бурханы өргөөнд “хоол” хангах тодорхой зорилготой Малахийн “агуулах” нь 2023 оны 7-р сараас хойш эдгээр өгүүллүүдээс урагшлан түгсээр ирсэн үнэнийг дэлгэрүүлэх ажлыг зааж байгаа юм биш биз хэмээн би бодож байна?</w:t>
      </w:r>
    </w:p>
    <w:p>
      <w:pPr>
        <w:pStyle w:val="ArticleBody"/>
        <w:jc w:val="left"/>
      </w:pPr>
      <w:r>
        <w:rPr>
          <w:rFonts w:ascii="Times New Roman" w:hAnsi="Times New Roman" w:eastAsia="Times New Roman" w:cs="Times New Roman"/>
        </w:rPr>
        <w:t>Бид Даниелын гуравдугаар бүлгийн талаарх авч үзлээ дараагийн өгүүлэлд эхлүүлэх болно.</w:t>
      </w:r>
    </w:p>
    <w:p>
      <w:pPr>
        <w:pStyle w:val="ArticleScripture"/>
        <w:jc w:val="left"/>
      </w:pPr>
      <w:r>
        <w:rPr>
          <w:rFonts w:ascii="Times New Roman" w:hAnsi="Times New Roman" w:eastAsia="Times New Roman" w:cs="Times New Roman"/>
        </w:rPr>
        <w:t>“Бид энэ дэлхийн түүхийн онцгой үед амьдарч байна. Нэн богино хугацаанд агуу ажил хийгдэх ёстой бөгөөд Христэд итгэгч бүр энэ ажлыг дэмжин тэтгэхэд өөрийн үүргийг гүйцэтгэх учиртай. Бурхан өөрсдийгөө сүнснүүдийг аврах ажилд зориулан өргөх хүмүүсийг дуудаж байна. Мөхөж буй дэлхийг аврахын тулд Христ ямар их золиос өргөснийг бид ойлгож эхлэх үед сүнснүүдийг аврахын төлөө хүчирхэг тэмцэл өрнөх нь харагдах болно. Өө, манай бүх чуулган Христийн хязгааргүй золиосыг харж, ухааран ойлгодог байгаасай!”</w:t>
      </w:r>
    </w:p>
    <w:p>
      <w:pPr>
        <w:pStyle w:val="ArticleScripture"/>
        <w:jc w:val="left"/>
      </w:pPr>
      <w:r>
        <w:rPr>
          <w:rFonts w:ascii="Times New Roman" w:hAnsi="Times New Roman" w:eastAsia="Times New Roman" w:cs="Times New Roman"/>
        </w:rPr>
        <w:t>“Шөнийн үзэгдлүүдэд Бурханы ард түмний дунд өрнөж буй агуу шинэчлэлийн хөдөлгөөний дүрслэлүүд миний өмнө өнгөрөн харагдсан. Олон хүн Бурханыг магтан алдаршуулж байв. Өвчтэйчүүд эдгэрч, өөр бусад гайхамшгууд үйлдэгдэж байлаа. Агуу Пентекостын өдрийн өмнө илэрхийлэгдэж байсанчлан зуучлан залбирах сүнс үзэгдэв. Зуун, мянгаараа хүмүүс айл өрхөөр орж, тэдний өмнө Бурханы үгийг нээн дэлгэж байгаа нь харагдав. Ариун Сүнсний хүчээр зүрх сэтгэлүүд яллагдаж, жинхэнэ гэмшилт эргэлтийн сүнс илэрч байлаа. Үнэнийг тунхаглахын тулд бүх талаар үүд хаалгууд нээгдэв. Тэнгэрлэг нөлөөгөөр дэлхий ертөнц гэрэлтсэн мэт санагдав. Бурханы жинхэнэ бөгөөд даруу ард түмэн агуу ерөөлүүдийг хүлээн авав. Би талархал ба магтаалын дуу хоолойг сонсов, мөн 1844 онд бидний харсан шиг шинэчлэл өрнөж байгаа мэт санагдав.</w:t>
      </w:r>
    </w:p>
    <w:p>
      <w:pPr>
        <w:pStyle w:val="ArticleScripture"/>
        <w:jc w:val="left"/>
      </w:pPr>
      <w:r>
        <w:rPr>
          <w:rFonts w:ascii="Times New Roman" w:hAnsi="Times New Roman" w:eastAsia="Times New Roman" w:cs="Times New Roman"/>
        </w:rPr>
        <w:t>“Гэвч зарим нь хөрвөн өөрчлөгдөхөөс татгалзав. Тэд Бурханы замаар явахыг хүсээгүй бөгөөд Бурханы ажил урагшлахын тулд сайн дурын өргөлд уриалах үед, зарим нь дэлхий дээрх эд хөрөнгөөсөө хувиа хичээн зууралдсан юм. Ийнхүү шунахай тэдгээр хүмүүс итгэгчдийн чуулганаас салан тусгаарлагдав.</w:t>
      </w:r>
    </w:p>
    <w:p>
      <w:pPr>
        <w:pStyle w:val="ArticleScripture"/>
        <w:jc w:val="left"/>
      </w:pPr>
      <w:r>
        <w:rPr>
          <w:rFonts w:ascii="Times New Roman" w:hAnsi="Times New Roman" w:eastAsia="Times New Roman" w:cs="Times New Roman"/>
        </w:rPr>
        <w:t>“Бурханы шүүлтүүд газар дэлхий дээр байна; мөн Ариун Сүнсний нөлөөн дор бид Түүний бидэнд даалгасан сэрэмжлүүлгийн мэдээг тунхаглах ёстой. Бид энэ мэдээг яаралтайгаар, мөр дээр мөр, тушаал дээр тушаал болгон хүргэх ёстой. Хүмүүс удахгүй асар их шийдвэрүүд гаргахад хүргэгдэх болно; тиймээс тэдэнд үнэнийг ойлгох боломж олгогдож, зөв талд ухаалгаар байр сууриа эзлэхийн тулд тийм боломжийг олж авахад нь анхаарах нь бидний үүрэг мөн. Эзэн Өөрийн ард түмнийг нигүүлслийн хугацаа үргэлжилсээр байх зуур хөдөлмөрлөхийг—чин earnest, ухаалгаар хөдөлмөрлөхийг—дуудаж байна.”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тавдугаар хэсэг</dc:title>
  <dc:subject>Даниелын хоёрдугаар бүлэг – Хураангуй ба дүгнэлт, хоёрдугаар хэсэг</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