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Дөрөв дугаар</w:t>
      </w:r>
    </w:p>
    <w:p>
      <w:pPr>
        <w:pStyle w:val="ArticleSubtitle"/>
        <w:jc w:val="left"/>
      </w:pPr>
      <w:r>
        <w:rPr>
          <w:rFonts w:ascii="Arial" w:hAnsi="Arial" w:eastAsia="Arial" w:cs="Arial"/>
        </w:rPr>
        <w:t>Даниел 11-ийн эш үзүүллэгийн ач холбогдол: Түүхэн болон ирээдүйн үр дагаврыг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Даниел арван нэгдүгээр бүлгийн арван зургаадугаар эшлэлд МЭӨ 63 онд Помпей Иуда ба Иерусалимыг эзлэн авсан явдлыг өгүүлсэн байдаг. Энэ нь мөнөөх бүлгийн дөчин нэгдүгээр эшлэлийн биелэл болгон АНУ-д тун удахгүй гарах Ням гаргийн хуулийг төлөөлдөг. Уг эшлэлтэй холбоотой түүх нь хот эзлэгдэх үед өрнөж буй иргэний дайныг зааж өгдөг бөгөөд ингэснээр эдүгээ АНУ-д явагдаж буй АНУ-ын Иргэний дайны давталтыг тодорхойлж байна. Буу гарсан эсэхээс үл хамааран, одоо АНУ-ын хяналтыг гартаа авахын төлөө хоёр анги тэмцэлдэж байна. Помпей Иерусалимыг эзлэн авах үед энэ нь Иерусалим МЭ 70 онд сүйрэх хүртлээ Ромын захиргаанд үлдэхийг илтгэсэн юм. Иймээс энэ нь Библийн зөгнөлийн зургаа дахь хаанчлалын төгсгөлийг тэмдэглэх тун удахгүй гарах Ням гаргийн хуулийн хэв шинж болсон юм.</w:t>
      </w:r>
    </w:p>
    <w:p>
      <w:pPr>
        <w:pStyle w:val="ArticleBody"/>
        <w:jc w:val="left"/>
      </w:pPr>
      <w:r>
        <w:rPr>
          <w:rFonts w:ascii="Times New Roman" w:hAnsi="Times New Roman" w:eastAsia="Times New Roman" w:cs="Times New Roman"/>
        </w:rPr>
        <w:t>Помпей бол уг эшлэлд тодорхойлогдсон Ромын дөрвөн хүчний эхнийх нь юм. Ром хүн байсан Марк Антони мөн тодорхойлогддог боловч Ромын удирдагчид хэмээн дүрслэгдсэн тэрхүү дөрвөн хүчний дотроос Антони нь Ромын эсрэг тэрсэлж, Египеттэй холбоо байгуулсан Ромын удирдлагыг төлөөлдөг. Помпей, Юлий Цезарь, Август Цезарь, Тиберий Цезарь нар нь газар дэлхийн араатны Бүгд Найрамдах эвэрний дөрвөн үеийг төлөөлүүлэхээр эш үзүүллэгийн хувьд хэрэглэгдсэн Ромын дөрвөн хүн мөн.</w:t>
      </w:r>
    </w:p>
    <w:p>
      <w:pPr>
        <w:pStyle w:val="ArticleBody"/>
        <w:jc w:val="left"/>
      </w:pPr>
      <w:r>
        <w:rPr>
          <w:rFonts w:ascii="Times New Roman" w:hAnsi="Times New Roman" w:eastAsia="Times New Roman" w:cs="Times New Roman"/>
        </w:rPr>
        <w:t>1863 оны үеийн Америкийн Иргэний дайны бослогыг төлөөлдөг Помпей нь мөн эцсийн үеийг болон одоо аль хэдийн эхэлчихээд буй өнөөгийн “иргэний дайн”-ыг дүрслэн харуулдаг. Юлий Цезарь нь хоёр дахь үеийг төлөөлдөг бөгөөд тэр үед Америкийн Нэгдсэн Улс үндэстнүүдийн дундах тэргүүлэх улс болон баттайгаар тогтсон байсан ч 1913 онд, санхүүгийн тогтолцооны бүрэн эрх дэлхийчлэгч банкны тогтолцоонд шилжиж, нэг дэлхийн засгийн газрын төлөөх ажил эхэлсэн тэр үед, “алуулсан” юм. Август Цезарь нь эхний хоёр дэлхийн дайны алдар суугийн он жилүүдийг төлөөлдөг бөгөөд цус урсгалт байсан хэдий ч Америкийн Нэгдсэн Улс дэлхийн атаархлыг төрүүлсэн улс болсон юм. Харин эцсийн үед, архидалтаараа болон Христийг цовдлуулснаараа танигдсан Тиберий Цезарь нь үндсэндээ анхны католик ерөнхийлөгч Жон Ф. Кеннедиг сонгосноор эхэлсэн үеийг төлөөлдөг бөгөөд ингэснээр Ромд мөргөх тэр үеийг тодорхойлон зааж байна.</w:t>
      </w:r>
    </w:p>
    <w:p>
      <w:pPr>
        <w:pStyle w:val="ArticleBody"/>
        <w:jc w:val="left"/>
      </w:pPr>
      <w:r>
        <w:rPr>
          <w:rFonts w:ascii="Times New Roman" w:hAnsi="Times New Roman" w:eastAsia="Times New Roman" w:cs="Times New Roman"/>
        </w:rPr>
        <w:t>Помпейтой холбоотой эдгээр эш үзүүллэгийн асуудлууд чухал боловч бид одоогоор Помпей болон арван зургаадугаар ишлэлийн өмнөх эш үзүүллэгийн түүхэнд анхаарлаа төвлөрүүлж байна. Энэ түүх бүлгийн эхний хоёр ишлэлээс эхэлж, 1989 оныг төгсгөлийн цаг хэмээн тодорхойлдог бөгөөд дараа нь Рейганаас хойших баян зургаа дахь Ерөнхийлөгчийг заан, тэрээр даяарчлагчдыг хөдөлгөөнд оруулдаг гэж харуулдаг бөгөөд үүнийг Трамп үнэхээр гүйцэлдүүлсэн юм.</w:t>
      </w:r>
    </w:p>
    <w:p>
      <w:pPr>
        <w:pStyle w:val="ArticleBody"/>
        <w:jc w:val="left"/>
      </w:pPr>
      <w:r>
        <w:rPr>
          <w:rFonts w:ascii="Times New Roman" w:hAnsi="Times New Roman" w:eastAsia="Times New Roman" w:cs="Times New Roman"/>
        </w:rPr>
        <w:t>Трамп нь Кирусын дараах дөрөв дэх захирагч болох, баян Персийн хаан Ксерксээр дүрслэгдсэн бөгөөд Эстерийн түүхэнд түүнийг Ахашверош гэж ч нэрлэдэг. Эдгээр эшлэлүүдэд Ксерксийн дараа залгах дараагийн хаан нь гуравдугаар эшлэл дэх Агуу Александр юм. Түүхэн ёсоор Ксеркс ба Агуу Александрын хооронд найман захирагч байсан. Трампаас эхлэн, Агуу Александраар төлөөлөгдөх нэг дэлхийн засгийн газар хүртэл, арван хаан дүрслэгдсэн байдаг; Трамп нь эхнийх, Александр нь сүүлчийнх юм.</w:t>
      </w:r>
    </w:p>
    <w:p>
      <w:pPr>
        <w:pStyle w:val="ArticleBody"/>
        <w:jc w:val="left"/>
      </w:pPr>
      <w:r>
        <w:rPr>
          <w:rFonts w:ascii="Times New Roman" w:hAnsi="Times New Roman" w:eastAsia="Times New Roman" w:cs="Times New Roman"/>
        </w:rPr>
        <w:t>Зөгнөлийн шугамуудын дагуу дэлхийн төгсгөлд газрын бүх хаад пап ламын засаглалтай завхайрал үйлдэх бөгөөд тэдгээр хаадыг “арван хаан” хэмээн дүрсэлсэн байдаг. Арван хэсэгт хуваагдсан хаанчлалын тэргүүн байсан бөгөөд Иезебелтэй гэрлэсэн Ахаб нь, бүх арван хаан пап ламын засаглалтай завхайрал үйлдэх боловч тэдний дундаас үүнийг хамгийн түрүүнд үйлдэх нэг үндсэн хаан байдаг гэдгийг төлөөлөн харуулдаг. Пап ламын засаглалд газрын хаан ширээ анх удаа өгөгдөхөд тэрхүү үндсэн хаан нь МЭ 496 онд франкуудын хаан Кловис (Франц) байсан. Энэ нь Францад Католик сүмийн ууган хүү, мөн Католик сүмийн ахмад охин гэсэн цолыг пап ламын засаглал олгосонтой нийцэж байна.</w:t>
      </w:r>
    </w:p>
    <w:p>
      <w:pPr>
        <w:pStyle w:val="ArticleBody"/>
        <w:jc w:val="left"/>
      </w:pPr>
      <w:r>
        <w:rPr>
          <w:rFonts w:ascii="Times New Roman" w:hAnsi="Times New Roman" w:eastAsia="Times New Roman" w:cs="Times New Roman"/>
        </w:rPr>
        <w:t>Иргэншсэн ертөнцийн сэнтийд Ромыг залж байрлуулахад Францын гүйцэтгэсэн эш үзүүллэгийн ажил нь Америкийн Нэгдсэн Улсын эш үзүүллэгийн ажлыг төлөөлөн дүрслэнэ. Библийн эш үзүүллэг дэх Ням гаргийн хууль Америкийн Нэгдсэн Улсад эхэлж, дараа нь газрын дэлхийн бүх үндэстэн тэрхүү жишээг дагана. Эш үзүүллэгийн мөр мөрөөр нь, эцсийн өдрүүдэд нүглийн хүнтэй хамгийн түрүүн бөгөөд тэргүүнлэн садарлан завхайрдаг арван хаадын тэргүүн хаан нь Америкийн Нэгдсэн Улс мөн болохыг тодорхойлдог. Хэдийгээр хоёр, гуравдугаар эшлэлүүдэд анхны баян хаан болох Ксеркс болон эцсийн хаан болох Агуу Александр хоёрын хооронд ямар ч хаад дүрслэгдээгүй боловч, түүх арван хааныг тогтоон харуулдаг. Арав гэсэн тоо нь сорилтыг илэрхийлэхийн зэрэгцээ, мөн эвслийг илэрхийлдэг.</w:t>
      </w:r>
    </w:p>
    <w:p>
      <w:pPr>
        <w:pStyle w:val="ArticleBody"/>
        <w:jc w:val="left"/>
      </w:pPr>
      <w:r>
        <w:rPr>
          <w:rFonts w:ascii="Times New Roman" w:hAnsi="Times New Roman" w:eastAsia="Times New Roman" w:cs="Times New Roman"/>
        </w:rPr>
        <w:t>Дэлхий ертөнцийн өмнө тулгарч буй сорилт нь араатны дүрээр төлөөлөгдсөн дэлхий нийтийн тогтолцоог байгуулан тогтоох явдал юм. Тэрхүү сорилт нь тун удахгүй гарах Ням гаргийн хуулиар Америкийн Нэгдсэн Улсад эхэлж, дараа нь дэлхийн бүх үндэстэн тэр жишээг даган мөрдөх үед төгсөнө. Есүс аливаа зүйлийн төгсгөлийг үргэлж эхлэлээр нь дүрслэн үзүүлдэг. Тиймээс хоёр болон гуравдугаар эшлэлүүдэд баян хаан ба Александр хоёрын хооронд ямар ч хаад дурдагдаагүй боловч, түүх нь авлигажсан улс төрийн тогтолцоонд оролцсоноор бус, харин өөрийн бизнесийн үйл ажиллагаагаар хөрөнгөжсөн хамгийн баян ерөнхийлөгчөөс эхэлдэг нэгэн сорилтын үйл явцыг тодорхойлон харуулдаг.</w:t>
      </w:r>
    </w:p>
    <w:p>
      <w:pPr>
        <w:pStyle w:val="ArticleBody"/>
        <w:jc w:val="left"/>
      </w:pPr>
      <w:r>
        <w:rPr>
          <w:rFonts w:ascii="Times New Roman" w:hAnsi="Times New Roman" w:eastAsia="Times New Roman" w:cs="Times New Roman"/>
        </w:rPr>
        <w:t>“America” хэмээх нэр нь “Amerigo” гэдэг нэрийн латин хувилбараас гаралтай бөгөөд энэ нь 15-р зууны төгсгөл, 16-р зууны эхэн үед Шинэ Дэлхий рүү хэд хэдэн аялал хийсэн Италийн судлаач, далайчин Америго Веспуччигээс үүдэлтэй юм. Ерөнхийд нь авч үзвэл, Веспуччигийн судалгааны аяллууд нь Шинэ Дэлхийг судлах үйлсэд ашиг олох, хүрээгээ тэлэх, нэр хүнд олох боломж байгааг олж харсан ивээн тэтгэгчид, дэмжигчдийн санхүүгийн дэмжлэг, хөрөнгө оруулалтын ачаар боломжтой болсон билээ. “America” хэмээх нэр нь ашиг бий болгох зорилготой чармайлтын бэлгэдэл мөн.</w:t>
      </w:r>
    </w:p>
    <w:p>
      <w:pPr>
        <w:pStyle w:val="ArticleBody"/>
        <w:jc w:val="left"/>
      </w:pPr>
      <w:r>
        <w:rPr>
          <w:rFonts w:ascii="Times New Roman" w:hAnsi="Times New Roman" w:eastAsia="Times New Roman" w:cs="Times New Roman"/>
        </w:rPr>
        <w:t>Есүс аливаа зүйлийн төгсгөлийг үргэлж түүний эхлэлээр дүрслэн үзүүлдэг бөгөөд Мидо-Персийн хоёр эвэрт хаант улсаас Агуу Александр дүрсэлсэн нэг дэлхийн засаглал руу хүргэх гүүрийг төлөөлдөг арван хаадын эхлэл нь Франц болон Ахабаар бэлгэдэгдсэн хаант улсын ерөнхийлөгч болох баян хаанаас эхэлдэг; тэрээр мөн Агуу Александраар төлөөлөгдсөн тэргүүн болох бөгөөд энэ нь худалдаж авч, худалдах боломжтой байхыг хүсвэл бүхэл бүтэн дэлхийг Католик сүмд мөргөн бөхийхөд хүргэхийн тулд Америкийн Нэгдсэн Улсын хүч чадалтай холбоотой эдийн засагтай бүх дэлхий нүүр тулан учрах үед биелнэ.</w:t>
      </w:r>
    </w:p>
    <w:p>
      <w:pPr>
        <w:pStyle w:val="ArticleBody"/>
        <w:jc w:val="left"/>
      </w:pPr>
      <w:r>
        <w:rPr>
          <w:rFonts w:ascii="Times New Roman" w:hAnsi="Times New Roman" w:eastAsia="Times New Roman" w:cs="Times New Roman"/>
        </w:rPr>
        <w:t>Илчлэлт номын арван долоодугаар бүлгийн долоо дахь хаанчлал нь арван хаад бөгөөд, тэдгээр арван хаадын эш үзүүллэгийн шинжүүдийн нэг нь Вавилоны янханд өөрсдийн долоо дахь хаанчлалыг өгөхөөр санал нэгдэхээсээ өмнө тэд зөвхөн “богино хугацаа”-нд оршдог явдал юм; тэр хаанчлал нь өөрөө ердөө “нэг цаг” л тогтнож байдаг. Тэд тэрхүү зөвшилцлийг хүлээн авдаг эш үзүүллэгийн шалтгаан нь Вавилоны дарсанд согтсон байдагт оршино. Түүхэн ёсоор Агуу Александр ч мөн зөвхөн богино хугацаанд захирсан, учир нь түүний амьдрал хаанчлал нь тогтсон шигээ түргэн төгссөн; тэр өөрийгөө архидаж үхэлд хүргэсэн тул, энэ нь Нэгдсэн Үндэстний Байгууллагын арван хаадын богино хугацаа болон согтуу байдлыг бэлгэддэг. Агуу Александр босож ирмэгцээ хугарагдсан бөгөөд түүний хаанчлал дөрвөн салхинд өгөгдсөн нь түүний өмнөх хаанчлалыг дахин сэргээх гэсэн дараах тэмцлийг тодорхойлж байна.</w:t>
      </w:r>
    </w:p>
    <w:p>
      <w:pPr>
        <w:pStyle w:val="ArticleScripture"/>
        <w:jc w:val="left"/>
      </w:pPr>
      <w:r>
        <w:rPr>
          <w:rFonts w:ascii="Times New Roman" w:hAnsi="Times New Roman" w:eastAsia="Times New Roman" w:cs="Times New Roman"/>
        </w:rPr>
        <w:t>Мөн би Мид хүн Дариусын эхний жилд, түүнийг бататгаж, хүчирхэгжүүлэхийн тулд зогссон билээ. Одоо би чамд үнэнийг үзүүлье. Болгоогтун, Перст дахиад гурван хаан гарч ирнэ; дөрөв дэх нь тэд бүгдээс хавьгүй баян байх болно. Тэрээр эд баялгийнхаа хүчээр Грекийн хаанчлалын эсрэг бүгдийг хөдөлгөн босгоно. Тэгээд агуу хүчирхэг нэгэн хаан гарч ирж, асар их ноёрхолтойгоор захирч, өөрийн хүслээр үйлдэх болно. Харин тэр босон гарч ирмэгц, түүний хаанчлал хэмхэрч, тэнгэрийн дөрвөн зүгт хуваагдана; гэвч түүний үр удамд очихгүй, мөн түүний захирч байсан ноёрхлын хэрээр ч байхгүй. Учир нь түүний хаанчлал үндсээрээ булаагдаж, тэднээс өөр бусдад шилжинэ. Даниел 11:1–4.</w:t>
      </w:r>
    </w:p>
    <w:p>
      <w:pPr>
        <w:pStyle w:val="ArticleBody"/>
        <w:jc w:val="left"/>
      </w:pPr>
      <w:r>
        <w:rPr>
          <w:rFonts w:ascii="Times New Roman" w:hAnsi="Times New Roman" w:eastAsia="Times New Roman" w:cs="Times New Roman"/>
        </w:rPr>
        <w:t>Александрын хаанчлал нэгдэн тогтсон шигээ түргэн задран унасан нь энэ нь эш үзүүллэгт үйл явдлууд хурднаар өрнөхөөр тодорхойлогддог эцсийн өдрүүдийг төлөөлдөгтэй холбоотой юм.</w:t>
      </w:r>
    </w:p>
    <w:p>
      <w:pPr>
        <w:pStyle w:val="ArticleScripture"/>
        <w:jc w:val="left"/>
      </w:pPr>
      <w:r>
        <w:rPr>
          <w:rFonts w:ascii="Times New Roman" w:hAnsi="Times New Roman" w:eastAsia="Times New Roman" w:cs="Times New Roman"/>
        </w:rPr>
        <w:t>“Муугийн хүчинүүд хүчээ нэгтгэж, төвлөрүүлж байна. Тэд эцсийн их хямралын төлөө хүчээ зузаатгаж байна. Манай дэлхийд тун удалгүй агуу өөрчлөлтүүд болох бөгөөд эцсийн үйл явдлууд хурдан өрнөх болно.” Testimonies, volume 9, 11.</w:t>
      </w:r>
    </w:p>
    <w:p>
      <w:pPr>
        <w:pStyle w:val="ArticleBody"/>
        <w:jc w:val="left"/>
      </w:pPr>
      <w:r>
        <w:rPr>
          <w:rFonts w:ascii="Times New Roman" w:hAnsi="Times New Roman" w:eastAsia="Times New Roman" w:cs="Times New Roman"/>
        </w:rPr>
        <w:t>Исламын гурав дахь гай нь эхний болон хоёр дахь гайн эш үзүүллэгийн шинжүүд дээр тогтсон байдаг. Эхний гайд Мухаммедын ирэлтээр эхэлж, дараагийн хугацаа хүртэл үргэлжилсэн нэгэн үе байсан бөгөөд тэрхүү хугацаа нь “таван сар” буюу нэг зуун тавин жил хэмээн тодорхойлогдсон бөгөөд энэ хугацаанд Ислам Ромын цэргүүдийг “зовоох” байв. Нэг зуун тавин жилийн эш үзүүлсэн хугацааны төгсгөл нь мөн зэрэгцэн гурван зуун ерэн нэгэн жил, арван таван өдрийн эш үзүүллийн эхлэлийг тэмдэглэдэг бөгөөд энэ үед хоёр дахь Гайн Ислам нь Ромын цэргүүдийг “алах” байв.</w:t>
      </w:r>
    </w:p>
    <w:p>
      <w:pPr>
        <w:pStyle w:val="ArticleBody"/>
        <w:jc w:val="left"/>
      </w:pPr>
      <w:r>
        <w:rPr>
          <w:rFonts w:ascii="Times New Roman" w:hAnsi="Times New Roman" w:eastAsia="Times New Roman" w:cs="Times New Roman"/>
        </w:rPr>
        <w:t>2001 оны 9 дүгээр сарын 11 нь эхний гай зовлонгийн Мухаммедаар төлөөлөгдсөн үеийн ирэлтийг тэмдэглэсэн бөгөөд тэрхүү үе нь 2023 оны 10 дугаар сарын 7-ны өдрийг, Ислам эртний бодит “Алдарт Газар”-т буй “Ромын цэргүүдийг” “гэмтээх” үеийн эхлэлийг тэмдэглэж буйг агуулдаг; тэр “Алдарт Газар” нь АНУ-ын төлөөлөл билээ. Мөн 2023 оны 10 дугаар сарын 7-ноос хойш, 2024 оны 2 дугаар сарын 17-нд энэ өгүүллийг бичиж байх үед, Исламын Ромын цэргийн эсрэг хийсэн довтолгоонууд хоёр зууд дөхөж байна.</w:t>
      </w:r>
    </w:p>
    <w:p>
      <w:pPr>
        <w:pStyle w:val="ArticleBody"/>
        <w:jc w:val="left"/>
      </w:pPr>
      <w:r>
        <w:rPr>
          <w:rFonts w:ascii="Times New Roman" w:hAnsi="Times New Roman" w:eastAsia="Times New Roman" w:cs="Times New Roman"/>
        </w:rPr>
        <w:t>Удахгүй гарах Ням гаргийн хууль хэрэгжих үед Библийн зөгнөлийн зургаа дахь хаант улс болох Америкийн Нэгдсэн Улс “алуулна”. Энэ нь Исламын довтолгооны гурван зуун ерэн нэгэн жил, арван таван өдөр үргэлжилсэн хугацаатай зэрэгцэн оршдог бөгөөд тэдний гурав дахь агуу жихадын дайн ширүүсэхийн хэрээр Ромын өмнөх цэргүүдийг хөнөөсөнтэй адил юм. Михаел босон зогсоход хүний шалгалтын хугацаа хаагдаж, долоон сүүлчийн гамшгийн үеэр дөрвөн салхи бүрэн тавигдана.</w:t>
      </w:r>
    </w:p>
    <w:p>
      <w:pPr>
        <w:pStyle w:val="ArticleScripture"/>
        <w:jc w:val="left"/>
      </w:pPr>
      <w:r>
        <w:rPr>
          <w:rFonts w:ascii="Times New Roman" w:hAnsi="Times New Roman" w:eastAsia="Times New Roman" w:cs="Times New Roman"/>
        </w:rPr>
        <w:t>“Үндэстнүүдийн уур хилэн, Бурханы уур хилэн, мөн үхэгсдийг шүүх цаг нь тус тусдаа, тодорхой ялгаатай бөгөөд нэг нь нөгөөгийнхөө дараа дагалдан ирдгийг, түүнчлэн Михаел хараахан босоогүй бөгөөд урьд хэзээ ч байгаагүй зовлонгийн цаг хараахан эхлээгүй байгааг би харсан. Үндэстнүүд одоо уурсан хилэгнэж байна; харин манай Тэргүүн Тахилч ариун сүм дэх Өөрийн ажлыг дуусмагц Тэр босож, өшөө авалтын өмсгөлийг өмсөнө, тэгээд долоон сүүлчийн гамшиг асгаруулагдана.</w:t>
      </w:r>
    </w:p>
    <w:p>
      <w:pPr>
        <w:pStyle w:val="ArticleScripture"/>
        <w:jc w:val="left"/>
      </w:pPr>
      <w:r>
        <w:rPr>
          <w:rFonts w:ascii="Times New Roman" w:hAnsi="Times New Roman" w:eastAsia="Times New Roman" w:cs="Times New Roman"/>
        </w:rPr>
        <w:t>“Дөрвөн тэнгэрэлч нь Есүсийн ариун сүм дэх ажил дуусах хүртэл дөрвөн салхийг тогтоон барина, тэгээд дараа нь долоон сүүлчийн гамшиг ирнэ” хэмээн би харсан. Early Writings, 36.</w:t>
      </w:r>
    </w:p>
    <w:p>
      <w:pPr>
        <w:pStyle w:val="ArticleBody"/>
        <w:jc w:val="left"/>
      </w:pPr>
      <w:r>
        <w:rPr>
          <w:rFonts w:ascii="Times New Roman" w:hAnsi="Times New Roman" w:eastAsia="Times New Roman" w:cs="Times New Roman"/>
        </w:rPr>
        <w:t>“Дөрвөн салхи”-ийг Уайт эгч “уурлан догширч, тавираа тасдан гарч, явсан замдаа үхэл ба сүйрэл авчрахыг эрмэлзэгч морь” хэмээн дүрсэлсэн бөгөөд ивээлийн хугацаа хаагдах үед тэд бүрэн тавигдана. Тэд хоёр дахь гай зовлонгийн үед дөрвөн салхи бус, “дөрвөн тэнгэрэлч” хэмээн дүрслэгдсэн билээ.</w:t>
      </w:r>
    </w:p>
    <w:p>
      <w:pPr>
        <w:pStyle w:val="ArticleScripture"/>
        <w:jc w:val="left"/>
      </w:pPr>
      <w:r>
        <w:rPr>
          <w:rFonts w:ascii="Times New Roman" w:hAnsi="Times New Roman" w:eastAsia="Times New Roman" w:cs="Times New Roman"/>
        </w:rPr>
        <w:t>Бүрээтэй байсан зургаа дахь тэнгэрэлчид хандан, Агуу Евфрат мөрөнд хүлэгдсэн дөрвөн тэнгэрэлчийг сулла хэмээн айлдав. Тэгээд хүмүүсийн гуравны нэгийг алахаар нэгэн цаг, нэгэн өдөр, нэгэн сар, нэгэн жилд зориулан бэлтгэгдсэн байсан дөрвөн тэнгэрэлч суллагдав. Илчлэлт 9:14, 15.</w:t>
      </w:r>
    </w:p>
    <w:p>
      <w:pPr>
        <w:pStyle w:val="ArticleBody"/>
        <w:jc w:val="left"/>
      </w:pPr>
      <w:r>
        <w:rPr>
          <w:rFonts w:ascii="Times New Roman" w:hAnsi="Times New Roman" w:eastAsia="Times New Roman" w:cs="Times New Roman"/>
        </w:rPr>
        <w:t>“Дөрвөн салхи”, эсвэл “дөрвөн тэнгэрэлч” нь аль аль нь тухайн бэлгэдэл хэрэглэгдсэн орчноос үзэхэд Исламын бэлгэдэл мөн. Агуу Александр босож ирэхэд, түүний хаанчлал—долоо дахь хаанчлалыг төлөөлдөг бөгөөд энэ нь луу, араатан, хуурамч эш үзүүлэгчийн гурвалсан хаанчлалын гуравны нэг юм—“түүнийг босож ирэхэд, түүний хаанчлал эвдэгдэж, тэнгэрийн дөрвөн салхи уруу хуваагдана.” Хүний туршилтын хугацаа хаагдахад дөрвөн салхи, эсвэл дөрвөн тэнгэрэлч суллагдаж, тэд түүний хаанчлалыг эвдэнэ, учир нь түүний хаанчлал “эвдэгдэх болно.” Тэр арван хаан болон тэдний хамсаатан, даяарчлалын худалдаачид, тэгээд хол зайд зогсон, гашуудан уйлж, хашхирах болно.</w:t>
      </w:r>
    </w:p>
    <w:p>
      <w:pPr>
        <w:pStyle w:val="ArticleScripture"/>
        <w:jc w:val="left"/>
      </w:pPr>
      <w:r>
        <w:rPr>
          <w:rFonts w:ascii="Times New Roman" w:hAnsi="Times New Roman" w:eastAsia="Times New Roman" w:cs="Times New Roman"/>
        </w:rPr>
        <w:t>Учир нь, болгоогтун, хаад цугларч, хамтдаа өнгөрөн явжээ. Тэд үүнийг хараад гайхан биширч, айн сандарч, яаран зугтжээ. Тэнд айдас тэднийг эзэмдэж, төрөхөөр өвдөж буй эмэгтэйн өвдөлт мэт шаналал тэднийг нөмөрчээ. Та Таршишийн хөлөг онгоцуудыг дорнын салхиар сүйтгэдэг. Дуулал 48:4–7.</w:t>
      </w:r>
    </w:p>
    <w:p>
      <w:pPr>
        <w:pStyle w:val="ArticleBody"/>
        <w:jc w:val="left"/>
      </w:pPr>
      <w:r>
        <w:rPr>
          <w:rFonts w:ascii="Times New Roman" w:hAnsi="Times New Roman" w:eastAsia="Times New Roman" w:cs="Times New Roman"/>
        </w:rPr>
        <w:t>Арван хаадын эдийн засгийн бүтэц Исламын “зүүн салхи”-аар эвдэгдэнэ.</w:t>
      </w:r>
    </w:p>
    <w:p>
      <w:pPr>
        <w:pStyle w:val="ArticleScripture"/>
        <w:jc w:val="left"/>
      </w:pPr>
      <w:r>
        <w:rPr>
          <w:rFonts w:ascii="Times New Roman" w:hAnsi="Times New Roman" w:eastAsia="Times New Roman" w:cs="Times New Roman"/>
        </w:rPr>
        <w:t>Чиний сэлүүрчид чамайг их уснуудын дунд аваачсан; дорнын салхи чамайг тэнгисүүдийн дунд хэмх цохисон. Чиний баялаг, чиний зах худалдаа, чиний арилжаа наймаа, чиний далайчид, чиний жолоодогчид, чиний завсар бөглөгчид, чиний бараа таваарын наймаачид, мөн чиний дотор буй бүх дайчид, чиний дунд буй бүх хамт олон чинь сүйрлийн чинь өдөр тэнгисүүдийн дунд унана. Езекиел 27:26, 27.</w:t>
      </w:r>
    </w:p>
    <w:p>
      <w:pPr>
        <w:pStyle w:val="ArticleBody"/>
        <w:jc w:val="left"/>
      </w:pPr>
      <w:r>
        <w:rPr>
          <w:rFonts w:ascii="Times New Roman" w:hAnsi="Times New Roman" w:eastAsia="Times New Roman" w:cs="Times New Roman"/>
        </w:rPr>
        <w:t>Исламын “зүүн салхи” нь “тэдний сүйрлийн өдөр” арван хаадын хаант улсыг бут цохино. Энэ нь Александр Македонскийн хаант улс “бутарч”, дөрвөн салхинд өгөгдсөнөөр төлөөлөн дүрслэгдсэн байдаг. Даниелын арван нэгдүгээр бүлэгт өрнөсөн түүхийн ихэнх нь арван нэгдүгээр бүлэг эцсийн биелэлтдээ хүрэх үед дахин давтагдана. Эдгээр түүхийг хаана зөвөөр зааглан хуваахыг тогтоох нь эш үзүүллэгийн суралцагчид байхаар дуудагдсан хүмүүсийн эш үзүүллэгийн ажил мөн. Даниелын арван нэгдүгээр бүлгийн сүүлийн зургаан эшлэл нь Михаел босох үед, хүний сорилтын хугацаа хаагдах мөчид төгсөнө. Александр Македонскийн хаант улс дөрвөн салхинд хуваагдах нь сорилтын хугацаа хаагдсаныг төлөөлж, цаашид тавдугаар эшлэлээс эхлэх дараах эш үзүүллэгийн түүхийг шинэ эш үзүүллэгийн шугам хэмээн үзэх ёстойг тодорхойлдог.</w:t>
      </w:r>
    </w:p>
    <w:p>
      <w:pPr>
        <w:pStyle w:val="ArticleBody"/>
        <w:jc w:val="left"/>
      </w:pPr>
      <w:r>
        <w:rPr>
          <w:rFonts w:ascii="Times New Roman" w:hAnsi="Times New Roman" w:eastAsia="Times New Roman" w:cs="Times New Roman"/>
        </w:rPr>
        <w:t>Тавдугаар эшлэлээс арван зургадугаар эшлэл хүртэлх хэсэг нь 538 оноос эхлэн удахгүй гарах Ням гаргийн хуулийн үе хүртэлх түүхийг тодорхойлдог. Тавдугаар эшлэлээс есдүгээр эшлэл хүртэл нь 538 онд эхэлж, 1798 онд төгсгөл цагт дууссан папын засаглалын нэг мянга хоёр зуун жаран жилийн түүхийг илэрхийлдэг. Аравдугаар эшлэл нь төгсгөл цагт, 1989 онд папын засаг Зөвлөлт Холбоот Улсыг хаман зайлуулсан үйл явдалтай дүйцэх дөчдүгээр эшлэлийн хэв шинжийг илтгэдэг. Арван нэгдүгээр ба арван хоёрдугаар эшлэлүүд нь өнөөгийн Украин дахь төлөөлөгчийн дайныг заадаг бөгөөд Путин болон Орос энэ дайнд ялах боловч, Путины ялалтын дараах үр дагавар нь “Ниневегийн тулалдаан”-тай болон “Хосроесын уналт”-тай зэрэгцэн явна; энэ нь эхний гай зовлонгийн түүхэнд Исламыг суллан гаргасан “ёроолгүй нүхийг нээсэн түлхүүр” байсан юм.</w:t>
      </w:r>
    </w:p>
    <w:p>
      <w:pPr>
        <w:pStyle w:val="ArticleBody"/>
        <w:jc w:val="left"/>
      </w:pPr>
      <w:r>
        <w:rPr>
          <w:rFonts w:ascii="Times New Roman" w:hAnsi="Times New Roman" w:eastAsia="Times New Roman" w:cs="Times New Roman"/>
        </w:rPr>
        <w:t>Путины богино настай ялалтын дараахан арван гуравдугаараас арван тавдугаар эшлэлд өгүүлснээр, Америкийн Нэгдсэн Улс итгэмжлэгдсэн дайнд ялна; өөрөөр хэлбэл, Дэлхийн хоёрдугаар дайнаас хойш өрнөж ирсэн тэр итгэмжлэгдсэн дайны төгсгөл нь энэ мөн. Уг хэсэгт гурван тулалдааныг ялган заасан байдаг. Эхний тулалдаан 1989 онд дууссан бөгөөд энэ нь аравдугаар болон дөчдүгээр эшлэлийн биелэлт юм. Хоёр дахь нь Украинд болж буй өнөөгийн дайн бөгөөд арван нэгдүгээр болон арван хоёрдугаар эшлэлийг төлөөлдөг. Харин Америкийн Нэгдсэн Улсын эцсийн ялалтыг илэрхийлэх гурав дахь итгэмжлэгдсэн дайн нь арван гуравдугаараас арван тавдугаар эшлэлд дүрслэгдсэн байна.</w:t>
      </w:r>
    </w:p>
    <w:p>
      <w:pPr>
        <w:pStyle w:val="ArticleBody"/>
        <w:jc w:val="left"/>
      </w:pPr>
      <w:r>
        <w:rPr>
          <w:rFonts w:ascii="Times New Roman" w:hAnsi="Times New Roman" w:eastAsia="Times New Roman" w:cs="Times New Roman"/>
        </w:rPr>
        <w:t>Тавдугаар эшлэлээс арван тавдугаар эшлэл хүртэл дүрслэгдсэн эдгээр дөрвөн үеийн талаар анхааран таних ёстой зүйл нь, өнөөгийн Украин дахь дайныг, түүнчлэн үүний дараах Америкийн Нэгдсэн Улсын хариу цохилтыг төлөөлдөг сүүлийн хоёр үе нь лацдан тэмдэглэх цаг үед тохиолддог явдал мөн. Арван зургадугаар эшлэл Америкийн Нэгдсэн Улсад тун удахгүй гарах Ням гаргийн хуулийг заадаг. Тавдугаар эшлэлээс аравдугаар эшлэл хүртэлх хэсэг нь 538 оноос 1798 оны төгсгөлийн цаг хүртэлх түүхийг, мөн түүнээс цааш 1989 оны төгсгөлийн цаг хүртэлх түүхийг төлөөлдөг. Иймээс арван нэгдүгээр эшлэлээс арван тавдугаар эшлэлд дүрслэгдсэн эцсийн төлөөллийн дайны хоёр тулалдаан нь, Езекиел арван хоёрдугаар бүлэгт өгүүлснээр үзэгдэл бүрийн үр нөлөө биелдэг гэж заасан тэр цаг үед биелдэг.</w:t>
      </w:r>
    </w:p>
    <w:p>
      <w:pPr>
        <w:pStyle w:val="ArticleBody"/>
        <w:jc w:val="left"/>
      </w:pPr>
      <w:r>
        <w:rPr>
          <w:rFonts w:ascii="Times New Roman" w:hAnsi="Times New Roman" w:eastAsia="Times New Roman" w:cs="Times New Roman"/>
        </w:rPr>
        <w:t>Тэрхүү үзэгдлүүдийг Езекиелд “дугуйн доторх дугуйнууд” хэмээн дүрслэн үзүүлсэн бөгөөд үүнийг Уайт эгч “хүний үйл явдлуудын ээдрээт харилцан шүтэлцээ” хэмээн тодорхойлдог. Украин дахь дайны түүх, Путины ялалт, дараа нь түүний мөхөл, үүний араас Америкийн Нэгдсэн Улсын ялалт нь Бурханы Үг доторх мөр дээр мөрөөр илчлэгддэг хамгийн ээдрээтэй илчлэлүүдийн нэг мөн.</w:t>
      </w:r>
    </w:p>
    <w:p>
      <w:pPr>
        <w:pStyle w:val="ArticleBody"/>
        <w:jc w:val="left"/>
      </w:pPr>
      <w:r>
        <w:rPr>
          <w:rFonts w:ascii="Times New Roman" w:hAnsi="Times New Roman" w:eastAsia="Times New Roman" w:cs="Times New Roman"/>
        </w:rPr>
        <w:t>Езекиелийн “дугуйн доторх дугуйнууд”-ын талаар тайлбарлахдаа Систер Уайт, Езекиел тэдгээр дугуйг анх харах үед энэ нь эмх замбараагүй мэт санагдсан боловч эцэст нь Езекиел “хүний үйл явдлуудын ээдрээт харилцан үйлчлэл” болох тэдгээр дугуйн дотор төгс дэг журмыг таньж мэдсэн гэж хэлжээ. Арван нэгдүгээрээс арван тавдугаар эшлэлүүдэд дүрслэгдсэн түүхийг зөвөөр ялган хуваахын тулд Католик сүм ба Нацист Герман улсын хоорондын харилцааг ойлгох ёстой. Учир нь Украин дахь нацист удирдагчид нь тэрхүү харилцааны төлөөлөгчид мөн.</w:t>
      </w:r>
    </w:p>
    <w:p>
      <w:pPr>
        <w:pStyle w:val="ArticleBody"/>
        <w:jc w:val="left"/>
      </w:pPr>
      <w:r>
        <w:rPr>
          <w:rFonts w:ascii="Times New Roman" w:hAnsi="Times New Roman" w:eastAsia="Times New Roman" w:cs="Times New Roman"/>
        </w:rPr>
        <w:t>1918 онд Португалын Фатимад гарсан, өөрсдийгөө онгон Мари гэж нэрлэгдэгчийн үзэгдлийн үүргийг, мөн тэр түүхэнд хамрагдсан гурван хүүхдэд өөрсдийгөө онгон Мари гэж нэрлэгдэгчээс үлдээсэн гурван нууцыг ч бас ойлгох шаардлагатай. Католик сүм ба Бурханыг үгүйсгэгч Оросын хоорондох тэмцэл, мөн Дэлхийн хоёрдугаар дайныг дүрслэн өгүүлдэг тэрхүү гурван мэдээний үндэслэл нь Украин дахь дайнаар илэрхийлэгдэж буй Фатимагийн мэдээний нэг хэсэг юм.</w:t>
      </w:r>
    </w:p>
    <w:p>
      <w:pPr>
        <w:pStyle w:val="ArticleBody"/>
        <w:jc w:val="left"/>
      </w:pPr>
      <w:r>
        <w:rPr>
          <w:rFonts w:ascii="Times New Roman" w:hAnsi="Times New Roman" w:eastAsia="Times New Roman" w:cs="Times New Roman"/>
        </w:rPr>
        <w:t>Францын хувьсгал, Католик сүмтэй байгаа түүний эш үзүүллэгийн холбоо, эцэстээ Путиныг төлөөлдөг Наполеон Бонапарттай холбогдох нь мөн Украин дахь дайнд дүрслэгдсэн “дугуйнууд”-ын нэг юм. Францын хувьсгалын Америкийн Нэгдсэн Улстай холбоотой эш үзүүллэгийн харилцаа ч мөн түүхэнд дүрслэгдсэн байдаг. Учир нь Франц уруудан унаж байх үед Наполеон Францаар дамжин Путиныг төлөөлдөгтэй адил, 1989 оны тулалдаанд Католицизмын цэргүүдийн тэргүүн байсан өмнөх жүжигчин Рональд Рейган, Украин уруудан унаж байх үед өмнөх жүжигчин Зеленськийг хэв шинжээр илэрхийлдэг. Эдгээр эшлэлүүд дэх огтлолцон холбогддог дугуйнуудад, Зеленськийг дэмжсээр ирсэн бөгөөд дэмжиж байгаа Америкийн Нэгдсэн Улсын Ардчилсан намын улс төрчдийн хувьд эцсийн дусал нь Путин ялах үед илчлэгдэх болно.</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“Хебар голын эрэг дээр Езекиел хойд зүгээс ирж буй мэт харагдах хуй салхийг үзэв. Тэр нь ‘их үүл, өөрөө өөртөө орооцолдон дүрэлзэх гал, мөн түүнийг хүрээлсэн гэрэл гэгээтэй байв; түүний дундаас хувын өнгө мэт юм гарч байлаа.’ Бие биеэ огтлон нийлсэн хэд хэдэн дугуйг дөрвөн амьтан хөдөлгөж байв. Энэ бүхний өндөр дээр ‘хаан ширээний дүрс мэт зүйл, индранил чулуун төрх мэт үзэгдэж байв; мөн тэрхүү хаан ширээний дүрсэн дээр дээр нь хүний дүр төрхтэй адил нэгэн үзэгдэж байлаа.’ ‘Херубуудын дунд, тэдний далавчны доор хүний гарын хэлбэр үзэгдэж байв.’ Езекиел 1:4, 26; 10:8. Тэдгээр дугуйнуудын зохион байгуулалт маш нийлмэл тул анхны харцаар эмх замбараагүй мэт санагдаж байв; гэвч тэд төгс зохицол дотор хөдөлж байлаа. Херубуудын далавчны доорх мутраар түшиглэгдэж, удирдуулсан тэнгэрлэг оршнолууд эдгээр дугуйнуудыг хөдөлгөж байв; тэдгээрийн дээр, индранил хаан ширээн дээр Мөнх Нэгэн байв; харин хаан ширээг тойрон бурханлаг өршөөлийн бэлгэдэл болсон солонго хүрээлж байлаа.”</w:t>
      </w:r>
    </w:p>
    <w:p>
      <w:pPr>
        <w:pStyle w:val="ArticleScripture"/>
        <w:jc w:val="left"/>
      </w:pPr>
      <w:r>
        <w:rPr>
          <w:rFonts w:ascii="Times New Roman" w:hAnsi="Times New Roman" w:eastAsia="Times New Roman" w:cs="Times New Roman"/>
        </w:rPr>
        <w:t>“Херубуудын жигүүрийн доорх мутрын удирдлагад дугуй мэт нийлмэл эргэлтүүд байсанчлан, хүний үйл явдлын ээдрээт өрнөл ч мөн тэнгэрлэг хяналтын дор байдаг. Үндэстнүүдийн тэмцэл, үймээн шуугианы дунд ч херубуудын дээдэд залардаг Тэрээр газрын хэргийг одоо ч удирдсаар байдаг.</w:t>
      </w:r>
    </w:p>
    <w:p>
      <w:pPr>
        <w:pStyle w:val="ArticleScripture"/>
        <w:jc w:val="left"/>
      </w:pPr>
      <w:r>
        <w:rPr>
          <w:rFonts w:ascii="Times New Roman" w:hAnsi="Times New Roman" w:eastAsia="Times New Roman" w:cs="Times New Roman"/>
        </w:rPr>
        <w:t>Нэг нэгээрээ өөрсдөд нь оногдсон цаг хугацаа, байр суурийг эзлэн өнгөрсөн үндэстнүүдийн түүх нь, өөрсдөө утгыг нь мэдээгүй үнэний тухай үл мэдэг гэрчилж байсан тэр түүх, бидэнд өгүүлдэг. Өнөө цагийн үндэстэн бүрт, хувь хүн бүрт Бурхан Өөрийн агуу төлөвлөгөөн дотор байр суурь оноосон билээ. Өнөөдөр хүмүүс болон үндэстнүүд алдаа үл гаргагч Нэгэний гарт буй дүүжин утсаар хэмжигдэж байна. Бүгд өөрсдийн сонголтоор хувь заяагаа шийдэж байгаа бөгөөд Бурхан Өөрийн зорилгыг биелүүлэхийн тулд бүхнийг захиран жолоодож байна.</w:t>
      </w:r>
    </w:p>
    <w:p>
      <w:pPr>
        <w:pStyle w:val="ArticleScripture"/>
        <w:jc w:val="left"/>
      </w:pPr>
      <w:r>
        <w:rPr>
          <w:rFonts w:ascii="Times New Roman" w:hAnsi="Times New Roman" w:eastAsia="Times New Roman" w:cs="Times New Roman"/>
        </w:rPr>
        <w:t>“Агуу БИ БОЛОЙ хэмээгч Өөрийн үгэндээ өнгөрсөн мөнхийнээс ирээдүйн мөнх хүртэл эш үзүүллэгийн гинжин хэлхээний холбоос бүрийг нэгтгэн тэмдэглэн тогтоосон тэр түүх нь, үе үеийн цуваанд бид өнөөдөр хаана явааг, мөн ирэх цагт юуг хүлээж болохыг бидэнд өгүүлдэг. Эш үзүүллэгээс эдүгээ хүртэл биелнэ хэмээн урьдчилан хэлэгдсэн бүхэн түүхийн хуудсанд мөрөө үлдээсэн бөгөөд, цаашид ирэх ёстой бүх зүйл өөрийн дарааллаар биелнэ гэдэгт бид итгэлтэй байж болно.” Боловсрол,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Дөрөв дугаар</dc:title>
  <dc:subject>Даниел 11-ийн эш үзүүллэгийн ач холбогдол: Түүхэн болон ирээдүйн үр дагаврыг илчлэх нь</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