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Жаран Долоо</w:t>
      </w:r>
    </w:p>
    <w:p>
      <w:pPr>
        <w:pStyle w:val="ArticleSubtitle"/>
        <w:jc w:val="left"/>
      </w:pPr>
      <w:r>
        <w:rPr>
          <w:rFonts w:ascii="Arial" w:hAnsi="Arial" w:eastAsia="Arial" w:cs="Arial"/>
        </w:rPr>
        <w:t>Зөгнөлийг тайлан ойлгох нь: Даниел 11:10 болон түүнээс цаашихын түүхэн ба эш үзүүллэгийн ач холбогдлыг илчлэн нээх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Даниелын арван нэгдүгээр бүлгийн дөчдүгээр эшлэл нь төгсгөлийн цагт, өөрөөр хэлбэл 1798 онд, өмнөдийн хааны гараар хойд зүгийн хаан үхлийн шархаа авах үеэс эхэлдэг. Тэрхүү түүхийг МЭӨ 246 он, Птолемей хойд хаант улсад өшөөгөө авч байсан үйл явдал, мөн 1798 онд Наполеоны Франц папыг олзлон авч явсан явдал тус тус хэв шинжээр дүрсэлжээ. Өмнөдийн хаан есдүгээр эшлэлд Египетэд буцаж ирсний дараа, аравдугаар эшлэл нь хойд зүгийн хаан өмнөдийн хааны эсрэг сөрөг довтолгоо хийхийг илэрхийлдэг.</w:t>
      </w:r>
    </w:p>
    <w:p>
      <w:pPr>
        <w:pStyle w:val="ArticleScripture"/>
        <w:jc w:val="left"/>
      </w:pPr>
      <w:r>
        <w:rPr>
          <w:rFonts w:ascii="Times New Roman" w:hAnsi="Times New Roman" w:eastAsia="Times New Roman" w:cs="Times New Roman"/>
        </w:rPr>
        <w:t>Тэгээд өмнөдийн хаан өөрийн хаанчлалд орж, өөрийн нутагтаа буцна. Харин түүний хөвгүүд хөдөлж, үлэмж их цэргийн хүчийг цуглуулна; тэдний нэг нь гарцаагүй ирж, халин давж, нэвтлэн өнгөрнө; тэгээд тэр буцаж, өөрийн бэхлэлт хүртэл дахин хөдөлнө. Даниел 11:9, 10.</w:t>
      </w:r>
    </w:p>
    <w:p>
      <w:pPr>
        <w:pStyle w:val="ArticleBody"/>
        <w:jc w:val="left"/>
      </w:pPr>
      <w:r>
        <w:rPr>
          <w:rFonts w:ascii="Times New Roman" w:hAnsi="Times New Roman" w:eastAsia="Times New Roman" w:cs="Times New Roman"/>
        </w:rPr>
        <w:t>Аравдугаар эшлэлийг биелүүлсэн түүхийн тухай Уриа Смитийн тайлбарыг авч үзэхээсээ өмнө “хальж, дайран өнгөрөх” гэсэн илэрхийллийг анхааран тэмдэглэе. Ийнхүү орчуулагдсан еврей хэллэг нь мөн дөчдүгээр эшлэлд “хальж, өнгөрөн гарах” хэмээн орчуулагдсан байдаг. Анхдагч еврей хэлэнд энэ нь нэг л ижил хэллэг мөн. Энэ нь Сударт өөр ганцхан өөр газарт л тохиолддог.</w:t>
      </w:r>
    </w:p>
    <w:p>
      <w:pPr>
        <w:pStyle w:val="ArticleScripture"/>
        <w:jc w:val="left"/>
      </w:pPr>
      <w:r>
        <w:rPr>
          <w:rFonts w:ascii="Times New Roman" w:hAnsi="Times New Roman" w:eastAsia="Times New Roman" w:cs="Times New Roman"/>
        </w:rPr>
        <w:t>Тэр Иудагаар дайран өнгөрч, халин бялхаж, үерлэн давж, бүр хүзүү хүрэх хүртэл хүрнэ; түүний жигүүрийн дэлгэлт чиний газрын өргөнийг бүхэлд нь дүүргэнэ, өө Иммануел. Исаиа 8:8.</w:t>
      </w:r>
    </w:p>
    <w:p>
      <w:pPr>
        <w:pStyle w:val="ArticleBody"/>
        <w:jc w:val="left"/>
      </w:pPr>
      <w:r>
        <w:rPr>
          <w:rFonts w:ascii="Times New Roman" w:hAnsi="Times New Roman" w:eastAsia="Times New Roman" w:cs="Times New Roman"/>
        </w:rPr>
        <w:t>Даниелын арван нэгдүгээр бүлгийн аравдугаар эшлэлд, дөчдүгээр эшлэлд, мөн дараа нь Исаиагийн наймдугаар бүлгийн наймдугаар эшлэлд, яг адилхан еврей хэллэгийг гурван өөрөөр орчуулсан байдаг боловч тэдгээр нь нэг л утгыг илэрхийлдэг. Тэр хэллэгийн сүүлчийн үг болох еврей “abar” гэдэг үгийг аравдугаар эшлэлд “дайран өнгөрөх”, дөчдүгээр эшлэлд “давж өнгөрөх”, харин Исаиад “хальж гарах” хэмээн тус тус буулгасан байна. Эдгээр гурван эшлэлийн аль алинд нь утга нь үндсэндээ адил боловч Исаиад эдгээр эшлэлүүдийн хооронд өөр нэг эш үзүүллэгийн холбоо бас бий.</w:t>
      </w:r>
    </w:p>
    <w:p>
      <w:pPr>
        <w:pStyle w:val="ArticleBody"/>
        <w:jc w:val="left"/>
      </w:pPr>
      <w:r>
        <w:rPr>
          <w:rFonts w:ascii="Times New Roman" w:hAnsi="Times New Roman" w:eastAsia="Times New Roman" w:cs="Times New Roman"/>
        </w:rPr>
        <w:t>Исаиа дахь энэ эшлэл нь Ассирийн хаан Иудаг эзлэн, Иерусалимд хүрч ирсэн боловч хотыг өөрийг нь хэзээ ч эзлэн аваагүй үед биелсэн юм. Тэрээр “хүзүү хүртэл” тулж ирсэн боловч “толгой”-г хэзээ ч эзлээгүй. Яг тэрхүү зөгнөл дотор Исаиа “толгой” юуг төлөөлдөг болохын тухай эш үзүүллэгийн бэлгэ тэмдгийг тавин үзүүлж, “толгой”-г хаант улсын нийслэл хэмээн тодорхойлдог бөгөөд мөн тэр хаант улсын хаан ч бас “толгой” мөн гэж тогтоодог. Тэрээр “толгой” гэдэг нь хаан, мөн хаант улс гэсэн эш үзүүллэгийн үнэний хоёр гэрчийг гаргаж өгөөд, дараа нь эш үзүүллэгийг судлагч энэ үнэнийг хүлээн зөвшөөрч, ойлгохгүй бол бат тогтохгүй хэмээн далд утгаар илэрхийлдэг. Тэрхүү битүү утгатай эшлэл нь умардын хаан халин бялхаж, даван өнгөрөх боловч зөвхөн “хүзүү хүртэл” хүрнэ гэж тодорхойлдог яг тэрхүү зөгнөлийн нэг хэсэг мөн.</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бут цохигдон, ард түмэн байхаа болино. Ефраимын тэргүүн нь Самари, Самарийн тэргүүн нь Ремалиагийн хүү мөн. Хэрэв та нар итгэхгүй бол, гарцаагүй тогтохгүй. Исаиа 7:8, 9.</w:t>
      </w:r>
    </w:p>
    <w:p>
      <w:pPr>
        <w:pStyle w:val="ArticleBody"/>
        <w:jc w:val="left"/>
      </w:pPr>
      <w:r>
        <w:rPr>
          <w:rFonts w:ascii="Times New Roman" w:hAnsi="Times New Roman" w:eastAsia="Times New Roman" w:cs="Times New Roman"/>
        </w:rPr>
        <w:t>Сирийн үндэстний “толгой” нь түүний нийслэл хот “Дамаск” байсан бөгөөд “Дамаск”-ийн (нийслэл хотын) “толгой” нь Сирийн хаан “Резин” байв. Мөн Ефраимын үндэстний “толгой” нь түүний нийслэл хот “Самари” байсан бөгөөд “Самари”-ийн (нийслэл хотын) “толгой” нь Самарийн хаан “Ремалиагийн хүү” (Пека) байв. Мөнөөх эш үзүүллэгийн дараагийн бүлэгт, наймдугаар зүйлд, Ассирийн хаан Сеннахериб Иерусалимыг бүслэн хүрээлсэн бөгөөд наймдугаар зүйлд түүний Иерусалимыг бүслэн хүрээлсэн явдлыг хүзүү хүртэл тулан ирсэн хэмээн тодорхойлсон байдаг.</w:t>
      </w:r>
    </w:p>
    <w:p>
      <w:pPr>
        <w:pStyle w:val="ArticleBody"/>
        <w:jc w:val="left"/>
      </w:pPr>
      <w:r>
        <w:rPr>
          <w:rFonts w:ascii="Times New Roman" w:hAnsi="Times New Roman" w:eastAsia="Times New Roman" w:cs="Times New Roman"/>
        </w:rPr>
        <w:t>Хоёр гэрч дээр “толгой” хэмээх эш үзүүллэгийн бэлгэдлийг тавьж, тэр нь хаан болон тухайн хааны улсын нийслэлийг хоёуланг нь төлөөлдөг гэж өгүүлсэн долоо ба наймдугаар эшлэлүүд нь, Израилийн хойд ба өмнөд хаанчлалуудын эсрэг чиглэсэн хоёр мянга таван зуун хорин жилийн аль алиных нь эш үзүүллэгийн эхлэх цэгийг тодорхойлдог жаран таван жилийн эш үзүүллэг мөн. Иймээс энэ нь маш нийлмэл эшлэл юм. Учир нь энэ нь Даниелын арван нэгдүгээр бүлгийн аравдугаар эшлэл болон дөчдүгээр эшлэлтэй холбогддог бөгөөд тэдгээр нь хоёулаа мөн л хойд зүгийн хаан өмнөд зүгийн хаанд довтолсон үйл явдлыг тодорхойлдог. Яг л Исаиа наймдугаар бүлгийн наймдугаар эшлэлд өгүүлсэнчлэн, хойд зүгийн хаан Сеннахериб өмнөд зүгийн хаан болох Иуда руу довтолсон шиг.</w:t>
      </w:r>
    </w:p>
    <w:p>
      <w:pPr>
        <w:pStyle w:val="ArticleBody"/>
        <w:jc w:val="left"/>
      </w:pPr>
      <w:r>
        <w:rPr>
          <w:rFonts w:ascii="Times New Roman" w:hAnsi="Times New Roman" w:eastAsia="Times New Roman" w:cs="Times New Roman"/>
        </w:rPr>
        <w:t>Хойд ба өмнөдийн хаадын эдгээр мөргөлдөөнүүдийг хооронд нь холбон өгдөг түлхүүр нь “толгой” мөн “халих ба нэвт өнгөрөх” явдал юм. Арван нэгдүгээр бүлгийн аравдугаар эшлэлд хойд зүгийн хаан өмнөд зүгийн хаанд хариу цохилт өгөхдөө тулалдаанд ялдаг боловч “толгой”-г орхидог. Учир нь тэрээр өмнөд зүгийн хааны “бэхлэлт” “руу” “ирж, халин, нэвт өнгөрдөг.” Аравдугаар эшлэлийн түүх нь хойд зүгийн хаан өмнөд зүгийн хааныг ялсныг илэрхийлдэг боловч тэр Египет рүү (бэхлэлт), нийслэл рүү—өөрөөр хэлбэл “толгой” руу—ордоггүй.</w:t>
      </w:r>
    </w:p>
    <w:p>
      <w:pPr>
        <w:pStyle w:val="ArticleBody"/>
        <w:jc w:val="left"/>
      </w:pPr>
      <w:r>
        <w:rPr>
          <w:rFonts w:ascii="Times New Roman" w:hAnsi="Times New Roman" w:eastAsia="Times New Roman" w:cs="Times New Roman"/>
        </w:rPr>
        <w:t>Долоо, наймдугаар зүйлүүдэд өмнөдийн хаан урьд нь умардын хааныг ялахдаа “умардын хааны бэхлэлтэд орж,” “дийлж,” олзлогсдыг “Египет” уруу буцаан “аваачсан” билээ. Харин умардын хааны өшөө авсан ялалтын үед тэр Египетэд орж ирээгүй бөгөөд энэ нь 1989 онд Зөвлөлт Холбоот Улс хамаглан зайлуулагдах үед ч Орос, өөрийн нийслэл—өөрийн тэргүүн нь хэвээр үлдсэнийг бэлгэдэн дүрсэлж байна. “Хэрэв та нар үл итгэвэл, үнэхээр тогтоогдохгүй.” Арван нэг, арван хоёрдугаар зүйлүүдэд өмнөдийн хаанаар төлөөлөгдсөн Орос л эрт үед Рафиа, харин өнөөдөр Украин хэмээх хил хязгаарын газрын тулалдаанд ялалт байгуулдаг юм.</w:t>
      </w:r>
    </w:p>
    <w:p>
      <w:pPr>
        <w:pStyle w:val="ArticleScripture"/>
        <w:jc w:val="left"/>
      </w:pPr>
      <w:r>
        <w:rPr>
          <w:rFonts w:ascii="Times New Roman" w:hAnsi="Times New Roman" w:eastAsia="Times New Roman" w:cs="Times New Roman"/>
        </w:rPr>
        <w:t>“‘10-Р ИШЛЭЛ. Харин түүний хөвгүүд өдөөгдөн хөдөлж, үлэмж их цэргийн хүчийг цуглуулах болно; тэдний нэг нь гарцаагүй ирж, халин давж, нэвтлэн өнгөрөх бөгөөд дараа нь тэр буцаж, өөрийн бэхлэлт хүртэл дахин өдөөгдөн тэмцэх болно.’</w:t>
      </w:r>
    </w:p>
    <w:p>
      <w:pPr>
        <w:pStyle w:val="ArticleScripture"/>
        <w:jc w:val="left"/>
      </w:pPr>
      <w:r>
        <w:rPr>
          <w:rFonts w:ascii="Times New Roman" w:hAnsi="Times New Roman" w:eastAsia="Times New Roman" w:cs="Times New Roman"/>
        </w:rPr>
        <w:t>“Энэ эшлэлийн эхний хэсэгт олон тоон дээрх хөвгүүдийн тухай, харин сүүлчийн хэсэгт ганц тоон дээрх нэгний тухай өгүүлдэг. Селевк Каллиникийн хөвгүүд нь Селевк Керавнус ба Антиох Магнус байв. Эдгээр хоёул эцгийнхээ болон эх орныхоо хэргийг өмгөөлөн өшөөг нь авах үйл хэрэгт идэвх зүтгэлтэйгээр оролцсон юм. Эдгээрээс ахмад нь болох Селевк эхлээд хаан ширээг залгамжилсан. Тэр эцгийнхээ эзэмшлийг эргүүлэн авахын тулд асар их цэрэг цуглуулсан; гэвч биеийн чадал, хөрөнгийн байдлын аль алинаар дорой, мөнгөгүй, цэргээ захирагдаж байлгах чадваргүй сул дорой бөгөөд хулчгар ханхүү байсан тул хоёр, гурван жилийн гутамшигт ноёрхлынхоо дараа өөрийн хоёр жанжны гарт хорлогдон алагдсан. Үүний дараа түүнээс илүү чадвартай дүү Антиох Магнусыг хаанд өргөмжилж, тэрээр цэргийн удирдлагыг гартаа авч, Селевкияг дахин эзлэн, Сирийг буцаан авч, зарим газрыг гэрээгээр, бусдыг нь зэвсгийн хүчээр эрхшээлдээ оруулсан. Үүний дараа эвлэрэл тогтож, хоёр тал энхийн тухай хэлэлцсэн боловч дайнд бэлтгэсээр байсан; үүний дараа Антиох буцан ирж, египетийн жанжин Николаст тулалдаанд дийлэн, Египетийг өөрийг нь хүртэл довтлох бодолтой болсон. Энэ бол гарцаагүйгээр халин урсаж, дайран өнгөрөх ёстой “нэгэн” мөн.” Урайя Смит, Daniel and the Revelation, 253.</w:t>
      </w:r>
    </w:p>
    <w:p>
      <w:pPr>
        <w:pStyle w:val="ArticleBody"/>
        <w:jc w:val="left"/>
      </w:pPr>
      <w:r>
        <w:rPr>
          <w:rFonts w:ascii="Times New Roman" w:hAnsi="Times New Roman" w:eastAsia="Times New Roman" w:cs="Times New Roman"/>
        </w:rPr>
        <w:t>Зөвлөлт Холбоот Улс 1989 онд нуран унасан нь “эцсийн цаг”-ийг тэмдэглэсэн бөгөөд уг эшлэл дэх хоёр хүү нь Рейган болон анхны Бушийн хоёр замын тэмдгийг төлөөлдөг. Даниел арван нэгийн дөчдүгээр эшлэл эхэлсэн 1798 оны “эцсийн цаг”-аас хойш Ромын янхан мартагдсан байсан; учир нь тэрээр Иезебелийн хувиар Самарид үлдэж, харин нөхөр Ахаб нь Кармел уулан дээр Елиатай харьцаж байв. Тэр нуугдаж байсан боловч Дэлхийн нэгдүгээр дайн болон Дэлхийн хоёрдугаар дайны үед байсантай адил бүхнийг нууцаар удирдан залж байлаа. Түүний нөхөр бол өмнөдийн хааны эсрэг хэрэглэгдэх түүний төлөөлөгч цэрэг мөн. Тэрээр 1989 онд хариу цохилт өгөхдөө, умардын хааны хувиар тэрэгнүүд, усан онгоцууд болон морьтнуудыг авчирсан.</w:t>
      </w:r>
    </w:p>
    <w:p>
      <w:pPr>
        <w:pStyle w:val="ArticleScripture"/>
        <w:jc w:val="left"/>
      </w:pPr>
      <w:r>
        <w:rPr>
          <w:rFonts w:ascii="Times New Roman" w:hAnsi="Times New Roman" w:eastAsia="Times New Roman" w:cs="Times New Roman"/>
        </w:rPr>
        <w:t>Төгсгөлийн цагт өмнөдийн хаан түүн рүү түлхэн довтлох бөгөөд; хойд зүгийн хаан тэрэгнүүд, морьт цэргүүд болон олон усан онгоцтойгоор түүн рүү хуй салхи мэт дайран ирнэ; тэрээр улс орнууд руу нэвтэрч, үерлэн халин өнгөрнө. Даниел 11:40.</w:t>
      </w:r>
    </w:p>
    <w:p>
      <w:pPr>
        <w:pStyle w:val="ArticleBody"/>
        <w:jc w:val="left"/>
      </w:pPr>
      <w:r>
        <w:rPr>
          <w:rFonts w:ascii="Times New Roman" w:hAnsi="Times New Roman" w:eastAsia="Times New Roman" w:cs="Times New Roman"/>
        </w:rPr>
        <w:t>Түүний өшөө авалтын төлөөлөн хэрэгжүүлэгч нь эдийн засгийн хүчийг илэрхийлэх “хөлөг онгоцууд”, мөн цэргийн сүр хүчийг илэрхийлэх “тэрэгс ба морьт цэргүүд”-ээр дүрслэгддэг. Цэргийн сүр хүч ба эдийн засгийн хүч нь эцсийн өдрүүдийн эш үзүүллэгүүд дэх Америкийн Нэгдсэн Улсын хоёр эш үзүүллэгийн шинж мөн. Учир нь Америкийн Нэгдсэн Улс Иезавельд мөргөхгүй хүмүүсийг худалдаж авах, худалдахыг хориглох бөгөөд, хэрэв тэд Иезавелийн эрх мэдлийн тэмдгийг мөн л хүлээн зөвшөөрөхөөс татгалзсаар байвал, тэднийг үхэлд хүргэнэ. 1989 онд Зөвлөлт Холбоот Улсын задралыг бий болгосон зүйл нь папын засаглалтай хамтран хэрэглэгдсэн Америкийн Нэгдсэн Улсын эдийн засгийн хүч ба цэргийн чадал байсан бөгөөд, гэвч Орос улс үлдэн тогтсон юм.</w:t>
      </w:r>
    </w:p>
    <w:p>
      <w:pPr>
        <w:pStyle w:val="ArticleBody"/>
        <w:jc w:val="left"/>
      </w:pPr>
      <w:r>
        <w:rPr>
          <w:rFonts w:ascii="Times New Roman" w:hAnsi="Times New Roman" w:eastAsia="Times New Roman" w:cs="Times New Roman"/>
        </w:rPr>
        <w:t>Даниелын арван нэгдүгээр бүлгийн аравдугаар эшлэлийг биелүүлсэн түүх нь 1989 онд төгсгөлийн цагийг заадаг дөчдүгээр эшлэлийн хоёр дахь хэсгийн түүхэнд дахин давтагддаг. Зургаагаас есдүгээр эшлэлүүдийн түүх нь дөчдүгээр эшлэлийн эхний хэсэгт заагдсан төгсгөлийн цагт хүргэсэн түүхийг төлөөлдөг. Даниелын арван нэгдүгээр бүлгийн таваас аравдугаар эшлэлүүд нь Даниел 11-ийн дөчдүгээр эшлэлийн түүхийг төгс дүрслэн харуулдаг. Учир нь Эгч Уайт ийнхүү тэмдэглэсэн байдаг: “Даниелын арван нэгдүгээр бүлэгт биелэгдсэн түүхийн ихэнх нь дахин давтагдах болно.”</w:t>
      </w:r>
    </w:p>
    <w:p>
      <w:pPr>
        <w:pStyle w:val="ArticleBody"/>
        <w:jc w:val="left"/>
      </w:pPr>
      <w:r>
        <w:rPr>
          <w:rFonts w:ascii="Times New Roman" w:hAnsi="Times New Roman" w:eastAsia="Times New Roman" w:cs="Times New Roman"/>
        </w:rPr>
        <w:t>Даниел 11-ийн нэгээс дөрөвдүгээр эшлэлүүд нь эцсийн өдрүүдийн төгсгөлийн үед хоёр эвэрт үндэстний хоёр дахь хаан болох Кирийг тодорхойлдог. Эцсийн өдрүүдийн “төгсгөлийн цаг” нь 1989 он байсан бөгөөд Кирээр дүрслэгдсэн хоёр дахь ерөнхийлөгч нь эш үзүүллэгийн дарааллыг тогтоон, эш үзүүллэг судлагч хүнд 1989 оноос хойших зургаа дахь ерөнхийлөгч хүртэл тоолох боломж олгодог; тэр нь хамгийн баян ерөнхийлөгч байх бөгөөд дэлхийн даяархчууд ч бай, эсвэл АНУ дахь даяархчууд ч бай, даяарчлалын луугийн хүчнүүдийг хөдөлгөөнд оруулна (сэрээнэ). Дараа нь тэрхүү эш үзүүллэгийн түүх Библийн эш үзүүллэгийн долоо дахь хаант улс болох Нэгдсэн Үндэстний Байгууллагын арван хаад руу шилжин, түүний гол бөгөөд анхны хааныг Агуу Александр (утга нь “Хүмүүсийн Дайчин”)-аар төлөөлүүлэн тодорхойлж, мөн хүний сорилтын хугацаа хаагдах үед Исламын дөрвөн салхи бүрэн суллагдахад түүний хаант улсын эцсийн задралыг заадаг.</w:t>
      </w:r>
    </w:p>
    <w:p>
      <w:pPr>
        <w:pStyle w:val="ArticleBody"/>
        <w:jc w:val="left"/>
      </w:pPr>
      <w:r>
        <w:rPr>
          <w:rFonts w:ascii="Times New Roman" w:hAnsi="Times New Roman" w:eastAsia="Times New Roman" w:cs="Times New Roman"/>
        </w:rPr>
        <w:t>Дараа нь тавдугаар ишлэлээс есдүгээр ишлэл хүртэлх хэсэг нь 538 онд папын засаг сэнтийд тогтохоос өмнөх үеэр төлөөлөгдөх түүхийг дүрслэн үзүүлдэг. Учир нь хойд зүгийн хаан болох ёстой хүч эхлээд газарзүйн гурван саадыг даван туулах ёстой бөгөөд энэ нь дараа нь хойд зүгийн хаан болж тогтсон Селевктэй адил юм. Үүний дараа, гучин таван бодит жилээр төлөөлөгдсөн гурван жил хагасын турш хойд зүгийн хаан ноёрхсон бөгөөд эцэст нь өмнөд зүгийн хаан түүний бэхлэлтэд орж, түүнийг олзлон авчээ. Хожим нь тэрээр Египетэд мориноос унаж нас барсан. Ийнхүү эдгээр ишлэлүүд 1798 онд төгсгөлийн цагт хүрч дууссан түүхийг тодорхойлж байна.</w:t>
      </w:r>
    </w:p>
    <w:p>
      <w:pPr>
        <w:pStyle w:val="ArticleBody"/>
        <w:jc w:val="left"/>
      </w:pPr>
      <w:r>
        <w:rPr>
          <w:rFonts w:ascii="Times New Roman" w:hAnsi="Times New Roman" w:eastAsia="Times New Roman" w:cs="Times New Roman"/>
        </w:rPr>
        <w:t>Аравдугаар ишлэл нь төгсгөлийн цаг үеийн түүхийг 1989 онтой холбон тодорхойлдог бөгөөд тавдугаар ишлэлээс есдүгээр ишлэл хүртэлхтэй хамт тэдгээр нь дөчдүгээр ишлэлийн түүхийг төлөөлдөг; үүнтэй адил гучдугаар ишлэлээс гучин зургаадугаар ишлэл хүртэлх түүх ч мөн тийм юм. Иймээс нэгдүгээр ишлэлээс аравдугаар ишлэл хүртэл, мөр дээр мөр, хоёр эш үзүүллэгийн шугам байна. Эхнийх нь зургаа дахь болон долоо дахь хаант улсын удирдагчдад ханддаг боловч зургаа дахь хаант улсын зургаа дахь бөгөөд хамгийн чинээлэг ерөнхийлөгч ба долоо дахь хаант улсын хооронд хоосон зай бий.</w:t>
      </w:r>
    </w:p>
    <w:p>
      <w:pPr>
        <w:pStyle w:val="ArticleBody"/>
        <w:jc w:val="left"/>
      </w:pPr>
      <w:r>
        <w:rPr>
          <w:rFonts w:ascii="Times New Roman" w:hAnsi="Times New Roman" w:eastAsia="Times New Roman" w:cs="Times New Roman"/>
        </w:rPr>
        <w:t>Хоёр дахь мөр нь хойд зүгийн хааны ноёрхсон үе, 1798 онд хэн зайлуулагдсан тухай, мөн 1989 он хүртэлх хугацааг, түүнчлэн өмнөх мөрөнд Кирээр төлөөлүүлсэн хоёр дахь ерөнхийлөгчийг хамарсан гурван саадыг зайлуулсан түүхийг багтаана.</w:t>
      </w:r>
    </w:p>
    <w:p>
      <w:pPr>
        <w:pStyle w:val="ArticleBody"/>
        <w:jc w:val="left"/>
      </w:pPr>
      <w:r>
        <w:rPr>
          <w:rFonts w:ascii="Times New Roman" w:hAnsi="Times New Roman" w:eastAsia="Times New Roman" w:cs="Times New Roman"/>
        </w:rPr>
        <w:t>Арван нэг ба арван хоёрдугаар эшлэлүүд нь хоёрдугаар эшлэлд гардаг чинээлэг ерөнхийлөгчийн дараа өрнөх түүхийн гурав дахь шугамыг илэрхийлдэг бөгөөд энэ нь төгсгөлийн цаг үед, 1989 онд Зөвлөлт Холбоот Улс нуран унасны дараахан, мөн арван зургаадугаар эшлэлд дүрслэгдсэнээр АНУ-д ням гаргийн хууль тогтоогдохоос өмнөх ямар нэгэн үед тохиолдоно.</w:t>
      </w:r>
    </w:p>
    <w:p>
      <w:pPr>
        <w:pStyle w:val="ArticleBody"/>
        <w:jc w:val="left"/>
      </w:pPr>
      <w:r>
        <w:rPr>
          <w:rFonts w:ascii="Times New Roman" w:hAnsi="Times New Roman" w:eastAsia="Times New Roman" w:cs="Times New Roman"/>
        </w:rPr>
        <w:t>1989 онд болсон төгсгөлийн цагийн дараах түүхийг, эхний мөрөнд, 2016 оноос эхлэн глобалистуудыг өдөөн хөдөлгөдөг зургаа дахь бөгөөд хамгийн баян ерөнхийлөгч хүртэл авч үздэг. Хоёр дахь мөрөнд эш үзүүллэгийн түүхийг 1989 он хүртэл авчирсан байна. Арван нэгдүгээр ба арван хоёрдугаар эшлэлүүд дэх Рафиагийн тулалдаан (“Хилийн зааг”) нь арван гуравдугаар эшлэлийн өмнө тохионо; тэнд саяхан ялагдсан умардын хаан цэргээ дахин сэргээн байгуулж, дараа нь арван зургаадугаар эшлэл дэх Ням гаргийн хуулиас яг өмнөхөн өмнөдийн хааныг ялдаг. Арван гуравдугаар эшлэл дэх умардын хааны төлөөлөгч хүч нь 1989 оноос Ням гаргийн хууль хүртэл ноёрхдог найман ерөнхийлөгчийн сүүлчийнх нь юм. Иймээс арван гуравдугаар эшлэл нь долоон хаадын дундаас гарч ирсэн найм дахь ерөнхийлөгчийн сонгуулийн үеэр, эсвэл түүнээс хойш биелэх учиртай. Арван нэгдүгээр ба арван хоёрдугаар эшлэлүүд нь зургаа дахь, хамгийн баян ерөнхийлөгчөөс яг өмнөхөн эхэлж, төлөөлөгч дайны гурав дахь тулалдаанд ялалт байгуулан, долоон хаадын дундаас гарч ирсэн найм дахь нэгэн болдог мөнөөх ерөнхийлөгчийн сонгуулиас яг өмнөхөн дуусдаг бололтой; энэ нь арван гуравдугаар эшлэлээс арван тавдугаар эшлэл хүртэл өгүүлэгддэг.</w:t>
      </w:r>
    </w:p>
    <w:p>
      <w:pPr>
        <w:pStyle w:val="ArticleBody"/>
        <w:jc w:val="left"/>
      </w:pPr>
      <w:r>
        <w:rPr>
          <w:rFonts w:ascii="Times New Roman" w:hAnsi="Times New Roman" w:eastAsia="Times New Roman" w:cs="Times New Roman"/>
        </w:rPr>
        <w:t>Арван нэг ба арван хоёрдугаар эшлэл дэх өмнөдийн хааны өшөө авалт нь арвандугаар эшлэлд өмнөдийн хаан амссан ялагдлын хариу юм. Арвандугаар эшлэл нь 1989 онд хойдийн хаан ялалт байгуулсныг заадаг бөгөөд энэ нь АНУ ба Ватиканы нууц холбооны үр дүнд бий болсон юм. Хойд зүгийн цэргийн ялалт нь төлөөллийн дайны эхний тулалдаан байв. Эрт цагт биелсэн бодит халуун дайн нь эцсийн өдрүүд дэх төлөөллийн дайны хэв шинж байсан тул арван нэг ба арван хоёрдугаар эшлэлийн ялалт нь төлөөллийн дайнуудын хоёр дахь тулалдаанд өмнөдийн хааны ялалт байх болно.</w:t>
      </w:r>
    </w:p>
    <w:p>
      <w:pPr>
        <w:pStyle w:val="ArticleBody"/>
        <w:jc w:val="left"/>
      </w:pPr>
      <w:r>
        <w:rPr>
          <w:rFonts w:ascii="Times New Roman" w:hAnsi="Times New Roman" w:eastAsia="Times New Roman" w:cs="Times New Roman"/>
        </w:rPr>
        <w:t>Аравдугаар ишлэлээс арван тавдугаар ишлэл хүртэл гурван тулаан байдаг бөгөөд тэдгээр нь бүгд эрт цагт бодит халуун дайнаар биелсэн боловч эцсийн өдрүүд дэх төлөөллийн дайнуудын гурван тулааныг төлөөлдөг. Эхний тулаанд 1989 онд араатны ба хуурамч эш үзүүлэгчийн нууц холбоо луугийн эсрэг ялсан. Төлөөллийн дайнуудын хоёр дахь тулаанд өмнөдийн хааны шашингүй үзэлт луугийн хүч пап ба түүний төлөөллийн цэргийн холбооны эсрэг ялна. Төлөөллийн дайнуудын гурав дахь тулаанд хойд зүгийн хааны төлөөллийн цэрэг арми ялна; энэ нь арван гуравдугаар ишлэлээс арван тавдугаар ишлэлд дүрслэгдсэн байдаг.</w:t>
      </w:r>
    </w:p>
    <w:p>
      <w:pPr>
        <w:pStyle w:val="ArticleBody"/>
        <w:jc w:val="left"/>
      </w:pPr>
      <w:r>
        <w:rPr>
          <w:rFonts w:ascii="Times New Roman" w:hAnsi="Times New Roman" w:eastAsia="Times New Roman" w:cs="Times New Roman"/>
        </w:rPr>
        <w:t>Зөгнөлийн хувьд дэлхий дахинд гурван халуун дайн, гурван тулалдаанаас бүрдэх гурван төлөөллийн дайн, мөн Исламын гурван гайгийн дайн байдаг. Түүнчлэн Иргэний дайн болон Хувьсгалт дайн ч бий. Төлөөллийн дайнуудын хоёр дахь тулалдаан нь одоо Украинд, “Хилийн шугам” дээр явагдаж байгаа бөгөөд энэ нь өмнөдийн хаан ба хойд зүгийн хааны хоорондын хил байсан Рафиагаар дүрслэгддэг; түүхэнд арван нэгдүгээр болон арван хоёрдугаар эшлэлүүд анх биелэгдэх үед тэрхүү газар уг хил байсан юм.</w:t>
      </w:r>
    </w:p>
    <w:p>
      <w:pPr>
        <w:pStyle w:val="ArticleBody"/>
        <w:jc w:val="left"/>
      </w:pPr>
      <w:r>
        <w:rPr>
          <w:rFonts w:ascii="Times New Roman" w:hAnsi="Times New Roman" w:eastAsia="Times New Roman" w:cs="Times New Roman"/>
        </w:rPr>
        <w:t>Украин дахь төлөөллийн дайнуудын хоёр дахь тулалдаан явагдаж буй яг тэр үед, Исламын алдар суугт газрын эсрэг хийх гурван довтолгооны хоёр дахь нь мөн тохиож байна. Гурав дахь гай зовлонгийн эхний довтолгоо 2001 оны 9 дүгээр сарын 11-нд ирсэн бөгөөд нэг зуун дөчин дөрвөн мянгыг лацдах ажил эхэлсэн юм. Лацдах хугацаа АНУ-д тун удахгүй ирэх Ням гаргийн хуулиар төгсөнө; тэр үед гурав дахь гай зовлонгийн Ислам АНУ-ыг дахин нэгэнтээ цохино. Эхний ба сүүлчийн цохилтууд адил бөгөөд тэд хоёулаа Илчлэлт арван наймдугаар бүлгийн тэнгэрэлчийн дуу хоолойг тэмдэглэдэг; тэр нь мөн гурав дахь тэнгэрэлчийн дуу хоолой, мөн долоо дахь бүрээний хангинаа, мөн гурав дахь гай зовлон мөн билээ.</w:t>
      </w:r>
    </w:p>
    <w:p>
      <w:pPr>
        <w:pStyle w:val="ArticleBody"/>
        <w:jc w:val="left"/>
      </w:pPr>
      <w:r>
        <w:rPr>
          <w:rFonts w:ascii="Times New Roman" w:hAnsi="Times New Roman" w:eastAsia="Times New Roman" w:cs="Times New Roman"/>
        </w:rPr>
        <w:t>Тэр хоёр дайралтын, өөрөөр хэлбэл долоо дахь бүрээний дуу болох тэр хоёр дуу хоолойн дунд, гурав дахь гаслангийн Ислам 2023 оны 10 дугаар сарын 7-нд орчин үеийн сүнслэг алдаршсан газрыг бус, харин эртний бодит алдаршсан газрыг дайрсан.</w:t>
      </w:r>
    </w:p>
    <w:p>
      <w:pPr>
        <w:pStyle w:val="ArticleBody"/>
        <w:jc w:val="left"/>
      </w:pPr>
      <w:r>
        <w:rPr>
          <w:rFonts w:ascii="Times New Roman" w:hAnsi="Times New Roman" w:eastAsia="Times New Roman" w:cs="Times New Roman"/>
        </w:rPr>
        <w:t>Тэгэхэд эхэлсэн тэр дайн одоо арван нэг, арван хоёрдугаар эшлэлүүдэд дүрслэгдсэн Рафийн тулалдаан болсон яг тэр бүс нутагт өрнөж байна. Газын зурвас нь Иудагийн өмнөд хаант улс ба Египетийн хоорондох хил хязгаар юм. 2023 оны аравдугаар сарын 7 нь бослогыг тэмдэглэдэг, эсвэл еврей цагаан толгойн арван гурав дахь үсэг бөгөөд эхний ба сүүлчийн үсгүүдтэй хамтран “үнэн” хэмээх үгийг бүтээдэг, нөгөө хүрднүүдийн доторх нэгэн хүрд мөн.</w:t>
      </w:r>
    </w:p>
    <w:p>
      <w:pPr>
        <w:pStyle w:val="ArticleBody"/>
        <w:jc w:val="left"/>
      </w:pPr>
      <w:r>
        <w:rPr>
          <w:rFonts w:ascii="Times New Roman" w:hAnsi="Times New Roman" w:eastAsia="Times New Roman" w:cs="Times New Roman"/>
        </w:rPr>
        <w:t>Гурав дахь гайгийн Исламын зүгээс үзэсгэлэнт газрын эсрэг үйлдсэн хоёр дахь довтолгоо 2023 оны 10 дугаар сарын 7-нд болсон бөгөөд энэ нь эртний Рафиагийн тулалдаан явагдсан яг тэр нутагт, арван нэгдүгээр ба арван хоёрдугаар ишлэлийн биелэл болгон өрнөв. Үзэсгэлэнт газрын эсрэгх энэхүү хоёр дахь довтолгоо нь эш үзүүллэгийн газарзүйн бэлгэдлээр дамжин, Украин дахь дайнаар төлөөлөгдөх төлөөллийн дайнуудын хоёр дахь тулалдаантай холбогддог.</w:t>
      </w:r>
    </w:p>
    <w:p>
      <w:pPr>
        <w:pStyle w:val="ArticleBody"/>
        <w:jc w:val="left"/>
      </w:pPr>
      <w:r>
        <w:rPr>
          <w:rFonts w:ascii="Times New Roman" w:hAnsi="Times New Roman" w:eastAsia="Times New Roman" w:cs="Times New Roman"/>
        </w:rPr>
        <w:t>Мөр мөрөөр, одоо Украинд (Хилийн нутагт) үргэлжилж буй төлөөлөгчийн дайнуудын хоёр дахь тулаан нь гурав дахь гай зовлонгийн бүрээн дууны хоёр дахь тэмдгийг (2023 оны 10 дугаар сарын 7) багтааж байгаа бөгөөд энэ нь нэг зуун дөчин дөрвөн мянгыг тамгалах төгсгөлийн үед биеллээ олдог. Тэрхүү тамгалах туршлагыг Даниел аравдугаар бүлэгт дүрслэн үзүүлсэн байдаг. Тэнд тэрээр гашуудлын хорин нэгэн өдрийн хугацааны дараа “marah” үзэгдлийг хардаг бөгөөд энэ нь хоёр эш үзүүлэгч гудамжинд үхсэн байсан гурав хагас өдөр мөн юм. Уг үзэгдлийг “эцсийн өдрүүдэд Бурханы ард түмэнд тохиолдох зүйлийн” тайлбар хэмээн тайлбарласан байдаг.</w:t>
      </w:r>
    </w:p>
    <w:p>
      <w:pPr>
        <w:pStyle w:val="ArticleBody"/>
        <w:jc w:val="left"/>
      </w:pPr>
      <w:r>
        <w:rPr>
          <w:rFonts w:ascii="Times New Roman" w:hAnsi="Times New Roman" w:eastAsia="Times New Roman" w:cs="Times New Roman"/>
        </w:rPr>
        <w:t>Хиддекел мөрний үзэгдлээр дүрслэгдсэн, лацдах үнэн болох тэрхүү үнэн нь арван нэгээс арван тавдугаар эшлэлүүдийн эш үзүүллэгийн түүхэнд биелдэг. Энэ нь 1989 онд эхэлж, дөчдүгээр эшлэлээс дөчин нэгдүгээр эшлэл болон тун удахгүй ирэх Ням гаргийн хууль хүртэл үргэлжлэх түүх мөн. Энэ нь хоёрдугаар эшлэл дэх зургаа дахь, хамгийн баян ерөнхийлөгчийн түүх бөгөөд гуравдугаар эшлэлд тэмдэглэснээр “Агуу Александр”-ын долоо дахь хаанчлал хүртэл дүрслэгддэг.</w:t>
      </w:r>
    </w:p>
    <w:p>
      <w:pPr>
        <w:pStyle w:val="ArticleBody"/>
        <w:jc w:val="left"/>
      </w:pPr>
      <w:r>
        <w:rPr>
          <w:rFonts w:ascii="Times New Roman" w:hAnsi="Times New Roman" w:eastAsia="Times New Roman" w:cs="Times New Roman"/>
        </w:rPr>
        <w:t>2014 онд прокси дайнуудын хоёр дахь тулалдааны эхлэлээр эхэлсэн, үүний дараа 2015 онд хамгийн баян ерөнхийлөгч сонгуулийн кампанит ажлаа эхлүүлсэн тэрхүү түүх нь 1989 оноос дөчин нэгдүгээр эшлэл дэх Ням гарагийн хууль хүртэлх, дөчдүгээр эшлэлийн хоосон зай мөн бөгөөд, түүнчлэн хоёрдугаар эшлэл дэх зургаа дахь, хамгийн баян ерөнхийлөгчөөс эхлээд долоо дахь хаанчлал хүртэлх хоосон зай мөн юм. Энэ нь Илчлэл номын арван наймдугаар бүлгийн эхний дуу хоолойгоор 2001 оны 9 дүгээр сарын 11-нд эхэлж, Илчлэл номын арван нэгдүгээр бүлэг дэх агуу газар хөдлөлтийн цагт сонсогдох хоёр дахь дуу хоолойгоор төгсдөг түүх юм. Тэрхүү түүх нь мөн Езекиел арван хоёрдугаар бүлэгт тодорхойлсон, үзэгдэл бүр биеллээ олдог түүхэн үе мөн. Тэрхүү хугацаа нь нэг зуун дөчин дөрвөн мянгын лацдах хугацаа мөн. Бурханы ард түмний ариусгал нь Түүний үгээр гүйцэлддэг.</w:t>
      </w:r>
    </w:p>
    <w:p>
      <w:pPr>
        <w:pStyle w:val="ArticleScripture"/>
        <w:jc w:val="left"/>
      </w:pPr>
      <w:r>
        <w:rPr>
          <w:rFonts w:ascii="Times New Roman" w:hAnsi="Times New Roman" w:eastAsia="Times New Roman" w:cs="Times New Roman"/>
        </w:rPr>
        <w:t>Тэднийг Өөрийн үнэнээр ариусгаач: Таны үг бол үнэн мөн. Иохан 17:17.</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“Энэ үзэгдэл Езекиелд түүний оюун санаа бараан түгшүүрт зөн совингоор дүүрсэн цагт өгөгдсөн юм. Тэрээр эцэг өвгөдийнхөө нутаг орныг эзгүйрэн хоцорсныг харсан. Урьд цагт хүнээр дүүрэн байсан хотод оршин суугчид үлдсэнгүй. Баясгалангийн дуу, магтаалын эгшиг түүний хэрмэн дотор цаашид сонсогдохоо больсон байв. Эш үзүүлэгч өөрөө ч хязгааргүй шунал тачаал, хэрцгий догшин балмадлал дээдлэн ноёрхож байсан харь нутагт харь хүний адил байлаа. Хүний дарангуйлал, шударга бус явдлын тухай түүний харж сонссон бүхэн сэтгэлийг нь шаналгаж, тэрээр өдөр шөнөгүй гашуунаар уй гашууд автдаг байв. Гэвч Хебар мөрний дэргэд түүний өмнө үзүүлэгдсэн гайхамшигт бэлгэдлүүд газар дэлхийн захирагчдын хүчнээс хавьгүй илүү, дээдлэн захирах хүч байгааг илчилсэн юм. Ассир ба Вавилоны бардам, харгис хаадын дээгүүр энэрэл ба үнэний Бурхан хаан ширээндээ заларч байв.”</w:t>
      </w:r>
    </w:p>
    <w:p>
      <w:pPr>
        <w:pStyle w:val="ArticleScripture"/>
        <w:jc w:val="left"/>
      </w:pPr>
      <w:r>
        <w:rPr>
          <w:rFonts w:ascii="Times New Roman" w:hAnsi="Times New Roman" w:eastAsia="Times New Roman" w:cs="Times New Roman"/>
        </w:rPr>
        <w:t>“Иймэрхүү самууран будлианд хутгалдан орсон мэт эш үзүүлэгчид харагдсан дугуй адил төвөгтэй зүйлс хязгааргүй мутрын удирдлагын дор байв. Түүнд эдгээр дугуйг хөдөлгөн чиглүүлж байгаа нь илчлэгдсэн Бурханы Сүнс будлианаас зохицолыг гарган авчирсан; тийнхүү бүх дэлхий Түүний захиргааны дор байлаа. Алдаршсан мянга мянган амьтад Түүний үгээр бэлэн байж, бузар хүмүүсийн хүч чадал ба бодлогыг захиран дийлж, Өөрт нь үнэнч хүмүүст сайныг авчрахад бэлэн байв.”</w:t>
      </w:r>
    </w:p>
    <w:p>
      <w:pPr>
        <w:pStyle w:val="ArticleScripture"/>
        <w:jc w:val="left"/>
      </w:pPr>
      <w:r>
        <w:rPr>
          <w:rFonts w:ascii="Times New Roman" w:hAnsi="Times New Roman" w:eastAsia="Times New Roman" w:cs="Times New Roman"/>
        </w:rPr>
        <w:t>Үүнтэй адил, Бурхан хайртай Иоханд сүмийн ирээдүйн үеүүдийн түүхийг нээх гэж байхдаа, Аврагч Өөрийн ард түмэнд тавьдаг анхаарал, халамжийн баталгааг түүнд өгсөн бөгөөд “Хүний Хүүтэй адил Нэгнийг” долоон сүмийг бэлгэдсэн дэнлүүний сууринуудын дунд алхаж явахыг түүнд илчилсэн. Иоханд сүмийн газар дэлхийн хүчнүүдтэй хийх эцсийн агуу тэмцлүүдийг үзүүлсэн боловч мөн итгэмжит хүмүүсийн эцсийн ялалт, авралыг харахыг зөвшөөрсөн юм. Тэрээр сүм араатан болон түүний дүрстэй үхлийн аюултай мөргөлдөөнд орж, тэр араатанд мөргөхийг үхлээр сүрдүүлэн тулгаж байгааг харсан. Гэвч тэрээр тулалдааны утаа, шуугианаас цааш харж, Сион уулан дээр Хургатай хамт зогсох нэгэн бүлгийг үзсэн бөгөөд тэд араатны тэмдгийн оронд “Эцгийнх нь нэр духан дээр нь бичигдсэн” байлаа. Мөн тэрээр “араатан, түүний дүрс, түүний тэмдэг, нэрийнх нь тоог ялан дийлсэн хүмүүс Бурханы ятгуудыг барин шилэн тэнгис дээр зогсож”, Мосе болон Хурганы дууг дуулж байгааг дахин харсан юм.</w:t>
      </w:r>
    </w:p>
    <w:p>
      <w:pPr>
        <w:pStyle w:val="ArticleScripture"/>
        <w:jc w:val="left"/>
      </w:pPr>
      <w:r>
        <w:rPr>
          <w:rFonts w:ascii="Times New Roman" w:hAnsi="Times New Roman" w:eastAsia="Times New Roman" w:cs="Times New Roman"/>
        </w:rPr>
        <w:t>“Эдгээр сургамжууд нь бидний тусын тулд юм. Учир нь хүний сэтгэлийг сорих нэгэн цаг яг бидний өмнө байна; тиймээс бид итгэлээ Бурхан дээр бат тогтоох хэрэгтэй. Христ Чидун уулан дээр Өөрийнхөө хоёр дахь ирэлтийн өмнө тохиох аймшигт шүүлтүүдийг өгүүлэн айлдахдаа: ‘Та нар дайн болон дайны сураг чимээг сонсоно’ гэсэн. ‘Үндэстэн үндэстний эсрэг, хаант улс хаант улсын эсрэг босно; мөн энд тэнд өлсгөлөн, тахал, газар хөдлөлтүүд болно. Энэ бүхэн бол зовлонгийн эхлэл мөн.’ Эдгээр эш үзүүллэгүүд Иерусалимын сүйрлийн үед хэсэгчлэн биеллээ олсон боловч, тэдгээр нь эцсийн өдрүүдэд илүү шууд хамааралтай юм.”</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Зөгнөл эшлэл түргэн биелж байна. Эзэн үүдэнд байна. Удахгүй амьд бүхэнд хэт их ач холбогдолтой нэгэн үе бидний өмнө нээгдэнэ. Өнгөрсөн үеийн маргаанууд дахин сэргэж, шинэ маргаанууд гарч ирнэ. Манай дэлхийд өрнөх үзэгдлүүдийг одоогоор бүр зүүдлэн ч төсөөлөөгүй байна. Сатан хүний зуучлалаар ажиллаж байна. Үндсэн хуулийг өөрчилж, Ням гаргийг сахихыг албадсан хууль батлуулахын төлөө хүчин чармайлт гаргаж буй хүмүүс үүний үр дүн юу болохыг тун бага ухаарч байна. Хямрал яг бидний дээр ирээд байна.</w:t>
      </w:r>
    </w:p>
    <w:p>
      <w:pPr>
        <w:pStyle w:val="ArticleScripture"/>
        <w:jc w:val="left"/>
      </w:pPr>
      <w:r>
        <w:rPr>
          <w:rFonts w:ascii="Times New Roman" w:hAnsi="Times New Roman" w:eastAsia="Times New Roman" w:cs="Times New Roman"/>
        </w:rPr>
        <w:t>“Гэвч энэ агуу онцгой цагт Бурханы зарц нар өөрсдөдөө найдах учиргүй. Исаиа, Езекиел, Иохан нарт өгөгдсөн үзэгдлүүдээс бид тэнгэр газар дээр болж буй үйл явдлуудтай хэчнээн нягт холбоотойг, мөн Түүнд үнэнч байдаг хүмүүсийн төлөөх Бурханы халамж хэчнээн агуу болохыг хардаг. Энэ дэлхий Захирагчгүй биш. Ирэх үйл явдлын төлөвлөгөө Эзэний гарт байна. Тэнгэрийн Сүр Жавхлант Нэгэн Өөрийн сүмийн хэрэг явдлын адил үндэстнүүдийн хувь заяаг ч Өөрийн мэдэл, асрамжид байлгадаг.” Testimonies, 5-р боть,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Жаран Долоо</dc:title>
  <dc:subject>Зөгнөлийг тайлан ойлгох нь: Даниел 11:10 болон түүнээс цаашихын түүхэн ба эш үзүүллэгийн ач холбогдлыг илчлэн нээх нь</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