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Жаран Найм</w:t>
      </w:r>
    </w:p>
    <w:p>
      <w:pPr>
        <w:pStyle w:val="ArticleSubtitle"/>
        <w:jc w:val="left"/>
      </w:pPr>
      <w:r>
        <w:rPr>
          <w:rFonts w:ascii="Arial" w:hAnsi="Arial" w:eastAsia="Arial" w:cs="Arial"/>
        </w:rPr>
        <w:t>Зөгнөлийн үнэнийг илчлэх нь: Төлөөлөгчийн дайнуудын хоёр дахь тулаан ба 144,000-ын лацдалт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Бид одоо Даниел номын арван нэгдүгээр бүлгийн арван нэг, арван хоёрдугаар эшлэлүүдэд дүрслэгдсэн төлөөлөгчдийн дайнуудын хоёр дахь тулалдааныг авч үзэж байна. Тэдгээр эшлэлүүд дэх хоёр дахь тулалдаан нь шүтлэггүй Оросын хүч ба Украин улсын хоорондох Украин дахь дайныг зааж байна. Эшлэлүүдэд Путин Птолемей IV-ийн адил ялалт байгуулдаг; гэвч ялалтынхаа дараа тэрээр өөрийн зүрхэнд өргөгдөн, өөрийгөө нарцисс маягаар өргөмжлөх нь түүний Ватерлоо болох хэрэгсэл болно. Энэхүү өнөөгийн түүхийн түүхэн дүрслэл нь зөвхөн өнөөгийн түүх сүнслэг утгаараа юуг төлөөлж байгааг ойлгодог хүмүүст л ашиг тустай юм.</w:t>
      </w:r>
    </w:p>
    <w:p>
      <w:pPr>
        <w:pStyle w:val="ArticleBody"/>
        <w:jc w:val="left"/>
      </w:pPr>
      <w:r>
        <w:rPr>
          <w:rFonts w:ascii="Times New Roman" w:hAnsi="Times New Roman" w:eastAsia="Times New Roman" w:cs="Times New Roman"/>
        </w:rPr>
        <w:t>Аравдугаар бүлгийн нэг дэх эшлэлд Бурханы эцсийн өдрүүдийн ард түмнийг төлөөлдөг Даниел “үзэгдэл”-ийг ч, мөн “зүйл”-ийг ч ойлгодог нэгэн хэмээн тодорхойлогддог. Үзэгдэл ба зүйл нь нэг үнэний шугамын хүрээнд дахин дахин хамтад нь дүрслэгддэг боловч бие биеэсээ ялгаатай хэвээр байдаг. Тэд бол Улай ба Хиддекел голууд юм. Тэд бол “mareh” болон “chazon” үзэгдлүүд юм. Тэд бол хорин таван зуун хорин жилийн эш үзүүллэгийг хорин гурван зуун жилийн эш үзүүллэгтэй холбон үзүүлсэн хэрэг юм. Тэд бол Бурханы ард түмний дотоод ба гадаад гэрчлэл юм. Эзэн ач холбогдолгүй зүйлсийг давтан хэлдэггүй. Анх дурдсаны дүрэм нь, түүний эцсийн үзэгдэл дотор Даниелын тухай бидэнд хамгийн түрүүнд хэлэгддэг зүйл нь тэрээр “chazon”-ыг ч, “mareh”-г ч ойлгодог Бурханы эцсийн өдрүүдийн ард түмнийг төлөөлдөг явдал мөн гэдгийг тодорхойлдог. Иймээс, арван нэг ба арван хоёрдугаар эшлэлийн эш үзүүллэгийн түүхийг зөв ойлгохын тулд үзэгдэл ба зүйлийг олж харах нь амин чухал юм.</w:t>
      </w:r>
    </w:p>
    <w:p>
      <w:pPr>
        <w:pStyle w:val="ArticleBody"/>
        <w:jc w:val="left"/>
      </w:pPr>
      <w:r>
        <w:rPr>
          <w:rFonts w:ascii="Times New Roman" w:hAnsi="Times New Roman" w:eastAsia="Times New Roman" w:cs="Times New Roman"/>
        </w:rPr>
        <w:t>Даниел нь Илчлэлт номын арван нэгдүгээр бүлэг дэх нэг зуун дөчин дөрвөн мянгыг төлөөлдөг бөгөөд тэд Миллерчүүдийн түүхэнд биелсэн арван охины үлгэрийг төгс давтан биелүүлсэн юм. Тэд Миллерчүүдийн адил эхний урам хугаралд орсон бөгөөд Илчлэлт арван нэгдүгээр бүлэгт энэ нь ёроолгүй ангалын ёроолоос гарч ирдэг атеист “woke” араатанд алагдсан байдлаар дүрслэгдэж, улмаар мөн Христ цовдлогдсон Египет ба Содом хэмээх агуу хотын гудамжинд үхдэл мэт хэвтэж байдаг. Тэдний үхэл луугийн дагалдагчдад “баяр хөөр” төрүүлсэн боловч Даниелд гашуудлыг төрүүлсэн юм.</w:t>
      </w:r>
    </w:p>
    <w:p>
      <w:pPr>
        <w:pStyle w:val="ArticleBody"/>
        <w:jc w:val="left"/>
      </w:pPr>
      <w:r>
        <w:rPr>
          <w:rFonts w:ascii="Times New Roman" w:hAnsi="Times New Roman" w:eastAsia="Times New Roman" w:cs="Times New Roman"/>
        </w:rPr>
        <w:t>Нэг зуун дөчин дөрвөн мянгын лацлагдлын түүхийг мөн Лазарын амилалтаар дүрслэн үзүүлсэн бөгөөд түүний амилалт нь Христийн ажлын лацлах үйлдэл мөн болох нь тодорхойлогдсон юм. Түүнчлэн Лазар нь Христийн лацалдаг хүмүүсийн бэлгэдэл болон, Иерусалим уруу хийсэн ялалтын ёслолт орохуйг манлайлан явсан бөгөөд энэ нь Миллерийн түүхэн дэх Шөнө дундын хашхирааны хөдөлгөөнийг, мөн нэг зуун дөчин дөрвөн мянгын түүхэн дэх тэрхүү хөдөлгөөнийг хэв шинжээр илэрхийлсэн юм. Лазарын амилалт түүний эгч дүүс болох Мариа, Марта нар гашуудалд байхад болсон нь, аравдугаар бүлэг дэх хорин нэгэн өдрийн турш Даниел гашуудаж байсантай адил байв. Аравдугаар бүлэгт Даниелын гашуудал Михаел буун ирснээр төгсдөг бөгөөд Лазар, Мосе хоёрыг амьдралд дахин авчирсан “дуу хоолой” нь яг тэр нэгэн Бие хүн мөн байлаа. Илчлэл номын арван нэгдүгээр бүлэг дэх хоёр гэрчийн амилалтыг “марах”-ын учруулагч үзэгдлийн улмаас Даниел хувирснаар дүрслэн үзүүлсэн байдаг.</w:t>
      </w:r>
    </w:p>
    <w:p>
      <w:pPr>
        <w:pStyle w:val="ArticleBody"/>
        <w:jc w:val="left"/>
      </w:pPr>
      <w:r>
        <w:rPr>
          <w:rFonts w:ascii="Times New Roman" w:hAnsi="Times New Roman" w:eastAsia="Times New Roman" w:cs="Times New Roman"/>
        </w:rPr>
        <w:t>Аравдугаар бүлэгт Даниел Илчлэлт номын арван нэгдүгээр бүлэгт мөн дүрслэгдсэн зуун дөчин дөрвөн мянгыг тамгалж буйг төлөөлж байна. Тэр бүлэгт Габриел Бурханы эцсийн өдрүүдийн ард түмэнд юу тохиолдохыг Даниелд ойлгуулахаар ирснээ ил тод хэлдэг. Эцсийн өдрүүдэд Бурханы ард түмэнд юу тохиолдох тухай энэ мэдээ нь эш үзүүллэгийн мөрийг эш үзүүллэгийн мөр дээр давхарлан тавих аргачлалаар баталгааждаг мэдээний хүрээнд эш үзүүллэгийн утгаар байршуулсан байдаг. Тэрхүү хэрэглээний дотор анхны дурдлагын дүрэм нь зөв ойлголт зөвхөн нэгтгэн авчирсан мөрүүдийн доторх дотоод ба гадаад үнэнийг хоёуланг нь хардаг хүмүүст л илчлэгдэхийг харуулдаг. Тэд бол “үзэгдэл”-ийг болон “зүйл”-ийг ойлгодог хүмүүс мөн.</w:t>
      </w:r>
    </w:p>
    <w:p>
      <w:pPr>
        <w:pStyle w:val="ArticleBody"/>
        <w:jc w:val="left"/>
      </w:pPr>
      <w:r>
        <w:rPr>
          <w:rFonts w:ascii="Times New Roman" w:hAnsi="Times New Roman" w:eastAsia="Times New Roman" w:cs="Times New Roman"/>
        </w:rPr>
        <w:t>Нэг зуун дөчин дөрвөн мянгат нь эш үзүүллэгийн мэдээг ойлгох болно; харин тэд мөн тэрхүү мэдээг биеэрээ туулан амсах болно. Учир нь мэдээ ба туршлага хоёрыг салгаж үл болно. Ариусгадаг нь тэрхүү мэдээ мөн; учир нь мэдээ нь Бурханы Үг бөгөөд Христ бол Бурханы Үг, харин Бурханы Үг нь Үнэн мөн. Түүний мэдээ Үнэн хэмээн батлагддаг нь, учир нь энэ нь эш үзүүллэгийг хэрэглэх зарчмуудаар дамжин илэрхийлэгддэг бөгөөд тэдгээр зарчим нь Тэр хэн болох, юу болохынх нь зарчмуудаас илүү ч биш, дутуу ч биш юм. Тэр бол Палмони, Гайхамшигт Тоологч, Нууцуудыг Тоологч мөн. Тэр бол Гайхамшигт Хэлзүйч, эхлэл ба төгсгөл, анхдагч ба эцсийнх, Альфа ба Омега мөн. Тэр хэн болохын эдгээр шинжүүд нь эш үзүүллэгийн мэдээг тогтоон тогтоож, эш үзүүллэгийн туршлагыг бүтээн гаргадаг эш үзүүллэгийн дүрмүүдийг тодорхойлдог юм.</w:t>
      </w:r>
    </w:p>
    <w:p>
      <w:pPr>
        <w:pStyle w:val="ArticleBody"/>
        <w:jc w:val="left"/>
      </w:pPr>
      <w:r>
        <w:rPr>
          <w:rFonts w:ascii="Times New Roman" w:hAnsi="Times New Roman" w:eastAsia="Times New Roman" w:cs="Times New Roman"/>
        </w:rPr>
        <w:t>Шинарын хоёр их мөрөн болох Улай ба Хиддекел Персийн буланд хүрэхээсээ өмнө нийлэх орчимдоо Шатт аль-Араб хэмээх намаглаг бүсийг үүсгэдэг боловч нэгэн гол болон нийлдэггүй. Шатт аль-Араб нь Евфрат, Тигр мөрөн, түүнчлэн хэд хэдэн жижиг гол горхи нийлэн бүрэлдүүлсэн голын дельта мөн. Гэвч дельта бүсийн дотор ч Евфрат ба Тигр тус тусын онцлог чанараа хадгалсаар, Персийн буланд ялгаатай мөрнүүдийн хувиар цутгадаг. Зөгнөлийн дотоод ба гадаад захиасууд мөн өөр хоорондын ялгаатай харилцаагаа хадгалдаг боловч төгсгөлдөө хүрэхдээ (эцсийн өдрүүдэд) хэд хэдэн гол, горхиор тэжээгдсэн нэгэн дельтаг бий болгодог. Есүс сүнслэгийг байгалийн зүйлээр дүрслэн харуулдаг бөгөөд эцсийн өдрүүдэд үзэгдэл бүрийн үр нөлөө нь дельтын үерлэдэг газрыг бүрэлдүүлдэг ч хоёр их мөрөн тус тусын ялгаатай үүргээ хадгалсаар байдаг.</w:t>
      </w:r>
    </w:p>
    <w:p>
      <w:pPr>
        <w:pStyle w:val="ArticleBody"/>
        <w:jc w:val="left"/>
      </w:pPr>
      <w:r>
        <w:rPr>
          <w:rFonts w:ascii="Times New Roman" w:hAnsi="Times New Roman" w:eastAsia="Times New Roman" w:cs="Times New Roman"/>
        </w:rPr>
        <w:t>Гашуудлын хорин нэгэн өдрийн хугацаа нь хоёр гэрч гудамжинд үхсэн байдаг хугацаатай давхцдаг бөгөөд тэр хугацаа нь анхны урам хугарал болон саатлын цаг үеэс эхэлдэг. Тэрхүү хугацаа нь зуун дөчин дөрвөн мянгын тамгалагдал гүйцэлдэх илүү өргөн хугацааны дотор тохиолддог. Тамгалагдал нь 1989 оны төгсгөлийн цагт эхлээгүй, харин Христ гурав дахь тэнгэрэлчийн хувьд 2001 оны 9 дүгээр сарын 11-нд бууж ирэхэд эхэлсэн. Тэр Өөрийн ард түмнийг Кадеш дахь хоёр дахь айлчлалд нь авчирсан бөгөөд энэ удаад бэлэн болсон цөөнх нь амлагдсан нутагт орох болно. 1989 оны төгсгөлийн цагаас 2001 оны 9 дүгээр сарын 11 хүртэлх хугацаан дахь Бурханы ард түмний туршлага тэднийг тамгалаагүй. Тамгалагдал нь Христ бууж ирж, гурав дахь гай зовлонгийн долоо дахь бүрээний эхний аяыг дуугаргасан үед эхэлсэн.</w:t>
      </w:r>
    </w:p>
    <w:p>
      <w:pPr>
        <w:pStyle w:val="ArticleBody"/>
        <w:jc w:val="left"/>
      </w:pPr>
      <w:r>
        <w:rPr>
          <w:rFonts w:ascii="Times New Roman" w:hAnsi="Times New Roman" w:eastAsia="Times New Roman" w:cs="Times New Roman"/>
        </w:rPr>
        <w:t>Долоо дахь бүрээ дуугарах үед Бурханы нууц төгсдөг бөгөөд тэрхүү нууц нь тэр бүрээний дуугаралтын үеэр явагддаг нэг зуун дөчин дөрвөн мянгыг тамгалах явдлыг илэрхийлдэг. Тэр бүрээ гурван өнгөөр эгшиглэдэг, учир нь тэр нь Үнэн мөн. Эхний өнгө нь 2001 оны 9 дүгээр сарын 11 байсан, хоёр дахь өнгө нь 2023 оны 10 дугаар сарын 7 байсан, харин эдгээр гурван өнгийн гурав дахь нь тун удахгүй ирэх Ням гаргийн хууль дээр байна. Тэр гурван өнгө нь үнэнд үргэлж оршдог гурван алхам мөн. Аравдугаар бүлэг дэх Даниелын гурван хүрэлт нь түүний туршлагыг долоо дахь бүрээний гурван өнгөөр төлөөлөгдсөн түүхийн хугацаатай холбосон юм.</w:t>
      </w:r>
    </w:p>
    <w:p>
      <w:pPr>
        <w:pStyle w:val="ArticleBody"/>
        <w:jc w:val="left"/>
      </w:pPr>
      <w:r>
        <w:rPr>
          <w:rFonts w:ascii="Times New Roman" w:hAnsi="Times New Roman" w:eastAsia="Times New Roman" w:cs="Times New Roman"/>
        </w:rPr>
        <w:t>Даниелын аравдугаар бүлэгт дүрслэн үзүүлсэнчлэн, Христийн дүр төрхөд хувирган өөрчлөгдөх үр дүнг бий болгодог эш үзүүллэгийн мэдээ нь Бурханы ард түмэнд эцсийн өдрүүдэд юу тохиолдох тухай мэдээ мөн боловч, ерөнхий утгаар хэлсэн эцсийн өдрүүдийн тухай бус юм. Энэ нь нэг зуун дөчин дөрвөн мянган хүнийг тамгалах цаг үед Бурханы ард түмний ойлгож, биеэр туулан эдэлдэг мэдээ мөн.</w:t>
      </w:r>
    </w:p>
    <w:p>
      <w:pPr>
        <w:pStyle w:val="ArticleBody"/>
        <w:jc w:val="left"/>
      </w:pPr>
      <w:r>
        <w:rPr>
          <w:rFonts w:ascii="Times New Roman" w:hAnsi="Times New Roman" w:eastAsia="Times New Roman" w:cs="Times New Roman"/>
        </w:rPr>
        <w:t>Габриел арван нэгдүгээр бүлэгт дүрслэгдсэн эш үзүүллэгийн түүхийг тайлбарлан эхлэхдээ, эш үзүүллэгийн тодорхой шугамуудыг толилуулдаг. Эхний хоёр эшлэл нь төгсгөлийн цаг болох 1989 онд Кираас (анхны Буштай адилтган) эхэлж, дөчин тав дахь ерөнхийлөгч Дональд Трампын (зургаа дахь) түүх хүртэл урагшилдаг бөгөөд тэнд эш үзүүллэгийн түүх түр зогсож, дараа нь долоо дахь хаант улс болох Нэгдсэн Үндэстний Байгууллагын (Агуу Александрын) түүхийг гурав, дөрөвдүгээр эшлэлүүдэд авч үздэг. Иймээс глобалистуудыг хөдөлгөөнд оруулдаг баян зургаа дахь ерөнхийлөгч хэмээх Дональд Трампын тухай мэдээ нь нэг зуун дөчин дөрвөн мянгын лацдах цагт биелдэг үнэн мөн. Тиймээс энэ нь өнөөгийн үнэн мөн.</w:t>
      </w:r>
    </w:p>
    <w:p>
      <w:pPr>
        <w:pStyle w:val="ArticleBody"/>
        <w:jc w:val="left"/>
      </w:pPr>
      <w:r>
        <w:rPr>
          <w:rFonts w:ascii="Times New Roman" w:hAnsi="Times New Roman" w:eastAsia="Times New Roman" w:cs="Times New Roman"/>
        </w:rPr>
        <w:t>Тавдугаар эшлэлээс есдүгээр эшлэл хүртэл папын засаг 538 онд хаан ширээнд тогтоогдсоноос эхлэн үхлийн шарх авсан үе болон 1798 оны төгсгөлийн цаг хүртэлх түүхийг өгүүлжээ. Мэдээж энэ нь дөчдүгээр эшлэлийг дэмжиж, бататгадаг тул зайлшгүй хэрэгтэй, чухал үнэн мөн; гэвч нэг зуун дөчин дөрвөн мянгын лацдах үеийн хугацаанд тохиолдох тодорхой эш үзүүллэгийн өгүүлэмжийг агуулаагүй. Аравдугаар эшлэл нь, тавдугаар эшлэлээс есдүгээр эшлэл хүртэлхтэй адил, дөчдүгээр эшлэлийн хүчин төгөлдөр байдлыг баталдаг боловч лацдах хугацаанд биелэх эш үзүүллэгийн түүхийг авч үздэггүй. Гэвч энэ нь 1989 оныг тэмдэглэдэг бөгөөд ингэснээр орхигдуулснаараа 1989 оноос эхлэн дөчин нэгдүгээр эшлэл дэх Ням гаргийн хууль хүртэлх чимээгүй үеийг тогтоодог.</w:t>
      </w:r>
    </w:p>
    <w:p>
      <w:pPr>
        <w:pStyle w:val="ArticleBody"/>
        <w:jc w:val="left"/>
      </w:pPr>
      <w:r>
        <w:rPr>
          <w:rFonts w:ascii="Times New Roman" w:hAnsi="Times New Roman" w:eastAsia="Times New Roman" w:cs="Times New Roman"/>
        </w:rPr>
        <w:t>Арван нэгээс арван тавдугаар эшлэлүүд нэг зуун дөчин дөрвөн мянгыг тамгалах үеийн хугацаанд биелэгдэх түүхийг тодорхойлдог. Эдгээр эшлэлүүд нь хоёр ба гуравдугаар эшлэлүүдийн хооронд, мөн дөчдүгээр эшлэл дэх 1989 оноос дөчин нэгдүгээр эшлэл дэх Ням гаргийн хууль хүртэлх нуугдмал түүхийн хүрээнд багтана. Эдгээр эшлэлүүд нь үнэхээр эдүгээгийн үнэн мөн бөгөөд, хэрэв бид эдгээр эшлэлүүдийг ойлгохоос зориулагдсан үр ашгийг хүртэхийг хүсвэл, тэдгээрийг ийм байдлаар нь хүлээн зөвшөөрөх ёстой.</w:t>
      </w:r>
    </w:p>
    <w:p>
      <w:pPr>
        <w:pStyle w:val="ArticleBody"/>
        <w:jc w:val="left"/>
      </w:pPr>
      <w:r>
        <w:rPr>
          <w:rFonts w:ascii="Times New Roman" w:hAnsi="Times New Roman" w:eastAsia="Times New Roman" w:cs="Times New Roman"/>
        </w:rPr>
        <w:t>Зориулсан ашиг тус нь хоёр талтай. Учир нь энэ нь тэнд дүрслэгдсэн эш үзүүллэгийн түүхийн ойлголтыг төлөөлөхөөс гадна, мөн тэрхүү мэдээний үнэнүүдийг ойлгосноор бий болдог туршлагыг ч төлөөлдөг. Битүүмжлэлийн үед биелж буй мэдээний ойлголт буюу мэдлэгийн эцсийн нэмэгдэл нь нэг зуун дөчин дөрвөн мянгад багтах хүмүүсийг ариусгадаг зүйл мөн. Иймийн тул эдгээр эшлэлүүдийг дотоод ба гадаадын үүднээс авч үзэх нь чухал юм.</w:t>
      </w:r>
    </w:p>
    <w:p>
      <w:pPr>
        <w:pStyle w:val="ArticleBody"/>
        <w:jc w:val="left"/>
      </w:pPr>
      <w:r>
        <w:rPr>
          <w:rFonts w:ascii="Times New Roman" w:hAnsi="Times New Roman" w:eastAsia="Times New Roman" w:cs="Times New Roman"/>
        </w:rPr>
        <w:t>Левит номын хорин зургаадугаар бүлгийн “долоон хугацаа” нь нэг зуун дөчин дөрвөн мянгын лацлагдах цаг үеийн салшгүй хэсэг мөн. Учир нь хоёрдугаар болон есдүгээр бүлэгт дүрслэгдсэн Даниелын хоёр залбирал нь араатны дүрээр төлөөлөгдсөн эш үзүүллэгийн түүхийг ойлгохын төлөөх, мөн Левит хорин зургаагийн дагуу өөрсдийн нүгэл болон эцгүүдийнхээ нүглийн уучлалыг гуйх залбирлыг биелүүлэгчдээр бий болдог туршлагыг хүлээн авахын төлөөх хоёр талт залбирлыг төлөөлдөг. Гадаад залбирал нь араатны дүрийг тодорхойлдог, харин дотоод залбирал нь Христийн дүрийг төрүүлдэг.</w:t>
      </w:r>
    </w:p>
    <w:p>
      <w:pPr>
        <w:pStyle w:val="ArticleBody"/>
        <w:jc w:val="left"/>
      </w:pPr>
      <w:r>
        <w:rPr>
          <w:rFonts w:ascii="Times New Roman" w:hAnsi="Times New Roman" w:eastAsia="Times New Roman" w:cs="Times New Roman"/>
        </w:rPr>
        <w:t>Даниелын арван нэгдүгээр бүлгийн янз бүрийн эшлэлүүдэд дүрслэгдсэн, ялангуяа лацдах цагийн дотор биелдэг түүхийг ойлгох явдал нь хоёрдугаар бүлэгт буй Даниелын залбирлаар төлөөлөгдөнө. Тэр болон гурван үнэнч нөхөр Небухаднезарын металлуудын хөргийн тухай зүүдний нууц мэдээг ойлгохыг эрэлхийлсэн. Небухаднезарын нууцлаг зүүдэнд дүрслэгдсэн эш үзүүллэгийн түүхийн зөв ойлголт танигдах үед, тэрхүү ойлголт нь ойлгогч хүмүүст, хэрэв тэд өөрсдөө Даниелын есдүгээр бүлгийн залбирлаар төлөөлөгдсөн бүрэн гэмшлийн туршлагыг биечлэн хэрэгжүүлэхгүй бол, тэд найдваргүй болохыг илтгэнэ.</w:t>
      </w:r>
    </w:p>
    <w:p>
      <w:pPr>
        <w:pStyle w:val="ArticleBody"/>
        <w:jc w:val="left"/>
      </w:pPr>
      <w:r>
        <w:rPr>
          <w:rFonts w:ascii="Times New Roman" w:hAnsi="Times New Roman" w:eastAsia="Times New Roman" w:cs="Times New Roman"/>
        </w:rPr>
        <w:t>Аравдугаар бүлэгт Даниелаар төлөөлүүлсэн туршлагыг арван нэгдүгээр бүлэг дэх эцсийн цаг үеийн үйл явдлуудын эш үзүүллэгийн өгүүлэмжээс салган үзэх нь эш үзүүллэг судлагчийн хувьд бүтэлгүйтэж буй хэрэг мөн. Даниел номын арван нэгдүгээр бүлгийн арван нэг, арван хоёрдугаар эшлэлүүдэд гардаг хил хязгаарын дайн, Рафиагийн тулалдаан болон өмнөдийн хааны ялалт нь Бурханы эш үзүүллэгийн Үгэнд тэмдэглэгдсэн гурван зуучлагч дайны хоёр дахь нь юм. Энэхүү үнэний илчлэлтийг нүдэнд үзэгдэхүйц болгодог түлхүүр нь арван дугаар эшлэл дэх хойд зүгийн хаан үерлэн халин, даван өнгөрч, цайз хүртэл (хүзүү хүртэл) хүрдэг тухай Гайхамшигт Хэлзүйчийн хэрэглээ мөн. Тэрээр мөн үерлэн халих болон даван өнгөрөхийг өгүүлдэг өөр хоёр эшлэлийг өгсөн бөгөөд ингэснээр үйл явдлуудын эш үзүүллэгийн өгүүлэмжийг болон тэдгээр үйл явдлын ойлголт төрүүлэх ёстой туршлагыг нэгтгэн холбосон юм.</w:t>
      </w:r>
    </w:p>
    <w:p>
      <w:pPr>
        <w:pStyle w:val="ArticleScripture"/>
        <w:jc w:val="left"/>
      </w:pPr>
      <w:r>
        <w:rPr>
          <w:rFonts w:ascii="Times New Roman" w:hAnsi="Times New Roman" w:eastAsia="Times New Roman" w:cs="Times New Roman"/>
        </w:rPr>
        <w:t>Харин түүний хөвгүүд хөдөлгөөнд орж, үлэмж их цэргийн хүчийг цуглуулах болно. Тэдний нэг нь гарцаагүй ирж, үер мэт халин дайрч, нэвтлэн өнгөрөх бөгөөд дараа нь буцаж, өөрийн бэхлэлт хүртэл дахин хөдөлгөөнд орно. Өмнөдийн хаан хилэнгээр бадарч, гарч ирэн түүнтэй, өөрөөр хэлбэл умардын хаантай тулалдана. Тэгээд тэр үлэмж их олон цэргийг дайчлан гаргах боловч, тэрхүү олон цэрэг түүний гарт өгөгдөнө. Тэрхүү олныг зайлуулсны дараа түүний зүрх сэтгэл өргөгдөж, тэр олон арван мянгыг унагах боловч, үүгээрээ хүчирхэгжихгүй. Даниел 11:10–12.</w:t>
      </w:r>
    </w:p>
    <w:p>
      <w:pPr>
        <w:pStyle w:val="ArticleBody"/>
        <w:jc w:val="left"/>
      </w:pPr>
      <w:r>
        <w:rPr>
          <w:rFonts w:ascii="Times New Roman" w:hAnsi="Times New Roman" w:eastAsia="Times New Roman" w:cs="Times New Roman"/>
        </w:rPr>
        <w:t>2014 онд Путин Украинд дайн эхлүүлсэн бөгөөд Даниелын арван нэгдүгээр бүлгийн арван нэгдүгээр ишлэлд дүрслэгдсэн энэ үнэнийг танин мэдэхийн тулд эш үзүүлгийн судлагч эхлээд аравдугаар ишлэл нь Даниелын арван нэгдүгээр бүлгийн дөчдүгээр ишлэлийн хоёр дахь хэсгийг дүрслэн үзүүлдэг түүхийг төлөөлдөг болохыг харж чаддаг байх ёстой. Тэд үүнийг танин мэдмэгцээ, аравдугаар ишлэл нь дөчдүгээр ишлэлд нэмж буй зүйл нь юу болохыг харна: 1989 онд Зөвлөлт Холбоот Улс хамагдан зайлуулагдах үед хойд зүгийн хаан зөвхөн өөрийн бэхлэлт хүртэл (“хүзүү”) өгсөн гарсныг. Гэвч эш үзүүлгийн судлагч Исаиа наймдугаар бүлгийн наймдугаар ишлэлийг харах хүртлээ энэ нь юуг зааж байгааг мэдэхгүй байх байсан. Тэгээд л тэрээр эдгээр гурван ишлэл Библид ердөө гуравхан удаа хэрэглэгдсэн нэгэн хэллэгээр хоорондоо холбогдсон болохыг тодорхойлох эш үзүүлгийн эрх мэдэлтэй болох байв.</w:t>
      </w:r>
    </w:p>
    <w:p>
      <w:pPr>
        <w:pStyle w:val="ArticleBody"/>
        <w:jc w:val="left"/>
      </w:pPr>
      <w:r>
        <w:rPr>
          <w:rFonts w:ascii="Times New Roman" w:hAnsi="Times New Roman" w:eastAsia="Times New Roman" w:cs="Times New Roman"/>
        </w:rPr>
        <w:t>Дараа нь судлагч Библи дэх “хальж даван өнгөрөх” гэсэн хэллэг гурван удаа тохиолддог нь санаатай давталт мөн болохыг нотлох хоёр дахь гэрчийг шаардах болно. Энэ баримтын хоёр дахь гэрч нь эдгээр гурван ишлэл (гэрч) бүгд өмнөдийн нэгэн хаанд довтолж буй хойд зүгийн хааныг тодорхойлдгоор тогтоогдоно. Ийнхүү ижил бэлгэдэлт түүх болох нь дотоод гэрчийн хоёр төрлөөр батлагдсан эдгээр гурван гэрч хамтадаа эш үзүүллэгийг судлагчийг дараа нь эдгээр гурван ишлэлийг шугам дээр шугам тавих маягаар бие бие дээр нь давхарлан байрлуулахад хүргэнэ. Тийнхүү хэрэглэх нь хойд зүгийн хаан ба өмнөдийн хааны хоорондох тэмцлийг дүрслэн харуулдаг эдгээр ишлэлийн агуулгыг тэлж өгдөг.</w:t>
      </w:r>
    </w:p>
    <w:p>
      <w:pPr>
        <w:pStyle w:val="ArticleBody"/>
        <w:jc w:val="left"/>
      </w:pPr>
      <w:r>
        <w:rPr>
          <w:rFonts w:ascii="Times New Roman" w:hAnsi="Times New Roman" w:eastAsia="Times New Roman" w:cs="Times New Roman"/>
        </w:rPr>
        <w:t>Исаиа номын долоодугаар бүлгийн найм, есдүгээр эшлэлүүд нь аравдугаар эшлэл дэх “бэхлэлт” юуг төлөөлж байгаагийн оньсыг тайлах түлхүүрийг өгдөг. Учир нь “бэхлэлт” хэмээх еврей үг нь мөн арван нэгдүгээр бүлгийн долоодугаар эшлэлд өмнөдийн хаан нэвтэрсэн тэрхүү “бэхлэлт” мөн ажээ. “Бэхлэлт” гэдгийг мөн Даниел арван нэгдүгээр бүлгийн гучин нэгдүгээр эшлэл дэх “хүчний ариун газар” гэсэн хэллэгт “хүч” хэмээн орчуулсан байдаг. Ийнхүү эдгээр хоёр эшлэл (долоо ба гучин нэг) нь “бэхлэлт” гэдэг нь хаант улсын нийслэл, эсвэл хааныг заадаг болохын хоёр гэрч болдог. Арван нэгдүгээр бүлгийн энэ хоёр гэрчээр тэрхүү баримт тогтоогдсоны дараа, Исаиа долоодугаар бүлгийн найм, есдүгээр эшлэлүүд дэх өөрийн бэлгэдэлт эшлэлдээ, дотоод хоёр гэрчээр “бэхлэлт” нь хаант улсын нийслэл, эсвэл тэр хаант улсын хаан мөн болохыг тогтоохдоо, 1989 оноос өмнө нийслэл нь Орос байсан Зөвлөлт Холбоот Улс, Москва хотыг нийслэлээ болгосон тэр улс, удирдагчаараа Микал Горбачёвыг байсныг тогтоож байна. Горбачёвын харагдахуйц онцлог нь түүний дух байсан нь санамсаргүй хэрэг биш юм.</w:t>
      </w:r>
    </w:p>
    <w:p>
      <w:pPr>
        <w:pStyle w:val="ArticleBody"/>
        <w:jc w:val="left"/>
      </w:pPr>
      <w:r>
        <w:rPr>
          <w:rFonts w:ascii="Times New Roman" w:hAnsi="Times New Roman" w:eastAsia="Times New Roman" w:cs="Times New Roman"/>
        </w:rPr>
        <w:t>Энэ хэрэглээний дүгнэлт нь «Хэрэв та нар үл итгэвэл, үнэхээр тогтохгүй» хэмээн өгүүлэхдээ түүний ач холбогдлыг мөр мөрөөр онцлон тэмдэглэж байна. Есүс, «Ай, мунхгууд аа, эш үзүүлэгчдийн айлдсан бүхэнд итгэхдээ зүрхээр удаан хүмүүс ээ» гэж айлдсан. [Лук 24:25-ыг үз] Езра, «Тэгээд тэд өглөө эрт босож, Текоагийн цөл уруу гарч явав; тэднийг гарч явахад Иехошафат зогсон: Иуда болон Иерусалимын оршин суугчид аа, намайг сонсогтун; өөрсдийн Бурхан ЭЗЭНд итгэгтүн, тэгвэл та нар тогтоно; Түүний эш үзүүлэгчдэд итгэгтүн, тэгвэл та нар амжилт олно гэж хэлэв» хэмээн бичжээ. [Шастирын дэд 20:20-ыг үз] Илчлэл номд долоон удаа сонсох тушаал өгөгдсөн байдаг. «Чихтэй нэгэн нь Сүнс чуулгануудад юу айлдаж байгааг сонсогтун.»</w:t>
      </w:r>
    </w:p>
    <w:p>
      <w:pPr>
        <w:pStyle w:val="ArticleBody"/>
        <w:jc w:val="left"/>
      </w:pPr>
      <w:r>
        <w:rPr>
          <w:rFonts w:ascii="Times New Roman" w:hAnsi="Times New Roman" w:eastAsia="Times New Roman" w:cs="Times New Roman"/>
        </w:rPr>
        <w:t>Бэхжигдэн тогтоогдоно гэдэг нь ухаалаг охидын дунд байна гэсэн үг юм. Учир нь мунхаг хүмүүс эш үзүүлэгчдэд итгэхдээ зүрхээрээ удаан байдаг. Ухаалаг хүмүүс Бурхан Өөрийн эш үзүүлэгчдээр дамжуулан айлдсан зүйлд итгэдэг бөгөөд тэд чуулгануудад Сүнс юу айлдаж буйг сонсдог тул бэхжигдэн тогтож, амжилт олдог. Оросыг таньж тогтоох явдал, мөн 2014 онд Украйны эсрэг түүний эхлүүлсэн дайн нь Христ яг тэр үнэнийг лацнаас тайлж нээх үед эш үзүүллэгийг мэргэнээр судлагч хүмүүс хэн болохыг тогтоон бэхжүүлдэг юм.</w:t>
      </w:r>
    </w:p>
    <w:p>
      <w:pPr>
        <w:pStyle w:val="ArticleBody"/>
        <w:jc w:val="left"/>
      </w:pPr>
      <w:r>
        <w:rPr>
          <w:rFonts w:ascii="Times New Roman" w:hAnsi="Times New Roman" w:eastAsia="Times New Roman" w:cs="Times New Roman"/>
        </w:rPr>
        <w:t>Тэр үнэн түүхэнд 2014 онд ирсэн бөгөөд энэ нь 2001 оны дараах үе тул нэг зуун дөчин дөрвөн мянгын лацдах цагийн дотор байрлаж байна. Дараагийн жил болох 2015 онд, 1989 оны төгсгөлийн цагаас тоолсон зургаа дахь ерөнхийлөгч бөгөөд хамгийн баян ерөнхийлөгч глобалистуудыг өдөөн хөдөлгөж эхэлсэн. Аравдугаар эшлэл нь 1989 оны түүхийг тодорхойлдог, харин мөн Оросыг “цайз” хэмээн тогтоодог; дараагийн хоёр эшлэлд Орос нь төлөөллийн дайнуудын хоёр дахь тулааныг эхлүүлэх бөгөөд Путин тэр тулаанд ялна. Эшлэлүүдийн үнэн нь тэдгээрийн төлөөлж буй түүх биелэх үед лацнаасаа тайлагддаг.</w:t>
      </w:r>
    </w:p>
    <w:p>
      <w:pPr>
        <w:pStyle w:val="ArticleScripture"/>
        <w:jc w:val="left"/>
      </w:pPr>
      <w:r>
        <w:rPr>
          <w:rFonts w:ascii="Times New Roman" w:hAnsi="Times New Roman" w:eastAsia="Times New Roman" w:cs="Times New Roman"/>
        </w:rPr>
        <w:t>«Даниел өөрийн хувь тавилан дунд, өөрийн байр суурин дээр зогсож байна. Даниелын болон Иоханы зөгнөлүүдийг ойлгох ёстой. Тэд бие биеэ тайлбарладаг. Тэд хүн бүрийн ойлговол зохих үнэнүүдийг ертөнцөд өгдөг. Эдгээр зөгнөлүүд нь дэлхийд гэрчлэл болох ёстой. Эдгээр эцсийн өдрүүдэд тэдгээрийн биеллээр тэд өөрсдийгөө тайлбарлах болно.» The Kress Collection, 105.</w:t>
      </w:r>
    </w:p>
    <w:p>
      <w:pPr>
        <w:pStyle w:val="ArticleBody"/>
        <w:jc w:val="left"/>
      </w:pPr>
      <w:r>
        <w:rPr>
          <w:rFonts w:ascii="Times New Roman" w:hAnsi="Times New Roman" w:eastAsia="Times New Roman" w:cs="Times New Roman"/>
        </w:rPr>
        <w:t>Арван нэгдүгээр ба арван хоёрдугаар ишлэлийн зөгнөл нь нэг зуун дөчин дөрвөн мянгыг тамгалах цаг дахь түүхэн биеллээрээ тайлагддаг; харин “мөрийн дээр мөр” зарчмаар, эдгээр ишлэлүүдтэй холбогдох өөр нэг чухал баримт бий. Зөгнөлийн суралцагч “хальж, даван өнгөрөх” тухай гурван эшлэлийг хооронд нь нэгтгэн авч үзэхийн тулд жаран таван жилийн зөгнөлийг мөн зөгнөлийн шугамд оруулах ёстой. Жаран таван жилийн зөгнөл нь хоёр хоёр мянга таван зуун хорин жилийн зөгнөлийн эхлэлийг тэмдэглэдэг бөгөөд тэдгээр нь хоорондоо дөчин зургаан жилийн зайтайгаар эхэлдгийг тодорхойлдог. Эхэндэх жаран таван жилийг ийнхүү тодорхойлохдоо, Альфа ба Омега нь төгсгөлд мөн жаран таван жилийг гаргана гэдгийг бас тодорхойлдог.</w:t>
      </w:r>
    </w:p>
    <w:p>
      <w:pPr>
        <w:pStyle w:val="ArticleBody"/>
        <w:jc w:val="left"/>
      </w:pPr>
      <w:r>
        <w:rPr>
          <w:rFonts w:ascii="Times New Roman" w:hAnsi="Times New Roman" w:eastAsia="Times New Roman" w:cs="Times New Roman"/>
        </w:rPr>
        <w:t>Эхлэл ба төгсгөлийн аль алинд орших жаран таван жил нь тус бүр гурван замын тэмдэгтийн шинжийг агуулдаг. Эхнийх нь МЭӨ 742 он байсан бөгөөд түүнээс арван есөн жилийн дараа МЭӨ 723 он, дараа нь дөчин зургаан жилийн дараа МЭӨ 677 он байв. Эдгээр гурван замын тэмдэгт төгсгөлд 1798, 1844, 1863 онуудаар төлөөлөгдөнө. Эхлэл дэх (Альфа) дөчин зургаан жилийн хугацаа нь ариун сүм ба цэргийг хөлд гишгэлэн доромжлохыг төлөөлдөг бол төгсгөл дэх (Омега) дөчин зургаан жил нь ариун газар ба цэргийг сэргээн босгохыг төлөөлдөг. Учир нь Гэрээний Элч (Тэрээр мөн Альфа ба Омега мөн) 1798-аас 1844 оны хоорондох дөчин зургаан жилд Өөрийн босгосон сүмд гэнэт орж ирэх ёстой байсан юм.</w:t>
      </w:r>
    </w:p>
    <w:p>
      <w:pPr>
        <w:pStyle w:val="ArticleBody"/>
        <w:jc w:val="left"/>
      </w:pPr>
      <w:r>
        <w:rPr>
          <w:rFonts w:ascii="Times New Roman" w:hAnsi="Times New Roman" w:eastAsia="Times New Roman" w:cs="Times New Roman"/>
        </w:rPr>
        <w:t>Исаиа эш үзүүллэгээ МЭӨ 742 онд тунхагласан тэр цаг үед, түүнээс өмнөх арван есөн жилээр түрүүлсэн дөчин зургаан жил нь төгсгөлдөө дөчин зургаан жилийг төлөөлдөг бөгөөд түүний дараа хиастик хэв загвараар дахин арван есөн жил дагалддаг. 1844-өөс 1863 он хүртэлх арван есөн жил нь тэрхүү түүхэнд гарсан бослогын улмаас биелэлгүй үлдсэн зуун дөчин дөрвөн мянгад зориулсан Христийн зорилгыг дүрслэн үзүүлдэг. Даниелын арван нэгдүгээр бүлгийн аравдугаар ишлэлээс арван хоёрдугаар ишлэл хүртэлх үнэний үгийг зөв хуваан ялгахын тулд эш үзүүллэгийн суралцагчаас шаарддаг ажил нь (хэрэв та итгэдэг бол) 2014 онд Орос Украинд дайныг эхлүүлэхийг зөгнөн тогтоогоод зогсохгүй, харин тэрхүү дайн зуун дөчин дөрвөн мянгын лацдах цаг үед эхлүүлэх ёстой байсныг ч тогтоодог. Эдгээр ишлэлүүдээр дүрслэгдсэн эш үзүүллэгийн түүх хэдий чинээ чухал байна, яг тэр түүхийн үнэнийг лацнаас нь тайлж ил болгож буй түүх нь мөн 1844-өөс 1863 он хүртэлх арван есөн жилийн түүхээр төлөөлөгддөг.</w:t>
      </w:r>
    </w:p>
    <w:p>
      <w:pPr>
        <w:pStyle w:val="ArticleBody"/>
        <w:jc w:val="left"/>
      </w:pPr>
      <w:r>
        <w:rPr>
          <w:rFonts w:ascii="Times New Roman" w:hAnsi="Times New Roman" w:eastAsia="Times New Roman" w:cs="Times New Roman"/>
        </w:rPr>
        <w:t>1844 он нь гурав дахь тэнгэрэлчийн ирэлтийг заадаг бөгөөд 2001 оны 9 дүгээр сарын 11-нд болсон гурав дахь тэнгэрэлчийн ирэлтийн хэв шинж болдог. 1863 он нь Иерихог дахин босгосноор бэлгэдэгдсэн бослогыг төлөөлдөг. 1863 оны замын тэмдэг мөн удахгүй ирэх Ням гаргийн хуулийн үед “Иерихогийн ханыг нураахын” тулд хэрэглэгдэх нэг зуун дөчин дөрвөн мянган хүний дуулгавартай байдлыг хэв шинжээр илэрхийлдэг. Бидний авч үзэж буй эшлэлүүдэд арван зургаадугаар эшлэл нь Америкийн Нэгдсэн Улс дахь Ням гаргийн хуулийг төлөөлдөг. Арван нэгдүгээр эшлэл нь 2014 оноос Путины эцсийн ялалт хүртэлх хугацааг тэмдэглэдэг. Эдгээр эшлэлүүд нь арван гуравдугаар эшлэлээс арван тавдугаар эшлэлд дүрслэгдсэн гурав дахь төлөөлөгчийн дайнаар үргэлжлэх хоёр дахь төлөөлөгчийн дайны эхлэлийг заадаг.</w:t>
      </w:r>
    </w:p>
    <w:p>
      <w:pPr>
        <w:pStyle w:val="ArticleBody"/>
        <w:jc w:val="left"/>
      </w:pPr>
      <w:r>
        <w:rPr>
          <w:rFonts w:ascii="Times New Roman" w:hAnsi="Times New Roman" w:eastAsia="Times New Roman" w:cs="Times New Roman"/>
        </w:rPr>
        <w:t>Хоёрдугаар эшлэлийг арван нэг, арван хоёрдугаар эшлэлүүдтэй хамтатган үзвэл, 2014 онд эхэлсэн Украины дайныг бид таньж мэднэ; үүний дараа 2015 оны АНУ-ын Ерөнхийлөгчийн сонгуулийн кампанит ажил өрнөж, улмаар 2016 онд хамгийн баян ерөнхийлөгч сонгогдсон байна. Арван хоёрдугаар эшлэлийн дараа Ням гаргийн хуулиас өмнөх сүүлчийн ерөнхийлөгчийн хариу цохилт гурав дахь төлөөллийн дайнд гарч ирдэг. Хил хязгаарын тулалдаан болох хоёр дахь төлөөллийн дайн нь зургаа дахь бөгөөд хамгийн баян ерөнхийлөгчийн сонгуулийн өмнөхөн эхэлсэн юм.</w:t>
      </w:r>
    </w:p>
    <w:p>
      <w:pPr>
        <w:pStyle w:val="ArticleBody"/>
        <w:jc w:val="left"/>
      </w:pPr>
      <w:r>
        <w:rPr>
          <w:rFonts w:ascii="Times New Roman" w:hAnsi="Times New Roman" w:eastAsia="Times New Roman" w:cs="Times New Roman"/>
        </w:rPr>
        <w:t>1844-өөс 1863 он хүртэлх түүхэнд Езекиелийн хоёр модыг нэгтгэх ёстой байсан. Тэдний нэгтгэл нь бурханлаг чанар ба хүний чанарын нэгдлийг илэрхийлсэн бөгөөд энэ нь нэг зуун дөчин дөрвөн мянгыг тамгалах ажил мөн. 1844 онд гурав дахь тэнгэрэлч ирж, тэнгэрийн ариун сүм, Бурханы хууль, Амралтын өдөр, мөн гурав дахь тэнгэрэлчтэй холбоотой гэрлийг нээсэн. 1849 онд Их Эзэн агуу урам хугаралд тараагдсан сүргийг цуглуулахын тулд Өөрийн мутрыг хоёр дахь удаагаа сунгасан. 1850 онд Тэр Өөрийн ард түмнийг Хабакукийн хоёр дахь хүснэгтийг бэлтгэхэд удирдсан бөгөөд Өөрийн ард түмнийг “Иерихогийн хэрмийг нураах”-д хөтлөхдөө тэдний тунхаглах ёстой байсан мэдээг дүрслэн үзүүлэхийн тулд түүнийг хэрэглүүлсэн. Тэрхүү хүснэгтэд “хуучин хүснэгт”-ийн адил “долоон үе” багтсан байв.</w:t>
      </w:r>
    </w:p>
    <w:p>
      <w:pPr>
        <w:pStyle w:val="ArticleBody"/>
        <w:jc w:val="left"/>
      </w:pPr>
      <w:r>
        <w:rPr>
          <w:rFonts w:ascii="Times New Roman" w:hAnsi="Times New Roman" w:eastAsia="Times New Roman" w:cs="Times New Roman"/>
        </w:rPr>
        <w:t>1856 онд Тэр Өөрийн ард түмнийг “Иерихогийн тулаан”-аас өмнө лацдах ёстой байсан гэрлийг нээж өгсөн. Тэрхүү гэрэл нь Альфа ба Омега Уильям Миллерт илчилсэн анхны гэрлийн нэмэгдэл байсан. Энэ нь эртний Иерихогийн тулаанд дахин дахин дүрслэгдэн үзүүлэгддэг “долоон цаг”-ийн гэрэл байв. Өөрийн ард түмнийг лацдах ёстой байсан тэр гэрэл нь мөн тэднийг сэрээж, тэднийг дахин Филадельфийн туршлагад шилжүүлэх ёстой байсан Лаодикеийн мэдээ байлаа. Тэрхүү сүүлчийн гэрэл нь анхны гэрлийн нэмэгдэл байсан боловч Түүний ард түмэн тэр гэрлийг үл хайхарч, улмаар Лаодикеийн цөлийн тэнүүлд өөрсдөө үлдэхийг сонгосон. 1844, 1849, 1850, 1856, 1863 онууд нь 2001 оны 9 дүгээр сарын 11-ний түүхээс удахгүй ирэх Ням гарагийн хуулийн хүртэлх түүхэнд дүрслэгддэг таван замын тэмдэглэлийг илэрхийлдэг.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Тэр үед Иерихо нь Израилийн хөвгүүдээс болж чанд хаалттай байв; хэн ч гарсангүй, хэн ч орсонгүй. Тэгээд ЭЗЭН Иошуад айлдсан нь: «Харагтун, Би Иерихог, түүний хааныг, мөн түүний хүчирхэг баатар эрсийг чиний гарт өгсөн. Та нар, бүх дайчид, хотыг бүслэн, хотын эргэн тойронд нэг удаа тойрогтун. Үүнийг зургаан өдрийн турш үйлд. Долоон тахилч гэрээний авдрын өмнө хуцны эвэр бүрээг долоог бариг; харин долоо дахь өдөр та нар хотыг долоон удаа тойрч, тахилч нар бүрээ үлээг. Тэгээд тэд хуцны эвэрт уртаар үлээж, та нар бүрээний дууг сонсоход, бүх ард олон агуу их дуугаар хашхираг; тэгвэл хотын хэрэм тэр чигтээ нурж унана, ард түмэн хүн бүр өөрийн өмнөх зүгээр шууд өгсөнө» гэв. Тэгээд Нуны хүү Иошуа тахилч нарыг дуудан, тэдэнд: «Гэрээний авдрыг өргөцгөө, мөн долоон тахилч ЭЗЭНий авдрын өмнө хуцны эвэр бүрээ долоог бариг» гэв. Тэр бас ард түмэнд: «Урагшилж, хотыг бүслэгтүн, зэвсэглэсэн хүн ЭЗЭНий авдрын өмнө урагш яваг» гэв. Иошуа ард түмэнд айлдаж дуусмагц, хуцны эвэр бүрээ долоог барьсан долоон тахилч ЭЗЭНий өмнө урагшилж, бүрээ үлээв; ЭЗЭНий гэрээний авдар тэдний араас дагав. Зэвсэглэсэн хүмүүс бүрээ үлээж байсан тахилч нарын өмнө явж, арын хамгаалалт авдрын араас дагалдан явж байлаа; тахилч нар урагшлан, бүрээ үлээсээр байв. Харин Иошуа ард түмэнд тушаан: «Та нар хашхирах ёсгүй, мөн дуу хоолойгоороо ямар ч чимээ гаргах ёсгүй, амнаас чинь нэг ч үг гарах ёсгүй; та нарт хашхир гэж тушаах тэр өдөр хүртэл тийн байг. Тэгээд та нар хашхирагтун» гэжээ.</w:t>
      </w:r>
    </w:p>
    <w:p>
      <w:pPr>
        <w:pStyle w:val="ArticleScripture"/>
        <w:jc w:val="left"/>
      </w:pPr>
      <w:r>
        <w:rPr>
          <w:rFonts w:ascii="Times New Roman" w:hAnsi="Times New Roman" w:eastAsia="Times New Roman" w:cs="Times New Roman"/>
        </w:rPr>
        <w:t>Тийнхүү ЭЗЭНий авдар хотыг нэгэнтээ тойрон явж, дараа нь тэд хуарандаа ирж, хуаранд хоноглов. Иошуа өглөө эртлэн босоход тахилч нар ЭЗЭНий авдрыг өргөв. ЭЗЭНий авдрын өмнө хуцын эвэр бүрээнүүдийг барьсан долоон тахилч тасралтгүй урагшлан явж, бүрээнүүдээ үлээж байв. Зэвсэглэсэн эрчүүд тэдний өмнө явж байсан бол арын хамгаалалт ЭЗЭНий авдрын хойно явж, тахилч нар урагшлан явах зуураа бүрээнүүдээ үлээж байв. Хоёр дахь өдөр тэд хотыг нэгэнтээ тойрч, хуарандаа буцан ирэв. Тэд ийнхүү зургаан өдөр үйлдэв. Харин долоо дахь өдөр, үүр цайхын алдад тэд эртлэн босож, өмнөхийн адил байдлаар хотыг долоон удаа тойров. Гагцхүү тэр өдөр л тэд хотыг долоон удаа тойрсон юм. Долоо дахь удаад, тахилч нар бүрээ үлээхэд, Иошуа ард түмэнд хандан, «Хашхирцгаа; учир нь ЭЗЭН та нарт энэ хотыг өгсөн» гэж хэлэв.</w:t>
      </w:r>
    </w:p>
    <w:p>
      <w:pPr>
        <w:pStyle w:val="ArticleScripture"/>
        <w:jc w:val="left"/>
      </w:pPr>
      <w:r>
        <w:rPr>
          <w:rFonts w:ascii="Times New Roman" w:hAnsi="Times New Roman" w:eastAsia="Times New Roman" w:cs="Times New Roman"/>
        </w:rPr>
        <w:t>Тэр хот, түүний дотор буй бүхний хамт ЭЗЭНд хараагдсан болог; зөвхөн янхан эм Рахаб, мөн түүний гэрт түүнтэй хамт байгаа бүгд амьд үлдэг, учир нь тэр бидний илгээсэн элч нарыг нуусан билээ. Харин та нар хараагдсан зүйлээс яавч өөрсдийгөө хол байлга; эс тэгвээс хараагдсан зүйлээс авч, өөрсдийгөө хараагдсан болгож, Израилийн хуаранг хараалд оруулан түүнд гай зовлон учруулах вий. Харин бүх мөнгө, алт, хүрэл болон төмөр сав суулга нь ЭЗЭНд ариусгагдсан тул ЭЗЭНий сан хөмрөгт орог. Тэгээд тахилч нарыг бүрээ үлээхэд ард түмэн хашхирчээ; ард түмэн бүрээний дууг сонсоод агуу дуугаар хашхирахад хэрэм тэр чигтээ нурснаар ард түмэн хүн бүр өөрийнхөө өмнөхөөр эгцлэн хот өөд өгсөн гарч, түүнийг эзлэн авчээ.</w:t>
      </w:r>
    </w:p>
    <w:p>
      <w:pPr>
        <w:pStyle w:val="ArticleScripture"/>
        <w:jc w:val="left"/>
      </w:pPr>
      <w:r>
        <w:rPr>
          <w:rFonts w:ascii="Times New Roman" w:hAnsi="Times New Roman" w:eastAsia="Times New Roman" w:cs="Times New Roman"/>
        </w:rPr>
        <w:t>Тэд хотод байсан бүхнийг—эрэгтэй эмэгтэй, хөгшин залуу, үхэр, хонь, илжгийг хүртэл—илдний ирээр бүрмөсөн устгав. Харин Иошуа уг нутгийг тагнан үзсэн хоёр хүнд: “Биеэ үнэлэгч эмэгтэйн гэрт орж, түүнд тангарагласанчлан тэр эмэгтэйг болон түүнд буй бүхнийг тэндээс гаргаж ир” гэж айлдсан байв. Тэгэхэд тагнуул байсан залуус орж, Рахабыге, түүний эцгийг, эхийг, ах дүүсийг, мөн түүнд байсан бүхнийг гаргаж ирэв; тэд түүний бүх төрөл төрөгсдийг гарган, Израилийн хуарангийн гадна байрлуулав. Тэгээд тэд хотыг болон түүний дотор байсан бүхнийг галаар шатаав. Гагцхүү мөнгө, алт, хүрэл ба төмөр сав суулгыг ЭЗЭНий өргөөний сан хөмрөгт оруулав. Иошуа биеэ үнэлэгч Рахабыге, түүний эцгийн өрхийг, мөн түүнд байсан бүхнийг амьдаар нь аварсан бөгөөд тэрээр Иошуагийн Иерихог тагнан үзүүлэхээр илгээсэн элч нарыг нуусан тул өнөөдрийг хүртэл Израилийн дунд оршин суудаг. Тэр үед Иошуа тэднээр тангараглуулан: “Энэ Иерихо хотыг босгон байгуулж эхлэх хүн ЭЗЭНий өмнө хараагдаг. Тэр анхны хүүгийнхээ үнээр суурийг нь тавьж, отгон хүүгийнхээ үнээр хаалгуудыг нь босгох болно” хэмээн хэлэв. Ийнхүү ЭЗЭН Иошуатай хамт байсан бөгөөд түүний алдар нэр бүх нутаг даяар түгэв. Иошуа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Жаран Найм</dc:title>
  <dc:subject>Зөгнөлийн үнэнийг илчлэх нь: Төлөөлөгчийн дайнуудын хоёр дахь тулаан ба 144,000-ын лацдалт</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