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Жаран Ес</w:t>
      </w:r>
    </w:p>
    <w:p>
      <w:pPr>
        <w:pStyle w:val="ArticleSubtitle"/>
        <w:jc w:val="left"/>
      </w:pPr>
      <w:r>
        <w:rPr>
          <w:rFonts w:ascii="Arial" w:hAnsi="Arial" w:eastAsia="Arial" w:cs="Arial"/>
        </w:rPr>
        <w:t>Эш үзүүллэгийн утсыг тайлах нь: Даниел дахь “цайз” хэмээх бэлгэдлийн утгыг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Даниелын арван нэгдүгээр бүлгийн аравдугаар ишлэл “бэхлэлт” хэмээх үгээр дотоод ба гадаад мэдээг нэгтгэн холбодог. Түүний Исаиагийн жаран таван жилийн зөгнөлтэй тогтоосон холбоо нь гадаад зөгнөлийн “бэхлэлт”-ийг Орос мөн болохыг, мөн тэрхүү ижил түүхэн хугацаанд Христийн босгодог ариун сүмийн дотоод “бэхлэлт”-ийг тодорхойлдог. Гадаад бэхлэлт нь, гучин нэгдүгээр ишлэлд буй “хүчний ариун газар” хэмээн тодорхойлогдсон бөгөөд, газрын хаан эсвэл хаант улсыг төлөөлдөг. Харин дотоод бэхлэлт, өөрөөр хэлбэл хүчний дотоод ариун газар нь, Гэрээний Элчийн дөчин зургаан жилд босгодог ариун сүм мөн.</w:t>
      </w:r>
    </w:p>
    <w:p>
      <w:pPr>
        <w:pStyle w:val="ArticleBody"/>
        <w:jc w:val="left"/>
      </w:pPr>
      <w:r>
        <w:rPr>
          <w:rFonts w:ascii="Times New Roman" w:hAnsi="Times New Roman" w:eastAsia="Times New Roman" w:cs="Times New Roman"/>
        </w:rPr>
        <w:t>Тэр ариун сүмийн (цайзын) Хамгийн Ариун Газарт Бурхан тэнгэрлэг оронд заларч байна.</w:t>
      </w:r>
    </w:p>
    <w:p>
      <w:pPr>
        <w:pStyle w:val="ArticleBody"/>
        <w:jc w:val="left"/>
      </w:pPr>
      <w:r>
        <w:rPr>
          <w:rFonts w:ascii="Times New Roman" w:hAnsi="Times New Roman" w:eastAsia="Times New Roman" w:cs="Times New Roman"/>
        </w:rPr>
        <w:t>Даниелын номд еврей хэлний хоёр үг хоёул “ариун сүм” хэмээн орчуулагдсан байдаг. Нэг нь “miqdash”, нөгөө нь “qodesh” юм. “Miqdash” нь харь үндэстний ариун сүмийг, эсвэл Бурханы ариун сүмийг, тэр ч байтугай бэхлэлт цайзыг ч төлөөлж чадна. Харин “qodesh” нь Библид зөвхөн Бурханы ариун сүмийг төлөөлөхөд хэрэглэгддэг. Даниел 11-р бүлгийн гучин нэгдүгээр эшлэл дэх хүч чадлын (цайзын) “ариун сүм” (miqdash) нь “хүчний ариун сүм” хэмээн орчуулагддаг бөгөөд тэнд ариун сүм хэмээн орчуулагдсан еврей үг нь “miqdash” бөгөөд энэ нь харь Ром болон папын Ромын аль алиных нь түүхэнд Ромын хүч чадлын бэлгэдэл болсон Ром хотыг төлөөлдөг. Даниел эдгээр хоёр еврей үгийг маш нягт нямбай байдлаар хэрэглэсэн. Адвентизмын төв багана болсон эшлэлүүдэд бид “ариун сүм” гэсэн үгийг олж хардаг.</w:t>
      </w:r>
    </w:p>
    <w:p>
      <w:pPr>
        <w:pStyle w:val="ArticleScripture"/>
        <w:jc w:val="left"/>
      </w:pPr>
      <w:r>
        <w:rPr>
          <w:rFonts w:ascii="Times New Roman" w:hAnsi="Times New Roman" w:eastAsia="Times New Roman" w:cs="Times New Roman"/>
        </w:rPr>
        <w:t>Тэгээд би нэгэн ариун хүний ярьж байхыг сонсов. Тэгтэл ярьж байсан тэрхүү нэгэн ариун хүнд өөр нэгэн ариун хүн хандан, Өдөр тутмын тахилын тухай, мөн сүйрэл авчрах гэм нүглийн тухай үзэгдэл хэчнээн удаан үргэлжлэх вэ? Тийнхүү ариун газрыг ч, цэргийг ч хөлд нь гишгэгдэхээр өгөх нь хэзээ хүртэл байх вэ? гэж хэлэв. Тэр надад, Хоёр мянга гурван зуун өдөр хүртэл; тэгээд ариун газар цэвэрлэгдэх болно, гэв. Даниел 8:13, 14.</w:t>
      </w:r>
    </w:p>
    <w:p>
      <w:pPr>
        <w:pStyle w:val="ArticleBody"/>
        <w:jc w:val="left"/>
      </w:pPr>
      <w:r>
        <w:rPr>
          <w:rFonts w:ascii="Times New Roman" w:hAnsi="Times New Roman" w:eastAsia="Times New Roman" w:cs="Times New Roman"/>
        </w:rPr>
        <w:t>“ариун сүм” гэж орчуулсан Еврей үг нь энэ хоёр эшлэлд хоёуланд нь “qodesh” бөгөөд зөвхөн Бурханы ариун сүмийг илэрхийлэхэд хэрэглэгддэг. Арван нэгдүгээр эшлэлд, харь Ромыг, тодруулбал Ром хот дахь Пантеон сүмийг заахдаа “ариун сүм” гэсэн үг гарч ирдэг боловч тэр эшлэлд хэрэглэсэн нь Еврей “miqdash” гэдэг үг юм.</w:t>
      </w:r>
    </w:p>
    <w:p>
      <w:pPr>
        <w:pStyle w:val="ArticleScripture"/>
        <w:jc w:val="left"/>
      </w:pPr>
      <w:r>
        <w:rPr>
          <w:rFonts w:ascii="Times New Roman" w:hAnsi="Times New Roman" w:eastAsia="Times New Roman" w:cs="Times New Roman"/>
        </w:rPr>
        <w:t>Тийм ээ, тэр өөрийгөө цэргийн Хунтайж хүртэл өргөмжилсөн бөгөөд Түүний улмаас өдөр тутмын тахилыг зайлуулж, Түүний ариун газрын оршихуйг нураав. Даниел 8:11.</w:t>
      </w:r>
    </w:p>
    <w:p>
      <w:pPr>
        <w:pStyle w:val="ArticleBody"/>
        <w:jc w:val="left"/>
      </w:pPr>
      <w:r>
        <w:rPr>
          <w:rFonts w:ascii="Times New Roman" w:hAnsi="Times New Roman" w:eastAsia="Times New Roman" w:cs="Times New Roman"/>
        </w:rPr>
        <w:t>Даниелын арван нэгдүгээр бүлгийн гучин нэгдүгээр эшлэл дэх “хүчний ариун газар” гэдэг нь еврей хэлний “miqdash” хэмээх үг бөгөөд энэ нь мөн арван нэгдүгээр бүлгийн долоо болон аравдугаар эшлэлүүдэд “бэхлэлт” гэж орчуулагдсан еврей үгтэй холбоотойгоор гарч ирдэг. Долоодугаар эшлэлд өмнөдийн хаан хойд зүгийн хааныг олзлон, Ром хотын дотор хүртэл шууд орсон, учир нь тэр түүний бэхлэлт дотор орсон билээ. Харин аравдугаар эшлэлд хойд зүгийн хаан зөвхөн “бэхлэлт” рүү “хүрч” очдог, учир нь тэр өөрийн хаанчлал ба Египетийн хил зааг дээр зогссон юм. Дараагийн эшлэл нь Рафиагийн хил дээрх тэрхүү байдлыг авч үзэх ёстой байв. Гучин нэгдүгээр эшлэл дэх “хүчний ариун газар” нь “бэхлэлт”-ийн “miqdash” юм.</w:t>
      </w:r>
    </w:p>
    <w:p>
      <w:pPr>
        <w:pStyle w:val="ArticleBody"/>
        <w:jc w:val="left"/>
      </w:pPr>
      <w:r>
        <w:rPr>
          <w:rFonts w:ascii="Times New Roman" w:hAnsi="Times New Roman" w:eastAsia="Times New Roman" w:cs="Times New Roman"/>
        </w:rPr>
        <w:t>Рафиад дахь хилийн заагийн тулалдаан нь Украин дахь хилийн заагийн тулалдааны хэв шинжийг илэрхийлдэг. Тэрхүү эш үзүүллэгийн түүхийг “толгой” нь хаант улс буюу хаан мөн болохыг, энэ нь түүний хүч чадлын бэхлэлт мөн болохыг ойлгосноор танин мэднэ; харин эш үзүүллэг нь дотоод болон гадаад үнэнийг хоёуланг нь өгүүлж байна. Гадаад шугамын хувьд “хүч чадлын ариун газар” нь “miqdash” ариун газраар төлөөлөгддөг бөгөөд дотоод шугамын хувьд хүч чадлын ариун газар нь “qodesh” ариун газраар төлөөлөгддөг.</w:t>
      </w:r>
    </w:p>
    <w:p>
      <w:pPr>
        <w:pStyle w:val="ArticleBody"/>
        <w:jc w:val="left"/>
      </w:pPr>
      <w:r>
        <w:rPr>
          <w:rFonts w:ascii="Times New Roman" w:hAnsi="Times New Roman" w:eastAsia="Times New Roman" w:cs="Times New Roman"/>
        </w:rPr>
        <w:t>1844-өөс 1863 он хүртэлх үе нь нэг зуун дөчин дөрвөн мянгыг лацдахыг дүрслэн үзүүлдэг эш үзүүллэгийн түүхэн шугамыг илэрхийлдэг. Хойд хаант улсын эсрэг тараагдуулалтын хоёр мянга таван зуун хорин жил 1798 онд төгссөн бөгөөд өмнөд хаант улсын эсрэг мөн адил хоёр мянга таван зуун хорин жилийн шугам 1844 онд төгссөн. Эдгээр хоёр шугам нь хүн төрөлхтний доод мөн чанар болон дээд мөн чанарыг төлөөлдөг. Хойд хаант улсаар төлөөлөгддөг доод мөн чанар нь бие махбод бөгөөд дээд мөн чанар нь толгой юм. Толгой нь хаант улсын нийслэл бөгөөд хаан нь мөн тэр юм. Энэхүү дүрслэлийн хувьд Христ Өөрийн нэрийг байрлуулахын тулд өмнөд хаант улс болох Иудаг сонгосон бөгөөд нийслэл хот нь Иерусалим юм. Иерусалим бол жинхэнэ хүчний ариун сүм оршдог газар бөгөөд тэр ариун сүмд толгой болох хаанд зориулсан сэнтийн өргөө байдаг.</w:t>
      </w:r>
    </w:p>
    <w:p>
      <w:pPr>
        <w:pStyle w:val="ArticleBody"/>
        <w:jc w:val="left"/>
      </w:pPr>
      <w:r>
        <w:rPr>
          <w:rFonts w:ascii="Times New Roman" w:hAnsi="Times New Roman" w:eastAsia="Times New Roman" w:cs="Times New Roman"/>
        </w:rPr>
        <w:t>Левит хорин зургаадугаар бүлгийн “долоон цаг” хэмээх үнэн нь 1856 онд ажлыг дуусгахын тулд нэгэн тугийг хүчирхэгжүүлэхээр зориулагдсан эцсийн лацдан батлах үнэн байв. 1844 оноос 1863 он хүртэл Христ Өөрийн Бурханлаг чанарыг хүн төрөлхтөнтэй үүрд нэгтгэхээр зорьсон боловч хүн төрөлхтөн тэрсэлжээ.</w:t>
      </w:r>
    </w:p>
    <w:p>
      <w:pPr>
        <w:pStyle w:val="ArticleBody"/>
        <w:jc w:val="left"/>
      </w:pPr>
      <w:r>
        <w:rPr>
          <w:rFonts w:ascii="Times New Roman" w:hAnsi="Times New Roman" w:eastAsia="Times New Roman" w:cs="Times New Roman"/>
        </w:rPr>
        <w:t>Тэр үед Тэр хүний доод мөн чанарыг өөрчилж чадсангүй, учир нь энэ нь Түүний хоёр дахь ирэлтээр явагдана. Тэрээр дараа нь хүн төрөлхтний тэргүүнийг Бурханы чанарын тэргүүнтэй нэгтгэн, хүний дээд мөн чанарыг Өөрийн дүр төрхөд хувиргана. Тэргүүн нь хаанчлалын нийслэл байв. Тэргүүн нь хаан байв. Христ Бурханы чанар хүн чанартай нэгдэх тэрхүү хувиргалтыг үйлдэхдээ, Өөрийн Эцэгтэй хамт сууж буй Христийн байгаа Иерусалим дахь ариун сүмийн Хамгийн Ариун Газарт хүн чанарын тэргүүн ба Бурханы чанарын тэргүүнийг нэгтгэдэг.</w:t>
      </w:r>
    </w:p>
    <w:p>
      <w:pPr>
        <w:pStyle w:val="ArticleScripture"/>
        <w:jc w:val="left"/>
      </w:pPr>
      <w:r>
        <w:rPr>
          <w:rFonts w:ascii="Times New Roman" w:hAnsi="Times New Roman" w:eastAsia="Times New Roman" w:cs="Times New Roman"/>
        </w:rPr>
        <w:t>Ялагчид нь Би Өөрийн сэнтийд Өөртэйгөө хамт суухыг соёрхоно. Учир нь Би ч мөн ялж, Эцэгийнхээ сэнтийд Түүнтэй хамт заларсан билээ. Чихтэй нэгэн нь Сүнс чуулгануудад юу айлдаж буйг сонсогтун. Илчлэлт 3:21, 22.</w:t>
      </w:r>
    </w:p>
    <w:p>
      <w:pPr>
        <w:pStyle w:val="ArticleBody"/>
        <w:jc w:val="left"/>
      </w:pPr>
      <w:r>
        <w:rPr>
          <w:rFonts w:ascii="Times New Roman" w:hAnsi="Times New Roman" w:eastAsia="Times New Roman" w:cs="Times New Roman"/>
        </w:rPr>
        <w:t>Христ Өөрөө ялсанчлан ялж дийлсэн (Филадельфичууд болсон) тэдгээрт (Лаодикейчуудад) Тэрээр тэнгэрлэг газруудад Өөртэйгөө хамт суухыг амладаг.</w:t>
      </w:r>
    </w:p>
    <w:p>
      <w:pPr>
        <w:pStyle w:val="ArticleScripture"/>
        <w:jc w:val="left"/>
      </w:pPr>
      <w:r>
        <w:rPr>
          <w:rFonts w:ascii="Times New Roman" w:hAnsi="Times New Roman" w:eastAsia="Times New Roman" w:cs="Times New Roman"/>
        </w:rPr>
        <w:t>Тэр Өөрийн хүчийг Христ дотор үйлдэж, Түүнийг үхэгсдээс амилуулан, тэнгэрлэг газруудад Өөрийн баруун гар талд залруулсан билээ, … мөн биднийг хамт амилуулж, Христ Есүс дотор тэнгэрлэг газруудад хамт суулгасан билээ. Ефес 1:20; 2:6.</w:t>
      </w:r>
    </w:p>
    <w:p>
      <w:pPr>
        <w:pStyle w:val="ArticleBody"/>
        <w:jc w:val="left"/>
      </w:pPr>
      <w:r>
        <w:rPr>
          <w:rFonts w:ascii="Times New Roman" w:hAnsi="Times New Roman" w:eastAsia="Times New Roman" w:cs="Times New Roman"/>
        </w:rPr>
        <w:t>Езекиелийн хоёр модыг нэгтгэх үйл (хүн төрөлхтнийг Тэнгэрлэг Чанартай нэгтгэх нь) Бурханы хүч чадлын ариун газарт (qodesh) биелдэг бөгөөд яг тэр үед хүч чадлын бэхлэлт (miqdash) нь зуун дөчин дөрвөн мянгын тамгалагдах үеэр Бурханы ард түмэнд тохиох ёстой зүйлийн талаар Даниелд ойлгуулахаар Габриелийн ирж тайлбарласан эш үзүүллэгийн дотоод ба гадаад шугам хоёрыг холбодог эш үзүүллэгийн түлхүүр мөн болох нь тодорхойлогддог. Христ энэ ажлыг Миллерит түүхэнд гүйцэлдүүлэхийг хүссэн боловч 1863 оны бослогоос болж тэр ажил саатуулагдсан; гэвч 1844-өөс 1863 он хүртэлх түүх нь тэрхүү оролдсон ажлыг дүрслэн харуулдаг нэгэн шугам хэвээр үлддэг.</w:t>
      </w:r>
    </w:p>
    <w:p>
      <w:pPr>
        <w:pStyle w:val="ArticleBody"/>
        <w:jc w:val="left"/>
      </w:pPr>
      <w:r>
        <w:rPr>
          <w:rFonts w:ascii="Times New Roman" w:hAnsi="Times New Roman" w:eastAsia="Times New Roman" w:cs="Times New Roman"/>
        </w:rPr>
        <w:t>Даниелын арван нэгдүгээр бүлгийн аравдугаар эшлэл нь арван нэгээс арван тавдугаар эшлэлүүдийн дотоод ба гадаад мэдээг ойлгох түлхүүрийг агуулдаг бөгөөд тэрхүү мэдээ нь 2014 онд бидний эш үзүүллэгийн түүхэнд орж ирсэн юм. Аравдугаар эшлэл нь 144,000-ын шинэчлэлийн хөдөлгөөн дэх төгсгөлийн цаг болох 1989 оныг тодорхойлдог; харин мөн түүнчлэн энэ нь лацдан баталгаажуулалтын түүхэн дэх тэмдэгт үе шат хэмээн 2014 оныг танигдуулах түлхүүрийг ч агуулдаг.</w:t>
      </w:r>
    </w:p>
    <w:p>
      <w:pPr>
        <w:pStyle w:val="ArticleBody"/>
        <w:jc w:val="left"/>
      </w:pPr>
      <w:r>
        <w:rPr>
          <w:rFonts w:ascii="Times New Roman" w:hAnsi="Times New Roman" w:eastAsia="Times New Roman" w:cs="Times New Roman"/>
        </w:rPr>
        <w:t>1844 оны 10 дугаар сарын 22-нд Гэрээний Элиа Өөрийн босгосон сүмд гэнэт ирсэн юм. Тэрхүү замын тэмдэг нь 2001 оны 9 дүгээр сарын 11-нийг хэв шинжээр илтгэдэг бөгөөд тэр үед гурав дахь тэнгэрэлч дахин ирж, долоо дахь бүрээ дахин дуугарч эхэлсэн юм. Тэгээд 1840-өөс 1844 он хүртэлх түүх мөн давтагдах ёстой байсан. Учир нь 1840 оны 8 дугаар сарын 11-нд бууж ирсэн тэр тэнгэрэлч нь Есүс Христээс өөр хэн ч биш байсан бөгөөд Түүний ажил нь Өөрийн алдраар газрыг гэрэлтүүлэх явдал байсан юм.</w:t>
      </w:r>
    </w:p>
    <w:p>
      <w:pPr>
        <w:pStyle w:val="ArticleBody"/>
        <w:jc w:val="left"/>
      </w:pPr>
      <w:r>
        <w:rPr>
          <w:rFonts w:ascii="Times New Roman" w:hAnsi="Times New Roman" w:eastAsia="Times New Roman" w:cs="Times New Roman"/>
        </w:rPr>
        <w:t>1840-өөс 1844 он хүртэлх үе нь 2001 оны 9 дүгээр сарын 11-нээс удахгүй ирэх Ням гаргийн хуулийн хүртэлх үеийг төлөөлдөг бөгөөд үүнчлэн 1844-өөс 1863 он хүртэлх үе ч мөн 2001 оны 9 дүгээр сарын 11-нээс удахгүй ирэх Ням гаргийн хуулийн хүртэлх үеийг төлөөлдөг. Уайт эгч 1844 оны түүхийг загалмайн түүхтэй нийцүүлэн тавьдаг бөгөөд загалмай нь тус бүр гурван жил хагасын хугацаатай, хоорондоо харилцан нийцдэг хоёр түүхийн зааг хуваагдлыг илэрхийлдэг. Загалмай нь 1840 онд эхэлж 1844 онд төгссөн өмнөх түүх, мөн түүнээс хойших 1863 он хүртэлх түүх нь хоорондоо зэрэгцэх хоёр түүх бөгөөд аль аль нь лацдах үеийг төлөөлдөг болохыг тогтоодог.</w:t>
      </w:r>
    </w:p>
    <w:p>
      <w:pPr>
        <w:pStyle w:val="ArticleBody"/>
        <w:jc w:val="left"/>
      </w:pPr>
      <w:r>
        <w:rPr>
          <w:rFonts w:ascii="Times New Roman" w:hAnsi="Times New Roman" w:eastAsia="Times New Roman" w:cs="Times New Roman"/>
        </w:rPr>
        <w:t>1840-өөс 1844 он хүртэлх эхний шугам нь Филаделфиагийн Адвентистуудын ялалтыг илэрхийлдэг бол, 1844-өөс 1863 он хүртэлх нөгөө шугам нь Лаодикеягийн Адвентистуудын бүтэлгүйтлийг илэрхийлдэг. Энэ хоёр ангийг хоёуланг нь Даниелын аравдугаар бүлэгт дүрсэлсэн байдаг. Учир нь нэг зуун дөчин дөрвөн мянгын лацдах цаг үед ялалт байгуулсан ухаалаг охидыг төлөөлсөн Даниел үзэгдлийг харсан боловч түүнтэй хамт байсан хүмүүс тэр үзэгдлээс зугтан одсон юм.</w:t>
      </w:r>
    </w:p>
    <w:p>
      <w:pPr>
        <w:pStyle w:val="ArticleScripture"/>
        <w:jc w:val="left"/>
      </w:pPr>
      <w:r>
        <w:rPr>
          <w:rFonts w:ascii="Times New Roman" w:hAnsi="Times New Roman" w:eastAsia="Times New Roman" w:cs="Times New Roman"/>
        </w:rPr>
        <w:t>Тэгээд нэгдүгээр сарын хорин дөрөвдэх өдөр, би агуу мөрөн болох Хиддекелийн хажууд байж байтал; би нүдээ өргөн харвал, болгоогтун, маалинган хувцас өмссөн, бэлхүүс нь Уфазын нарийн алтаар бүсэлсэн нэгэн хүн байв. Түүний бие нь биндэрьяа мэт, нүүр царай нь аянгын дүр мэт, нүд нь галын дэнлүү мэт, гар хөл нь өнгөлсөн гууль мэт өнгөтэй, үгийнх нь дуу хоолой нь олон хүний дуу мэт байв. Энэ үзэгдлийг ганцхан би, Даниел, харсан юм. Учир нь надтай хамт байсан хүмүүс үзэгдлийг хараагүй; харин тэднийг ихэд чичрүүлсэн айдас нөмөрсөн тул тэд өөрсдийгөө нуухаар зугтан одов. Даниел 10:4–7.</w:t>
      </w:r>
    </w:p>
    <w:p>
      <w:pPr>
        <w:pStyle w:val="ArticleBody"/>
        <w:jc w:val="left"/>
      </w:pPr>
      <w:r>
        <w:rPr>
          <w:rFonts w:ascii="Times New Roman" w:hAnsi="Times New Roman" w:eastAsia="Times New Roman" w:cs="Times New Roman"/>
        </w:rPr>
        <w:t>Даниелын долоодугаар бүлэгт, Даниел араатан махчин амьтдын үзэгдлийг харсны дараа, Габриел тэр үзэгдлийг тайлбарлахаар ирэв.</w:t>
      </w:r>
    </w:p>
    <w:p>
      <w:pPr>
        <w:pStyle w:val="ArticleScripture"/>
        <w:jc w:val="left"/>
      </w:pPr>
      <w:r>
        <w:rPr>
          <w:rFonts w:ascii="Times New Roman" w:hAnsi="Times New Roman" w:eastAsia="Times New Roman" w:cs="Times New Roman"/>
        </w:rPr>
        <w:t>Би, Даниел, биеийнхээ дотор сүнсээрээ эмгэнэн шаналж, толгойд минь үзэгдсэн үзэгдлүүд намайг түгшээв. Би хажууд нь зогсож байсан нэгэнд ойртон очиж, энэ бүхний үнэн учрыг түүнээс асуув. Тэгэхэд тэр надад хэлж, эдгээрийн тайллыг мэдүүлэв. Даниел 7:15, 16.</w:t>
      </w:r>
    </w:p>
    <w:p>
      <w:pPr>
        <w:pStyle w:val="ArticleBody"/>
        <w:jc w:val="left"/>
      </w:pPr>
      <w:r>
        <w:rPr>
          <w:rFonts w:ascii="Times New Roman" w:hAnsi="Times New Roman" w:eastAsia="Times New Roman" w:cs="Times New Roman"/>
        </w:rPr>
        <w:t>Даниелын наймдугаар бүлэгт, Даниел ариун газрын амьтдын үзэгдлийг үзсэний дараа, Габриел тэр үзэгдлийг тайлбарлахаар ирэв.</w:t>
      </w:r>
    </w:p>
    <w:p>
      <w:pPr>
        <w:pStyle w:val="ArticleScripture"/>
        <w:jc w:val="left"/>
      </w:pPr>
      <w:r>
        <w:rPr>
          <w:rFonts w:ascii="Times New Roman" w:hAnsi="Times New Roman" w:eastAsia="Times New Roman" w:cs="Times New Roman"/>
        </w:rPr>
        <w:t>Тэгээд би, бүр би Даниел, үзэгдлийг үзэж, утгыг нь ойлгохыг эрэн хайж байх үед, харагтун, миний өмнө хүний дүр төрхтэй нэгэн зогсож байлаа. Тэгэхэд би Улайн хоёр эргийн хоорондох хүний дууг сонсов; тэр дуудаж, —Габриел аа, энэ хүнд үзэгдлийг ойлгуул,— гэж хэлэв. Даниел 8:15, 16.</w:t>
      </w:r>
    </w:p>
    <w:p>
      <w:pPr>
        <w:pStyle w:val="ArticleBody"/>
        <w:jc w:val="left"/>
      </w:pPr>
      <w:r>
        <w:rPr>
          <w:rFonts w:ascii="Times New Roman" w:hAnsi="Times New Roman" w:eastAsia="Times New Roman" w:cs="Times New Roman"/>
        </w:rPr>
        <w:t>Даниел есдүгээр бүлэгт, Иеремиагийн тодорхойлсон жилүүдийн тоог Даниел ойлгож, тэр нь Мосегийн бичвэрүүдэд хараал болон Бурханы тангараг аль алинаар дүрслэгдсэний дараа, Габриел үзэгдлийг тайлбарлахаар ирэв.</w:t>
      </w:r>
    </w:p>
    <w:p>
      <w:pPr>
        <w:pStyle w:val="ArticleScripture"/>
        <w:jc w:val="left"/>
      </w:pPr>
      <w:r>
        <w:rPr>
          <w:rFonts w:ascii="Times New Roman" w:hAnsi="Times New Roman" w:eastAsia="Times New Roman" w:cs="Times New Roman"/>
        </w:rPr>
        <w:t>Намайг ярьж, залбирч, өөрийн нүгэл болон өөрийн ард түмэн Израилийн нүглийг наминчилж, мөн Бурханы минь ариун уулын төлөө өөрийн Бурхан ЭЗЭНий өмнө гуйлтаа өргөж байх үед; тийм ээ, намайг залбирал дунд ярьж байх үед, эхэнд үзэгдэлд үзсэн өнөөх хүн Габриел хурдан нисэн ирж, оройн тахилын үед над хүрэв. Тэр надад ойлгуулж, надтай ярилцан, —Даниел аа, чамд мэргэн ухаан ба ойлголтыг өгөхөөр би одоо ирлээ,— гэв. Даниел 9:20–22.</w:t>
      </w:r>
    </w:p>
    <w:p>
      <w:pPr>
        <w:pStyle w:val="ArticleBody"/>
        <w:jc w:val="left"/>
      </w:pPr>
      <w:r>
        <w:rPr>
          <w:rFonts w:ascii="Times New Roman" w:hAnsi="Times New Roman" w:eastAsia="Times New Roman" w:cs="Times New Roman"/>
        </w:rPr>
        <w:t>Иймээс, бүгд Даниелын номоос авсан гурван гэрчийн үндсэн дээр, Габриел аравдугаар бүлэгт Даниелд “эцсийн өдрүүдэд Бурханы ард түмэнд юу тохиолдохыг” түүнд ойлгуулахаар ирсэн хэмээн хэлэхдээ, Даниелын харсан бөгөөд нөгөө ангиллынхан түүнээс зугтсан эмэгтэй хүйсний “marah” хэмээх шалтгаант үзэгдлийг тайлбарлаж байгаа юм.</w:t>
      </w:r>
    </w:p>
    <w:p>
      <w:pPr>
        <w:pStyle w:val="ArticleScripture"/>
        <w:jc w:val="left"/>
      </w:pPr>
      <w:r>
        <w:rPr>
          <w:rFonts w:ascii="Times New Roman" w:hAnsi="Times New Roman" w:eastAsia="Times New Roman" w:cs="Times New Roman"/>
        </w:rPr>
        <w:t>Эдүгээ би чиний ард түмэнд эцсийн өдрүүдэд юу тохиолдохыг чамд ойлгуулахаар ирлээ. Учир нь энэ үзэгдэл олон өдрийн тухай юм. Даниел 10:14.</w:t>
      </w:r>
    </w:p>
    <w:p>
      <w:pPr>
        <w:pStyle w:val="ArticleBody"/>
        <w:jc w:val="left"/>
      </w:pPr>
      <w:r>
        <w:rPr>
          <w:rFonts w:ascii="Times New Roman" w:hAnsi="Times New Roman" w:eastAsia="Times New Roman" w:cs="Times New Roman"/>
        </w:rPr>
        <w:t>Итгэгчдийн дунд салангид байдал бий болгосон Даниелын үзсэн үзэгдэл нь Христийн илрэн ирэлтийн үзэгдэл, хоёр мянга гурван зуун жилийн үзэгдэл байсан боловч тэр нь уг үзэгдлийн эмэгтэйлэг илэрхийлэл байв. Гэрээний Элчийн хувьд Христ гэнэт илрэн ирэх тухай тэрхүү үзэгдлийн ойлголт нь Даниелыг (мөн Даниелаар төлөөлөгдсөн хүмүүсийг) Христийн дүр төрхөд өөрчилсөн юм. “Эцсийн өдрүүдэд Бурханы ард түмэнд тохиолдох” зүйл нь 1840-өөс 1844 он хүртэлх Миллерчүүдийн түүхээр, мөн 1844-өөс 1863 он хүртэлх Миллерчүүдээр төлөөлөгдөнө. Нэг бүлэг нь тэр үзэгдлээс бослогоор зугтдаг, харин нөгөө бүлэг нь Христийг итгэлээр даган Ариунаас Ариун Газарт орж, тэнгэрлэг орон зайд Түүнтэй хамт суухын тулд явдаг.</w:t>
      </w:r>
    </w:p>
    <w:p>
      <w:pPr>
        <w:pStyle w:val="ArticleBody"/>
        <w:jc w:val="left"/>
      </w:pPr>
      <w:r>
        <w:rPr>
          <w:rFonts w:ascii="Times New Roman" w:hAnsi="Times New Roman" w:eastAsia="Times New Roman" w:cs="Times New Roman"/>
        </w:rPr>
        <w:t>Гэвч Бурханы эцсийн өдрүүдийн ард түмэн Христийн дүртэй адил болгон өөрчлөгдөх үзэгдлийг Габриел тайлбарлахдаа, тэрээр дэлхийн гадаад түүхийг өгүүлэн тавьдаг. Даниелын Христийн тухай үзэгдлийг Габриел зуун дөчин дөрвөн мянгын тамгалагдах үеийн гадаад түүх хэмээн тайлбарласан юм. Габриелын тайлбар дахь 2001 оны 9 дүгээр сарын 11-ний түүхэнд хүрэхэд, арван зургаадугаар эшлэлийн Ням гаргийн хуулиас өмнө орших хэмээн онцлон тэмдэглэсэн түүх нь зөвхөн аравдугаар эшлэл дэх “цайз”-аар төлөөлүүлсэн ойлголтын түлхүүрээр л танигдана. 2001 оны 9 дүгээр сарын 11-нд үзэгдэл бүрийн нөлөө дугуйн доторх дугуйнууд мэт дэлгэгдэж эхэлсэн.</w:t>
      </w:r>
    </w:p>
    <w:p>
      <w:pPr>
        <w:pStyle w:val="ArticleScripture"/>
        <w:jc w:val="left"/>
      </w:pPr>
      <w:r>
        <w:rPr>
          <w:rFonts w:ascii="Times New Roman" w:hAnsi="Times New Roman" w:eastAsia="Times New Roman" w:cs="Times New Roman"/>
        </w:rPr>
        <w:t>ЭЗЭНий үг надад ирж, ийнхүү айлдав: Хүний хүү ээ, “Өдрүүд сунжирч, үзэгдэл бүхэн талаар болдог” хэмээн Израилийн нутагт та нарын хэлэлцдэг тэр зүйр үг юу вэ? Тиймээс тэдэнд хэлэгтүн: Эзэн БУРХАН ийнхүү айлдаж байна: Би энэ зүйр үгийг болиулна, тэд үүнийг Израильд дахин зүйр үг болгон хэрэглэхгүй. Харин тэдэнд, “Өдрүүд ойртсон, үзэгдэл бүрийн биелэлт ч мөн адил” гэж хэл. Учир нь Израилийн гэрийн дотор цаашид хоосон үзэгдэл ч, зусардсан мэргэ ч байхгүй болно. Учир нь Би бол ЭЗЭН мөн. Би айлдана, Миний айлдах үг биелнэ. Тэр нь цаашид сунжрахгүй. Учир нь, тэрслүү гэр ээ, та нарын өдрүүдэд Би үгийг айлдаж, түүнийг гүйцэлдүүлнэ гэж Эзэн БУРХАН айлдаж байна. Дахин ЭЗЭНий үг надад ирж, ийнхүү айлдав: Хүний хүү ээ, болгоогтун, Израилийн гэрийнхэн, “Түүний үзэж буй үзэгдэл нь олон өдрийн хойнох юм, тэрээр алс холын цаг үеийн тухай эш үзүүлж байна” гэж хэлж байна. Тиймээс тэдэнд хэлэгтүн: Эзэн БУРХАН ийнхүү айлдаж байна: Миний үгсийн аль нь ч цаашид сунжрахгүй, харин Миний айлдсан үг биелэгдэх болно гэж Эзэн БУРХАН айлдаж байна. Езекиел 12:21–28.</w:t>
      </w:r>
    </w:p>
    <w:p>
      <w:pPr>
        <w:pStyle w:val="ArticleBody"/>
        <w:jc w:val="left"/>
      </w:pPr>
      <w:r>
        <w:rPr>
          <w:rFonts w:ascii="Times New Roman" w:hAnsi="Times New Roman" w:eastAsia="Times New Roman" w:cs="Times New Roman"/>
        </w:rPr>
        <w:t>Тэр түүхэн дотор нэг нэгнийхээ дотор эргэлдэж буй бүх эш үзүүллэгийн хүрднүүдээс, онгодоор сүнслэгжсэн сургаал нь эцсийн өдрүүдийн эш үзүүллэгийг судлагчдад нэгэн хүрд байдгийг мэдүүлсэн бөгөөд тэдний мөнхийн хувь тавилан түүнээр шийдэгдэх болно. Мөрийн дээр мөр, тэрхүү хүрд нь мөн Даниелыг Христийн дүр төрхөд хувиргасан үзэгдэл байх ёстой; учир нь тэр нь эцсийн өдрүүдэд Бурханы ард түмэнд тохиох зүйлийг тодорхойлон илтгэдэг үзэгдэл юм.</w:t>
      </w:r>
    </w:p>
    <w:p>
      <w:pPr>
        <w:pStyle w:val="ArticleScripture"/>
        <w:jc w:val="left"/>
      </w:pPr>
      <w:r>
        <w:rPr>
          <w:rFonts w:ascii="Times New Roman" w:hAnsi="Times New Roman" w:eastAsia="Times New Roman" w:cs="Times New Roman"/>
        </w:rPr>
        <w:t>“Эзэн надад араатны дүрс нигүүлслийн хугацаа хаагдахаас өмнө байгуулагдана гэдгийг тодорхойгоор үзүүлсэн; учир нь энэ нь Бурханы ард түмний хувьд агуу сорилт байх бөгөөд үүгээр тэдний мөнхийн хувь тавилан шийдэгдэх болно. Таны байр суурь тийм олон зөрчил, нийцэшгүй зүйлсийн эмх замбараагүй хольц болсон тул маш цөөн хүн л төөрөгдөх болно.</w:t>
      </w:r>
    </w:p>
    <w:p>
      <w:pPr>
        <w:pStyle w:val="ArticleScripture"/>
        <w:jc w:val="left"/>
      </w:pPr>
      <w:r>
        <w:rPr>
          <w:rFonts w:ascii="Times New Roman" w:hAnsi="Times New Roman" w:eastAsia="Times New Roman" w:cs="Times New Roman"/>
        </w:rPr>
        <w:t>“Илчлэлт 13-т энэ сэдэв тодорхойгоор үзүүлэгдсэн байдаг; [Илчлэлт 13:11–17, эш татав].”</w:t>
      </w:r>
    </w:p>
    <w:p>
      <w:pPr>
        <w:pStyle w:val="ArticleScripture"/>
        <w:jc w:val="left"/>
      </w:pPr>
      <w:r>
        <w:rPr>
          <w:rFonts w:ascii="Times New Roman" w:hAnsi="Times New Roman" w:eastAsia="Times New Roman" w:cs="Times New Roman"/>
        </w:rPr>
        <w:t>“Энэ бол Бурханы ард түмэн лацдуулагдахаасаа өмнө заавал туулах ёстой сорилт мөн. Түүний хуулийг сахиж, хуурамч амралтын өдрийг хүлээн авахаас татгалзсанаараа Бурханд үнэнч байдлаа баталсан бүхэн Эзэн Бурхан Иеховагийн тугийн дор жагсаж, амьд Бурханы лацыг хүлээн авах болно. Харин тэнгэрлэг эх сурвалжтай үнэнийг орхиж, Ням гаргийн амралтын өдрийг хүлээн авдаг хүмүүс араатны тэмдгийг хүлээн авах болно.” Manuscript Releases, volume 15, 15.</w:t>
      </w:r>
    </w:p>
    <w:p>
      <w:pPr>
        <w:pStyle w:val="ArticleBody"/>
        <w:jc w:val="left"/>
      </w:pPr>
      <w:r>
        <w:rPr>
          <w:rFonts w:ascii="Times New Roman" w:hAnsi="Times New Roman" w:eastAsia="Times New Roman" w:cs="Times New Roman"/>
        </w:rPr>
        <w:t>Араатны дүрийн сорилт хэмээн тодорхойлогддог шалгалт нь хоёр талтай юм. Нэгдүгээрт, энэ нь эш үзүүллэгийг судлагч хүн Ням гаргийн хуулиас өмнө Америкийн Нэгдсэн Улсад сүм ба төрийн нэгдлээр илрэх араатны дүрийн хөгжлийг танин мэдэхийг шаарддаг сорилт мөн. Хоёрдугаарт, энэ нь Даниелаар төлөөлөгдөгсөд эсвэл зугтагсад дотор араатны дүрийг ч, эсвэл Христийн дүрийг ч бий болгодог сорилт мөн. Тусгаарлалт нь тэдгээр онгон охид Даниелын адил “энэ агуу үзэгдлийг хардаг” эсэх, эсвэл тэр үзэгдлээс зугтдаг эсэхэд үндэслэдэг. Агуу үзэгдлийг харахын түлхүүр нь “цайз” хэмээх үгээр төлөөлөгддөг.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“Иоханд заавар өгсөн тэрхүү хүчирхэг тэнгэрэлч нь Есүс Христээс өөр хэн ч биш байв. Тэр Өөрийн баруун хөлийг тэнгис дээр, зүүн хөлийг хуурай газарт тавьсан нь Сатантай хийх агуу тэмцлийн төгсгөлийн үзэгдлүүдэд Түүний гүйцэтгэж буй үүргийг илтгэн харуулдаг. Энэ байрлал нь бүх дэлхий дээрх Түүний дээд эрх мэдэл, засаглалыг илэрхийлдэг. Тэрхүү тэмцэл үеэс үед улам хүчтэй, улам шийдэмгий болсоор ирсэн бөгөөд харанхуйн хүчнүүдийн овжин ажиллагаа оргилдоо хүрэх эцсийн үзэгдлүүд хүртэл ийнхүү үргэлжлэх болно. Сатан, хорон муу хүмүүстэй нэгдэн, үнэний хайрыг хүлээн аваагүй бүх дэлхий болон сүмүүдийг мэхлэх болно. Харин тэр хүчирхэг тэнгэрэлч анхаарал шаарддаг. Тэр чанга дуугаар хашхирдаг. Тэр үнэнийг эсэргүүцэхээр Сатантай нэгдсэн хүмүүст Өөрийн дуу хоолойн хүч ба эрх мэдлийг үзүүлэх учиртай.”</w:t>
      </w:r>
    </w:p>
    <w:p>
      <w:pPr>
        <w:pStyle w:val="ArticleScripture"/>
        <w:jc w:val="left"/>
      </w:pPr>
      <w:r>
        <w:rPr>
          <w:rFonts w:ascii="Times New Roman" w:hAnsi="Times New Roman" w:eastAsia="Times New Roman" w:cs="Times New Roman"/>
        </w:rPr>
        <w:t>“Эдгээр долоон аянга дуу хоолойгоо гаргасны дараа, бяцхан номын тухайд Иоханд Даниелд өгөгдсөнтэй адил тушаал ирэв: ‘Долоон аянгын айлдсан зүйлсийг лацдан хаа.’ Эдгээр нь ирээдүйн үйл явдлуудтай холбоотой бөгөөд тэдгээр нь өөрсдийн дарааллаар илчлэгдэх болно. Даниел өдрүүдийн төгсгөлд өөрийн хувь ногдолд зогсох болно. Иохан бяцхан номыг лацгүй болсон байхыг харна. Тэгээд Даниелын эш үзүүллэгүүд дэлхийд өгөгдөх ёстой эхний, хоёр дахь, гурав дахь тэнгэрэлчийн мэдээнүүдэд өөрсдийн зохистой байрыг эзэлнэ. Бяцхан номын лац тайлагдсан явдал нь цаг хугацаатай холбоотой мэдээ байсан юм.</w:t>
      </w:r>
    </w:p>
    <w:p>
      <w:pPr>
        <w:pStyle w:val="ArticleScripture"/>
        <w:jc w:val="left"/>
      </w:pPr>
      <w:r>
        <w:rPr>
          <w:rFonts w:ascii="Times New Roman" w:hAnsi="Times New Roman" w:eastAsia="Times New Roman" w:cs="Times New Roman"/>
        </w:rPr>
        <w:t>“Даниел ба Илчлэлийн номууд нэг юм. Нэг нь эш үзүүллэг, нөгөө нь илчлэл; нэг нь лацдан битүүмжилсэн ном, нөгөө нь нээгдсэн ном. Иохан аянгуудын өгүүлсэн нууцуудыг сонссон боловч тэдгээрийг бичихгүй байх тушаалыг хүлээн авсан.”</w:t>
      </w:r>
    </w:p>
    <w:p>
      <w:pPr>
        <w:pStyle w:val="ArticleScripture"/>
        <w:jc w:val="left"/>
      </w:pPr>
      <w:r>
        <w:rPr>
          <w:rFonts w:ascii="Times New Roman" w:hAnsi="Times New Roman" w:eastAsia="Times New Roman" w:cs="Times New Roman"/>
        </w:rPr>
        <w:t>“Иоханд өгөгдсөн, долоон аянга дотор илэрхийлэгдсэн онцгой гэрэл нь эхний ба хоёр дахь тэнгэрэлчийн мэдээнүүдийн дор тохиолдох үйл явдлуудын дүрслэл байсан юм.” Долоо дахь өдрийн Адвентист Библийн тайлбар, 7-р боть,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Жаран Ес</dc:title>
  <dc:subject>Эш үзүүллэгийн утсыг тайлах нь: Даниел дахь “цайз” хэмээх бэлгэдлийн утгыг ойлгох нь</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